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5047"/>
        <w:gridCol w:w="5047"/>
      </w:tblGrid>
      <w:tr w:rsidR="006F50FC" w14:paraId="7C7A8892" w14:textId="77777777">
        <w:tc>
          <w:tcPr>
            <w:tcW w:w="5047" w:type="dxa"/>
          </w:tcPr>
          <w:tbl>
            <w:tblPr>
              <w:tblpPr w:leftFromText="180" w:rightFromText="180" w:vertAnchor="text" w:horzAnchor="margin" w:tblpY="1886"/>
              <w:tblW w:w="10091" w:type="dxa"/>
              <w:tblLayout w:type="fixed"/>
              <w:tblLook w:val="04A0" w:firstRow="1" w:lastRow="0" w:firstColumn="1" w:lastColumn="0" w:noHBand="0" w:noVBand="1"/>
            </w:tblPr>
            <w:tblGrid>
              <w:gridCol w:w="567"/>
              <w:gridCol w:w="9524"/>
            </w:tblGrid>
            <w:tr w:rsidR="0062055C" w14:paraId="4A1176EB" w14:textId="77777777" w:rsidTr="0062055C">
              <w:tc>
                <w:tcPr>
                  <w:tcW w:w="567" w:type="dxa"/>
                  <w:shd w:val="clear" w:color="auto" w:fill="E3192A"/>
                  <w:tcMar>
                    <w:top w:w="95" w:type="dxa"/>
                    <w:left w:w="95" w:type="dxa"/>
                    <w:bottom w:w="95" w:type="dxa"/>
                    <w:right w:w="95" w:type="dxa"/>
                  </w:tcMar>
                  <w:vAlign w:val="center"/>
                </w:tcPr>
                <w:p w14:paraId="27B8F234" w14:textId="2F0481C6" w:rsidR="0062055C" w:rsidRDefault="0062055C" w:rsidP="0062055C">
                  <w:pPr>
                    <w:keepNext/>
                    <w:spacing w:after="0"/>
                    <w:jc w:val="center"/>
                  </w:pPr>
                  <w:r>
                    <w:rPr>
                      <w:b/>
                      <w:color w:val="FFFFFF"/>
                      <w:sz w:val="20"/>
                    </w:rPr>
                    <w:t>1</w:t>
                  </w:r>
                </w:p>
              </w:tc>
              <w:tc>
                <w:tcPr>
                  <w:tcW w:w="9524" w:type="dxa"/>
                  <w:shd w:val="clear" w:color="auto" w:fill="151515"/>
                  <w:tcMar>
                    <w:top w:w="95" w:type="dxa"/>
                    <w:left w:w="95" w:type="dxa"/>
                    <w:bottom w:w="95" w:type="dxa"/>
                    <w:right w:w="95" w:type="dxa"/>
                  </w:tcMar>
                  <w:vAlign w:val="center"/>
                </w:tcPr>
                <w:p w14:paraId="7D308955" w14:textId="1FFC716B" w:rsidR="0062055C" w:rsidRDefault="0062055C" w:rsidP="0062055C">
                  <w:pPr>
                    <w:keepNext/>
                    <w:spacing w:after="0"/>
                  </w:pPr>
                  <w:r>
                    <w:rPr>
                      <w:b/>
                      <w:color w:val="FFFFFF"/>
                      <w:sz w:val="20"/>
                    </w:rPr>
                    <w:t xml:space="preserve">2026 PART TIME COURSE </w:t>
                  </w:r>
                  <w:r w:rsidR="008C1A66">
                    <w:rPr>
                      <w:b/>
                      <w:color w:val="FFFFFF"/>
                      <w:sz w:val="20"/>
                    </w:rPr>
                    <w:t>STUDENT INFORMATION</w:t>
                  </w:r>
                </w:p>
              </w:tc>
            </w:tr>
          </w:tbl>
          <w:p w14:paraId="3400831F" w14:textId="77777777" w:rsidR="006F50FC" w:rsidRDefault="00526EB8">
            <w:r>
              <w:rPr>
                <w:noProof/>
                <w:lang w:val="en-AU" w:eastAsia="en-AU"/>
              </w:rPr>
              <w:drawing>
                <wp:inline distT="0" distB="0" distL="0" distR="0" wp14:anchorId="1556E632" wp14:editId="41C9D3A5">
                  <wp:extent cx="1007999" cy="6366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logo.jpeg"/>
                          <pic:cNvPicPr/>
                        </pic:nvPicPr>
                        <pic:blipFill>
                          <a:blip r:embed="rId9"/>
                          <a:stretch>
                            <a:fillRect/>
                          </a:stretch>
                        </pic:blipFill>
                        <pic:spPr>
                          <a:xfrm>
                            <a:off x="0" y="0"/>
                            <a:ext cx="1007999" cy="636674"/>
                          </a:xfrm>
                          <a:prstGeom prst="rect">
                            <a:avLst/>
                          </a:prstGeom>
                        </pic:spPr>
                      </pic:pic>
                    </a:graphicData>
                  </a:graphic>
                </wp:inline>
              </w:drawing>
            </w:r>
          </w:p>
        </w:tc>
        <w:tc>
          <w:tcPr>
            <w:tcW w:w="5047" w:type="dxa"/>
          </w:tcPr>
          <w:p w14:paraId="12B31D5F" w14:textId="6B59246A" w:rsidR="006F50FC" w:rsidRDefault="00526EB8" w:rsidP="00526EB8">
            <w:pPr>
              <w:jc w:val="right"/>
            </w:pPr>
            <w:r>
              <w:rPr>
                <w:rFonts w:ascii="Times New Roman" w:hAnsi="Times New Roman"/>
                <w:b/>
                <w:color w:val="151515"/>
                <w:sz w:val="20"/>
              </w:rPr>
              <w:t>CUA20120</w:t>
            </w:r>
            <w:r>
              <w:rPr>
                <w:rFonts w:ascii="Times New Roman" w:hAnsi="Times New Roman"/>
                <w:b/>
                <w:color w:val="151515"/>
                <w:sz w:val="20"/>
              </w:rPr>
              <w:br/>
            </w:r>
            <w:r>
              <w:rPr>
                <w:rFonts w:ascii="Times New Roman" w:hAnsi="Times New Roman"/>
                <w:b/>
                <w:color w:val="E3192A"/>
                <w:sz w:val="44"/>
              </w:rPr>
              <w:t>CERTIFICATE II IN DANCE</w:t>
            </w:r>
            <w:r>
              <w:rPr>
                <w:rFonts w:ascii="Times New Roman" w:hAnsi="Times New Roman"/>
                <w:b/>
                <w:color w:val="E3192A"/>
                <w:sz w:val="44"/>
              </w:rPr>
              <w:br/>
            </w:r>
            <w:r>
              <w:rPr>
                <w:rFonts w:ascii="Times New Roman" w:hAnsi="Times New Roman"/>
                <w:b/>
                <w:color w:val="151515"/>
                <w:sz w:val="22"/>
              </w:rPr>
              <w:t xml:space="preserve">ENROLMENT FORM </w:t>
            </w:r>
            <w:r>
              <w:rPr>
                <w:rFonts w:ascii="Times New Roman" w:hAnsi="Times New Roman"/>
                <w:b/>
                <w:color w:val="151515"/>
                <w:sz w:val="22"/>
              </w:rPr>
              <w:br/>
            </w:r>
            <w:bookmarkStart w:id="0" w:name="_GoBack"/>
            <w:r w:rsidR="00BA1234" w:rsidRPr="00BA1234">
              <w:rPr>
                <w:rFonts w:ascii="Times New Roman" w:hAnsi="Times New Roman" w:cs="Times New Roman"/>
                <w:sz w:val="22"/>
              </w:rPr>
              <w:t>RTO No: 3746</w:t>
            </w:r>
            <w:bookmarkEnd w:id="0"/>
          </w:p>
        </w:tc>
      </w:tr>
    </w:tbl>
    <w:p w14:paraId="03D638B0" w14:textId="04A0EDA0" w:rsidR="006F50FC" w:rsidRDefault="006F50FC"/>
    <w:tbl>
      <w:tblPr>
        <w:tblW w:w="0" w:type="auto"/>
        <w:jc w:val="center"/>
        <w:tblLayout w:type="fixed"/>
        <w:tblLook w:val="04A0" w:firstRow="1" w:lastRow="0" w:firstColumn="1" w:lastColumn="0" w:noHBand="0" w:noVBand="1"/>
      </w:tblPr>
      <w:tblGrid>
        <w:gridCol w:w="5046"/>
        <w:gridCol w:w="5046"/>
      </w:tblGrid>
      <w:tr w:rsidR="006F50FC" w14:paraId="1C5AB0C9"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4C495DED" w14:textId="2BAEAC0C" w:rsidR="006F50FC" w:rsidRDefault="00526EB8">
            <w:pPr>
              <w:spacing w:after="0" w:line="252" w:lineRule="auto"/>
            </w:pPr>
            <w:r>
              <w:rPr>
                <w:sz w:val="18"/>
              </w:rPr>
              <w:t xml:space="preserve">First name </w:t>
            </w:r>
          </w:p>
        </w:tc>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5A52A76" w14:textId="765B96B8" w:rsidR="006F50FC" w:rsidRDefault="00526EB8">
            <w:pPr>
              <w:spacing w:after="0" w:line="252" w:lineRule="auto"/>
            </w:pPr>
            <w:r>
              <w:rPr>
                <w:sz w:val="18"/>
              </w:rPr>
              <w:t>Last name</w:t>
            </w:r>
          </w:p>
        </w:tc>
      </w:tr>
      <w:tr w:rsidR="006F50FC" w14:paraId="6C5B32FA"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5E3CC02C" w14:textId="670B1682" w:rsidR="006F50FC" w:rsidRDefault="00526EB8">
            <w:pPr>
              <w:spacing w:after="0" w:line="252" w:lineRule="auto"/>
            </w:pPr>
            <w:r>
              <w:rPr>
                <w:sz w:val="18"/>
              </w:rPr>
              <w:t xml:space="preserve">Address street number and name </w:t>
            </w:r>
          </w:p>
        </w:tc>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5BA537D1" w14:textId="12229855" w:rsidR="006F50FC" w:rsidRDefault="00526EB8">
            <w:pPr>
              <w:spacing w:after="0" w:line="252" w:lineRule="auto"/>
            </w:pPr>
            <w:r>
              <w:rPr>
                <w:sz w:val="18"/>
              </w:rPr>
              <w:t xml:space="preserve">Suburb </w:t>
            </w:r>
            <w:r w:rsidR="0062055C">
              <w:rPr>
                <w:sz w:val="18"/>
              </w:rPr>
              <w:t xml:space="preserve">                                    </w:t>
            </w:r>
            <w:r>
              <w:rPr>
                <w:sz w:val="18"/>
              </w:rPr>
              <w:t xml:space="preserve">Postcode </w:t>
            </w:r>
          </w:p>
        </w:tc>
      </w:tr>
      <w:tr w:rsidR="006F50FC" w14:paraId="67640E5A"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01BF89CD" w14:textId="2F6B6460" w:rsidR="006F50FC" w:rsidRDefault="00526EB8">
            <w:pPr>
              <w:spacing w:after="0" w:line="252" w:lineRule="auto"/>
            </w:pPr>
            <w:r>
              <w:rPr>
                <w:sz w:val="18"/>
              </w:rPr>
              <w:t xml:space="preserve">Phone number </w:t>
            </w:r>
          </w:p>
        </w:tc>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2C161D05" w14:textId="543AAA60" w:rsidR="006F50FC" w:rsidRDefault="00526EB8">
            <w:pPr>
              <w:spacing w:after="0" w:line="252" w:lineRule="auto"/>
            </w:pPr>
            <w:r>
              <w:rPr>
                <w:sz w:val="18"/>
              </w:rPr>
              <w:t xml:space="preserve">Email address </w:t>
            </w:r>
          </w:p>
        </w:tc>
      </w:tr>
      <w:tr w:rsidR="006F50FC" w14:paraId="47553E5D"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048772C2" w14:textId="75828DF8" w:rsidR="006F50FC" w:rsidRDefault="00526EB8">
            <w:pPr>
              <w:spacing w:after="0" w:line="252" w:lineRule="auto"/>
            </w:pPr>
            <w:r>
              <w:rPr>
                <w:sz w:val="18"/>
              </w:rPr>
              <w:t xml:space="preserve">Date of birth </w:t>
            </w:r>
            <w:r w:rsidR="0062055C">
              <w:rPr>
                <w:sz w:val="18"/>
              </w:rPr>
              <w:t xml:space="preserve">                                                             </w:t>
            </w:r>
            <w:r>
              <w:rPr>
                <w:sz w:val="18"/>
              </w:rPr>
              <w:t xml:space="preserve"> Age</w:t>
            </w:r>
          </w:p>
        </w:tc>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5B4A2AB5" w14:textId="08A75936" w:rsidR="006F50FC" w:rsidRDefault="00526EB8">
            <w:pPr>
              <w:spacing w:after="0" w:line="252" w:lineRule="auto"/>
            </w:pPr>
            <w:r>
              <w:rPr>
                <w:sz w:val="18"/>
              </w:rPr>
              <w:t xml:space="preserve">Gender </w:t>
            </w:r>
            <w:sdt>
              <w:sdtPr>
                <w:rPr>
                  <w:sz w:val="18"/>
                </w:rPr>
                <w:id w:val="1208217063"/>
                <w14:checkbox>
                  <w14:checked w14:val="0"/>
                  <w14:checkedState w14:val="2612" w14:font="MS Gothic"/>
                  <w14:uncheckedState w14:val="2610" w14:font="MS Gothic"/>
                </w14:checkbox>
              </w:sdtPr>
              <w:sdtEndPr/>
              <w:sdtContent>
                <w:r>
                  <w:rPr>
                    <w:rFonts w:ascii="MS Gothic" w:eastAsia="MS Gothic" w:hAnsi="MS Gothic" w:hint="eastAsia"/>
                    <w:sz w:val="18"/>
                  </w:rPr>
                  <w:t>☐</w:t>
                </w:r>
              </w:sdtContent>
            </w:sdt>
            <w:r>
              <w:rPr>
                <w:sz w:val="18"/>
              </w:rPr>
              <w:t xml:space="preserve"> Female </w:t>
            </w:r>
            <w:sdt>
              <w:sdtPr>
                <w:rPr>
                  <w:sz w:val="18"/>
                </w:rPr>
                <w:id w:val="2001691619"/>
                <w14:checkbox>
                  <w14:checked w14:val="0"/>
                  <w14:checkedState w14:val="2612" w14:font="MS Gothic"/>
                  <w14:uncheckedState w14:val="2610" w14:font="MS Gothic"/>
                </w14:checkbox>
              </w:sdtPr>
              <w:sdtEndPr/>
              <w:sdtContent>
                <w:r w:rsidR="0062055C">
                  <w:rPr>
                    <w:rFonts w:ascii="MS Gothic" w:eastAsia="MS Gothic" w:hAnsi="MS Gothic" w:hint="eastAsia"/>
                    <w:sz w:val="18"/>
                  </w:rPr>
                  <w:t>☐</w:t>
                </w:r>
              </w:sdtContent>
            </w:sdt>
            <w:r>
              <w:rPr>
                <w:sz w:val="18"/>
              </w:rPr>
              <w:t xml:space="preserve"> Male </w:t>
            </w:r>
            <w:sdt>
              <w:sdtPr>
                <w:rPr>
                  <w:sz w:val="18"/>
                </w:rPr>
                <w:id w:val="1720160195"/>
                <w14:checkbox>
                  <w14:checked w14:val="0"/>
                  <w14:checkedState w14:val="2612" w14:font="MS Gothic"/>
                  <w14:uncheckedState w14:val="2610" w14:font="MS Gothic"/>
                </w14:checkbox>
              </w:sdtPr>
              <w:sdtEndPr/>
              <w:sdtContent>
                <w:r w:rsidR="0062055C">
                  <w:rPr>
                    <w:rFonts w:ascii="MS Gothic" w:eastAsia="MS Gothic" w:hAnsi="MS Gothic" w:hint="eastAsia"/>
                    <w:sz w:val="18"/>
                  </w:rPr>
                  <w:t>☐</w:t>
                </w:r>
              </w:sdtContent>
            </w:sdt>
            <w:r>
              <w:rPr>
                <w:sz w:val="18"/>
              </w:rPr>
              <w:t xml:space="preserve"> Other</w:t>
            </w:r>
          </w:p>
        </w:tc>
      </w:tr>
      <w:tr w:rsidR="006F50FC" w14:paraId="09B5BD13"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2C46631B" w14:textId="2C8D58CF" w:rsidR="006F50FC" w:rsidRDefault="00526EB8">
            <w:pPr>
              <w:spacing w:after="0" w:line="252" w:lineRule="auto"/>
            </w:pPr>
            <w:r>
              <w:rPr>
                <w:sz w:val="18"/>
              </w:rPr>
              <w:t>Emergency contact 1 name</w:t>
            </w:r>
          </w:p>
        </w:tc>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2354DD2D" w14:textId="02663EA3" w:rsidR="006F50FC" w:rsidRDefault="00526EB8">
            <w:pPr>
              <w:spacing w:after="0" w:line="252" w:lineRule="auto"/>
            </w:pPr>
            <w:r>
              <w:rPr>
                <w:sz w:val="18"/>
              </w:rPr>
              <w:t xml:space="preserve">Number </w:t>
            </w:r>
          </w:p>
        </w:tc>
      </w:tr>
      <w:tr w:rsidR="006F50FC" w14:paraId="43891FCE"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1C233E72" w14:textId="4594BE76" w:rsidR="006F50FC" w:rsidRDefault="00526EB8">
            <w:pPr>
              <w:spacing w:after="0" w:line="252" w:lineRule="auto"/>
            </w:pPr>
            <w:r>
              <w:rPr>
                <w:sz w:val="18"/>
              </w:rPr>
              <w:t xml:space="preserve">Emergency contact 2 name </w:t>
            </w:r>
          </w:p>
        </w:tc>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0F1F6C44" w14:textId="277D9409" w:rsidR="006F50FC" w:rsidRDefault="00526EB8">
            <w:pPr>
              <w:spacing w:after="0" w:line="252" w:lineRule="auto"/>
            </w:pPr>
            <w:r>
              <w:rPr>
                <w:sz w:val="18"/>
              </w:rPr>
              <w:t xml:space="preserve">Number </w:t>
            </w:r>
          </w:p>
        </w:tc>
      </w:tr>
      <w:tr w:rsidR="006F50FC" w14:paraId="666B3B7C"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E95F707" w14:textId="77777777" w:rsidR="006F50FC" w:rsidRDefault="00526EB8">
            <w:pPr>
              <w:spacing w:after="0" w:line="252" w:lineRule="auto"/>
            </w:pPr>
            <w:r>
              <w:rPr>
                <w:sz w:val="18"/>
              </w:rPr>
              <w:t>When would you like to commence?</w:t>
            </w:r>
          </w:p>
        </w:tc>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A32B589" w14:textId="3AD6ED36" w:rsidR="006F50FC" w:rsidRDefault="00526EB8">
            <w:pPr>
              <w:spacing w:after="0" w:line="252" w:lineRule="auto"/>
            </w:pPr>
            <w:r>
              <w:rPr>
                <w:sz w:val="18"/>
              </w:rPr>
              <w:t xml:space="preserve">Year </w:t>
            </w:r>
            <w:r w:rsidR="0062055C">
              <w:rPr>
                <w:sz w:val="18"/>
              </w:rPr>
              <w:t xml:space="preserve">                                               </w:t>
            </w:r>
            <w:r>
              <w:rPr>
                <w:sz w:val="18"/>
              </w:rPr>
              <w:t xml:space="preserve"> Term </w:t>
            </w:r>
          </w:p>
        </w:tc>
      </w:tr>
    </w:tbl>
    <w:p w14:paraId="3AD5E168" w14:textId="77777777" w:rsidR="006F50FC" w:rsidRDefault="00526EB8">
      <w:pPr>
        <w:spacing w:after="40" w:line="240" w:lineRule="auto"/>
      </w:pPr>
      <w:r>
        <w:rPr>
          <w:sz w:val="4"/>
        </w:rPr>
        <w:t xml:space="preserve"> </w:t>
      </w:r>
    </w:p>
    <w:tbl>
      <w:tblPr>
        <w:tblW w:w="0" w:type="auto"/>
        <w:tblLayout w:type="fixed"/>
        <w:tblLook w:val="04A0" w:firstRow="1" w:lastRow="0" w:firstColumn="1" w:lastColumn="0" w:noHBand="0" w:noVBand="1"/>
      </w:tblPr>
      <w:tblGrid>
        <w:gridCol w:w="567"/>
        <w:gridCol w:w="9524"/>
      </w:tblGrid>
      <w:tr w:rsidR="006F50FC" w14:paraId="32CFA291" w14:textId="77777777">
        <w:tc>
          <w:tcPr>
            <w:tcW w:w="567" w:type="dxa"/>
            <w:shd w:val="clear" w:color="auto" w:fill="E3192A"/>
            <w:tcMar>
              <w:top w:w="95" w:type="dxa"/>
              <w:left w:w="95" w:type="dxa"/>
              <w:bottom w:w="95" w:type="dxa"/>
              <w:right w:w="95" w:type="dxa"/>
            </w:tcMar>
            <w:vAlign w:val="center"/>
          </w:tcPr>
          <w:p w14:paraId="3A35390F" w14:textId="52D28072" w:rsidR="0062055C" w:rsidRPr="0062055C" w:rsidRDefault="0062055C" w:rsidP="0062055C">
            <w:pPr>
              <w:keepNext/>
              <w:spacing w:after="0"/>
              <w:jc w:val="center"/>
              <w:rPr>
                <w:b/>
                <w:color w:val="FFFFFF"/>
                <w:sz w:val="20"/>
              </w:rPr>
            </w:pPr>
            <w:r>
              <w:rPr>
                <w:b/>
                <w:color w:val="FFFFFF"/>
                <w:sz w:val="20"/>
              </w:rPr>
              <w:t>2</w:t>
            </w:r>
          </w:p>
        </w:tc>
        <w:tc>
          <w:tcPr>
            <w:tcW w:w="9524" w:type="dxa"/>
            <w:shd w:val="clear" w:color="auto" w:fill="151515"/>
            <w:tcMar>
              <w:top w:w="95" w:type="dxa"/>
              <w:left w:w="95" w:type="dxa"/>
              <w:bottom w:w="95" w:type="dxa"/>
              <w:right w:w="95" w:type="dxa"/>
            </w:tcMar>
            <w:vAlign w:val="center"/>
          </w:tcPr>
          <w:p w14:paraId="26DACBF8" w14:textId="77777777" w:rsidR="006F50FC" w:rsidRDefault="00526EB8">
            <w:pPr>
              <w:keepNext/>
              <w:spacing w:after="0"/>
            </w:pPr>
            <w:r>
              <w:rPr>
                <w:b/>
                <w:color w:val="FFFFFF"/>
                <w:sz w:val="20"/>
              </w:rPr>
              <w:t>COURSE STRUCTURE</w:t>
            </w:r>
          </w:p>
        </w:tc>
      </w:tr>
    </w:tbl>
    <w:p w14:paraId="629C545D" w14:textId="77777777" w:rsidR="006F50FC" w:rsidRDefault="00526EB8">
      <w:pPr>
        <w:keepNext/>
        <w:spacing w:after="60"/>
      </w:pPr>
      <w:r>
        <w:rPr>
          <w:sz w:val="4"/>
        </w:rPr>
        <w:t xml:space="preserve"> </w:t>
      </w:r>
    </w:p>
    <w:tbl>
      <w:tblPr>
        <w:tblW w:w="0" w:type="auto"/>
        <w:jc w:val="center"/>
        <w:tblLayout w:type="fixed"/>
        <w:tblLook w:val="04A0" w:firstRow="1" w:lastRow="0" w:firstColumn="1" w:lastColumn="0" w:noHBand="0" w:noVBand="1"/>
      </w:tblPr>
      <w:tblGrid>
        <w:gridCol w:w="1134"/>
        <w:gridCol w:w="1361"/>
        <w:gridCol w:w="6860"/>
        <w:gridCol w:w="737"/>
      </w:tblGrid>
      <w:tr w:rsidR="006F50FC" w14:paraId="77A8DEBA" w14:textId="77777777" w:rsidTr="0062055C">
        <w:trPr>
          <w:cantSplit/>
          <w:tblHeader/>
          <w:jc w:val="center"/>
        </w:trPr>
        <w:tc>
          <w:tcPr>
            <w:tcW w:w="1134" w:type="dxa"/>
            <w:tcBorders>
              <w:top w:val="single" w:sz="4" w:space="0" w:color="D9D9D9"/>
              <w:left w:val="single" w:sz="4" w:space="0" w:color="D9D9D9"/>
              <w:bottom w:val="single" w:sz="4" w:space="0" w:color="D9D9D9"/>
              <w:right w:val="single" w:sz="4" w:space="0" w:color="D9D9D9"/>
            </w:tcBorders>
            <w:shd w:val="clear" w:color="auto" w:fill="151515"/>
            <w:tcMar>
              <w:top w:w="80" w:type="dxa"/>
              <w:left w:w="80" w:type="dxa"/>
              <w:bottom w:w="80" w:type="dxa"/>
              <w:right w:w="80" w:type="dxa"/>
            </w:tcMar>
            <w:vAlign w:val="center"/>
          </w:tcPr>
          <w:p w14:paraId="225D5CC3" w14:textId="77777777" w:rsidR="006F50FC" w:rsidRDefault="00526EB8">
            <w:pPr>
              <w:spacing w:after="0" w:line="252" w:lineRule="auto"/>
            </w:pPr>
            <w:r>
              <w:rPr>
                <w:b/>
                <w:color w:val="FFFFFF"/>
                <w:sz w:val="16"/>
              </w:rPr>
              <w:t>TYPE</w:t>
            </w:r>
          </w:p>
        </w:tc>
        <w:tc>
          <w:tcPr>
            <w:tcW w:w="1361" w:type="dxa"/>
            <w:tcBorders>
              <w:top w:val="single" w:sz="4" w:space="0" w:color="D9D9D9"/>
              <w:left w:val="single" w:sz="4" w:space="0" w:color="D9D9D9"/>
              <w:bottom w:val="single" w:sz="4" w:space="0" w:color="D9D9D9"/>
              <w:right w:val="single" w:sz="4" w:space="0" w:color="D9D9D9"/>
            </w:tcBorders>
            <w:shd w:val="clear" w:color="auto" w:fill="151515"/>
            <w:tcMar>
              <w:top w:w="80" w:type="dxa"/>
              <w:left w:w="80" w:type="dxa"/>
              <w:bottom w:w="80" w:type="dxa"/>
              <w:right w:w="80" w:type="dxa"/>
            </w:tcMar>
            <w:vAlign w:val="center"/>
          </w:tcPr>
          <w:p w14:paraId="72BC6AAC" w14:textId="77777777" w:rsidR="006F50FC" w:rsidRDefault="00526EB8">
            <w:pPr>
              <w:spacing w:after="0" w:line="252" w:lineRule="auto"/>
            </w:pPr>
            <w:r>
              <w:rPr>
                <w:b/>
                <w:color w:val="FFFFFF"/>
                <w:sz w:val="16"/>
              </w:rPr>
              <w:t>UNIT CODE</w:t>
            </w:r>
          </w:p>
        </w:tc>
        <w:tc>
          <w:tcPr>
            <w:tcW w:w="6860" w:type="dxa"/>
            <w:tcBorders>
              <w:top w:val="single" w:sz="4" w:space="0" w:color="D9D9D9"/>
              <w:left w:val="single" w:sz="4" w:space="0" w:color="D9D9D9"/>
              <w:bottom w:val="single" w:sz="4" w:space="0" w:color="D9D9D9"/>
              <w:right w:val="single" w:sz="4" w:space="0" w:color="D9D9D9"/>
            </w:tcBorders>
            <w:shd w:val="clear" w:color="auto" w:fill="151515"/>
            <w:tcMar>
              <w:top w:w="80" w:type="dxa"/>
              <w:left w:w="80" w:type="dxa"/>
              <w:bottom w:w="80" w:type="dxa"/>
              <w:right w:w="80" w:type="dxa"/>
            </w:tcMar>
            <w:vAlign w:val="center"/>
          </w:tcPr>
          <w:p w14:paraId="41552D6A" w14:textId="77777777" w:rsidR="006F50FC" w:rsidRDefault="00526EB8">
            <w:pPr>
              <w:spacing w:after="0" w:line="252" w:lineRule="auto"/>
            </w:pPr>
            <w:r>
              <w:rPr>
                <w:b/>
                <w:color w:val="FFFFFF"/>
                <w:sz w:val="16"/>
              </w:rPr>
              <w:t>UNIT NAME</w:t>
            </w:r>
          </w:p>
        </w:tc>
        <w:tc>
          <w:tcPr>
            <w:tcW w:w="737" w:type="dxa"/>
            <w:tcBorders>
              <w:top w:val="single" w:sz="4" w:space="0" w:color="D9D9D9"/>
              <w:left w:val="single" w:sz="4" w:space="0" w:color="D9D9D9"/>
              <w:bottom w:val="single" w:sz="4" w:space="0" w:color="D9D9D9"/>
              <w:right w:val="single" w:sz="4" w:space="0" w:color="D9D9D9"/>
            </w:tcBorders>
            <w:shd w:val="clear" w:color="auto" w:fill="151515"/>
            <w:tcMar>
              <w:top w:w="80" w:type="dxa"/>
              <w:left w:w="80" w:type="dxa"/>
              <w:bottom w:w="80" w:type="dxa"/>
              <w:right w:w="80" w:type="dxa"/>
            </w:tcMar>
            <w:vAlign w:val="center"/>
          </w:tcPr>
          <w:p w14:paraId="7BBC08C1" w14:textId="3138229C" w:rsidR="006F50FC" w:rsidRDefault="006F50FC">
            <w:pPr>
              <w:spacing w:after="0" w:line="252" w:lineRule="auto"/>
            </w:pPr>
          </w:p>
        </w:tc>
      </w:tr>
      <w:tr w:rsidR="006F50FC" w14:paraId="60B652ED" w14:textId="77777777" w:rsidTr="0062055C">
        <w:trPr>
          <w:cantSplit/>
          <w:jc w:val="center"/>
        </w:trPr>
        <w:tc>
          <w:tcPr>
            <w:tcW w:w="1134"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24758746" w14:textId="77777777" w:rsidR="006F50FC" w:rsidRDefault="00526EB8">
            <w:pPr>
              <w:spacing w:after="0" w:line="252" w:lineRule="auto"/>
            </w:pPr>
            <w:r>
              <w:rPr>
                <w:sz w:val="16"/>
              </w:rPr>
              <w:t>CORE</w:t>
            </w:r>
          </w:p>
        </w:tc>
        <w:tc>
          <w:tcPr>
            <w:tcW w:w="1361"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4BD34C17" w14:textId="77777777" w:rsidR="006F50FC" w:rsidRDefault="00526EB8">
            <w:pPr>
              <w:spacing w:after="0" w:line="252" w:lineRule="auto"/>
            </w:pPr>
            <w:r>
              <w:rPr>
                <w:sz w:val="16"/>
              </w:rPr>
              <w:t>CUAWHS211</w:t>
            </w:r>
          </w:p>
        </w:tc>
        <w:tc>
          <w:tcPr>
            <w:tcW w:w="6860"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041AE906" w14:textId="77777777" w:rsidR="006F50FC" w:rsidRDefault="00526EB8">
            <w:pPr>
              <w:spacing w:after="0" w:line="252" w:lineRule="auto"/>
            </w:pPr>
            <w:r>
              <w:rPr>
                <w:sz w:val="16"/>
              </w:rPr>
              <w:t>Develop a basic level of physical fitness for dance performance</w:t>
            </w:r>
          </w:p>
        </w:tc>
        <w:sdt>
          <w:sdtPr>
            <w:id w:val="-2054688239"/>
            <w14:checkbox>
              <w14:checked w14:val="1"/>
              <w14:checkedState w14:val="2612" w14:font="MS Gothic"/>
              <w14:uncheckedState w14:val="2610" w14:font="MS Gothic"/>
            </w14:checkbox>
          </w:sdtPr>
          <w:sdtEndPr/>
          <w:sdtContent>
            <w:tc>
              <w:tcPr>
                <w:tcW w:w="737"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176A366B" w14:textId="0542CC03" w:rsidR="006F50FC" w:rsidRDefault="008C2B3F">
                <w:pPr>
                  <w:spacing w:after="0" w:line="252" w:lineRule="auto"/>
                </w:pPr>
                <w:r>
                  <w:rPr>
                    <w:rFonts w:ascii="MS Gothic" w:eastAsia="MS Gothic" w:hAnsi="MS Gothic" w:hint="eastAsia"/>
                  </w:rPr>
                  <w:t>☒</w:t>
                </w:r>
              </w:p>
            </w:tc>
          </w:sdtContent>
        </w:sdt>
      </w:tr>
      <w:tr w:rsidR="006F50FC" w14:paraId="527915A9" w14:textId="77777777" w:rsidTr="0062055C">
        <w:trPr>
          <w:cantSplit/>
          <w:jc w:val="center"/>
        </w:trPr>
        <w:tc>
          <w:tcPr>
            <w:tcW w:w="113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4D9846CE" w14:textId="77777777" w:rsidR="006F50FC" w:rsidRDefault="00526EB8">
            <w:pPr>
              <w:spacing w:after="0" w:line="252" w:lineRule="auto"/>
            </w:pPr>
            <w:r>
              <w:rPr>
                <w:sz w:val="16"/>
              </w:rPr>
              <w:t>CORE</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65E13E93" w14:textId="77777777" w:rsidR="006F50FC" w:rsidRDefault="00526EB8">
            <w:pPr>
              <w:spacing w:after="0" w:line="252" w:lineRule="auto"/>
            </w:pPr>
            <w:r>
              <w:rPr>
                <w:sz w:val="16"/>
              </w:rPr>
              <w:t>CUAIND211</w:t>
            </w:r>
          </w:p>
        </w:tc>
        <w:tc>
          <w:tcPr>
            <w:tcW w:w="686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0D2A8345" w14:textId="77777777" w:rsidR="006F50FC" w:rsidRDefault="00526EB8">
            <w:pPr>
              <w:spacing w:after="0" w:line="252" w:lineRule="auto"/>
            </w:pPr>
            <w:r>
              <w:rPr>
                <w:sz w:val="16"/>
              </w:rPr>
              <w:t>Develop and apply creative arts industry knowledge</w:t>
            </w:r>
          </w:p>
        </w:tc>
        <w:sdt>
          <w:sdtPr>
            <w:id w:val="-1113897048"/>
            <w14:checkbox>
              <w14:checked w14:val="1"/>
              <w14:checkedState w14:val="2612" w14:font="MS Gothic"/>
              <w14:uncheckedState w14:val="2610" w14:font="MS Gothic"/>
            </w14:checkbox>
          </w:sdtPr>
          <w:sdtEndPr/>
          <w:sdtContent>
            <w:tc>
              <w:tcPr>
                <w:tcW w:w="737"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2FA96D4" w14:textId="55E42E11" w:rsidR="006F50FC" w:rsidRDefault="008C2B3F">
                <w:pPr>
                  <w:spacing w:after="0" w:line="252" w:lineRule="auto"/>
                </w:pPr>
                <w:r>
                  <w:rPr>
                    <w:rFonts w:ascii="MS Gothic" w:eastAsia="MS Gothic" w:hAnsi="MS Gothic" w:hint="eastAsia"/>
                  </w:rPr>
                  <w:t>☒</w:t>
                </w:r>
              </w:p>
            </w:tc>
          </w:sdtContent>
        </w:sdt>
      </w:tr>
      <w:tr w:rsidR="006F50FC" w14:paraId="3A2D68BC" w14:textId="77777777" w:rsidTr="0062055C">
        <w:trPr>
          <w:cantSplit/>
          <w:jc w:val="center"/>
        </w:trPr>
        <w:tc>
          <w:tcPr>
            <w:tcW w:w="1134"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0A40DBA6" w14:textId="77777777" w:rsidR="006F50FC" w:rsidRDefault="00526EB8">
            <w:pPr>
              <w:spacing w:after="0" w:line="252" w:lineRule="auto"/>
            </w:pPr>
            <w:r>
              <w:rPr>
                <w:sz w:val="16"/>
              </w:rPr>
              <w:t>CORE</w:t>
            </w:r>
          </w:p>
        </w:tc>
        <w:tc>
          <w:tcPr>
            <w:tcW w:w="1361"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75372E51" w14:textId="77777777" w:rsidR="006F50FC" w:rsidRDefault="00526EB8">
            <w:pPr>
              <w:spacing w:after="0" w:line="252" w:lineRule="auto"/>
            </w:pPr>
            <w:r>
              <w:rPr>
                <w:sz w:val="16"/>
              </w:rPr>
              <w:t>CUAWHS111</w:t>
            </w:r>
          </w:p>
        </w:tc>
        <w:tc>
          <w:tcPr>
            <w:tcW w:w="6860"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60F8D069" w14:textId="77777777" w:rsidR="006F50FC" w:rsidRDefault="00526EB8">
            <w:pPr>
              <w:spacing w:after="0" w:line="252" w:lineRule="auto"/>
            </w:pPr>
            <w:r>
              <w:rPr>
                <w:sz w:val="16"/>
              </w:rPr>
              <w:t>Follow safe dance practices</w:t>
            </w:r>
          </w:p>
        </w:tc>
        <w:sdt>
          <w:sdtPr>
            <w:id w:val="1172459544"/>
            <w14:checkbox>
              <w14:checked w14:val="1"/>
              <w14:checkedState w14:val="2612" w14:font="MS Gothic"/>
              <w14:uncheckedState w14:val="2610" w14:font="MS Gothic"/>
            </w14:checkbox>
          </w:sdtPr>
          <w:sdtEndPr/>
          <w:sdtContent>
            <w:tc>
              <w:tcPr>
                <w:tcW w:w="737"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44603711" w14:textId="43504E5E" w:rsidR="006F50FC" w:rsidRDefault="008C2B3F">
                <w:pPr>
                  <w:spacing w:after="0" w:line="252" w:lineRule="auto"/>
                </w:pPr>
                <w:r>
                  <w:rPr>
                    <w:rFonts w:ascii="MS Gothic" w:eastAsia="MS Gothic" w:hAnsi="MS Gothic" w:hint="eastAsia"/>
                  </w:rPr>
                  <w:t>☒</w:t>
                </w:r>
              </w:p>
            </w:tc>
          </w:sdtContent>
        </w:sdt>
      </w:tr>
      <w:tr w:rsidR="006F50FC" w14:paraId="227AA113" w14:textId="77777777" w:rsidTr="0062055C">
        <w:trPr>
          <w:cantSplit/>
          <w:jc w:val="center"/>
        </w:trPr>
        <w:tc>
          <w:tcPr>
            <w:tcW w:w="113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B17BACD" w14:textId="77777777" w:rsidR="006F50FC" w:rsidRDefault="00526EB8">
            <w:pPr>
              <w:spacing w:after="0" w:line="252" w:lineRule="auto"/>
            </w:pPr>
            <w:r>
              <w:rPr>
                <w:sz w:val="16"/>
              </w:rPr>
              <w:t>CORE</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86647C0" w14:textId="77777777" w:rsidR="006F50FC" w:rsidRDefault="00526EB8">
            <w:pPr>
              <w:spacing w:after="0" w:line="252" w:lineRule="auto"/>
            </w:pPr>
            <w:r>
              <w:rPr>
                <w:sz w:val="16"/>
              </w:rPr>
              <w:t>CUADAN211</w:t>
            </w:r>
          </w:p>
        </w:tc>
        <w:tc>
          <w:tcPr>
            <w:tcW w:w="686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66DB8590" w14:textId="77777777" w:rsidR="006F50FC" w:rsidRDefault="00526EB8">
            <w:pPr>
              <w:spacing w:after="0" w:line="252" w:lineRule="auto"/>
            </w:pPr>
            <w:r>
              <w:rPr>
                <w:sz w:val="16"/>
              </w:rPr>
              <w:t>Develop basic dance techniques</w:t>
            </w:r>
          </w:p>
        </w:tc>
        <w:sdt>
          <w:sdtPr>
            <w:id w:val="-1888324434"/>
            <w14:checkbox>
              <w14:checked w14:val="1"/>
              <w14:checkedState w14:val="2612" w14:font="MS Gothic"/>
              <w14:uncheckedState w14:val="2610" w14:font="MS Gothic"/>
            </w14:checkbox>
          </w:sdtPr>
          <w:sdtEndPr/>
          <w:sdtContent>
            <w:tc>
              <w:tcPr>
                <w:tcW w:w="737"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0E9FC5F9" w14:textId="6388185D" w:rsidR="006F50FC" w:rsidRDefault="008C2B3F">
                <w:pPr>
                  <w:spacing w:after="0" w:line="252" w:lineRule="auto"/>
                </w:pPr>
                <w:r>
                  <w:rPr>
                    <w:rFonts w:ascii="MS Gothic" w:eastAsia="MS Gothic" w:hAnsi="MS Gothic" w:hint="eastAsia"/>
                  </w:rPr>
                  <w:t>☒</w:t>
                </w:r>
              </w:p>
            </w:tc>
          </w:sdtContent>
        </w:sdt>
      </w:tr>
      <w:tr w:rsidR="006F50FC" w14:paraId="086570DB" w14:textId="77777777" w:rsidTr="0062055C">
        <w:trPr>
          <w:cantSplit/>
          <w:jc w:val="center"/>
        </w:trPr>
        <w:tc>
          <w:tcPr>
            <w:tcW w:w="1134"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5582118B" w14:textId="77777777" w:rsidR="006F50FC" w:rsidRDefault="00526EB8">
            <w:pPr>
              <w:spacing w:after="0" w:line="252" w:lineRule="auto"/>
            </w:pPr>
            <w:r>
              <w:rPr>
                <w:sz w:val="16"/>
              </w:rPr>
              <w:t>CORE</w:t>
            </w:r>
          </w:p>
        </w:tc>
        <w:tc>
          <w:tcPr>
            <w:tcW w:w="1361"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79E7F1CF" w14:textId="77777777" w:rsidR="006F50FC" w:rsidRDefault="00526EB8">
            <w:pPr>
              <w:spacing w:after="0" w:line="252" w:lineRule="auto"/>
            </w:pPr>
            <w:r>
              <w:rPr>
                <w:sz w:val="16"/>
              </w:rPr>
              <w:t>CUADAN212</w:t>
            </w:r>
          </w:p>
        </w:tc>
        <w:tc>
          <w:tcPr>
            <w:tcW w:w="6860"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52349D1E" w14:textId="77777777" w:rsidR="006F50FC" w:rsidRDefault="00526EB8">
            <w:pPr>
              <w:spacing w:after="0" w:line="252" w:lineRule="auto"/>
            </w:pPr>
            <w:r>
              <w:rPr>
                <w:sz w:val="16"/>
              </w:rPr>
              <w:t>Incorporate artistic expression into basic dance performances</w:t>
            </w:r>
          </w:p>
        </w:tc>
        <w:sdt>
          <w:sdtPr>
            <w:id w:val="-1226676047"/>
            <w14:checkbox>
              <w14:checked w14:val="1"/>
              <w14:checkedState w14:val="2612" w14:font="MS Gothic"/>
              <w14:uncheckedState w14:val="2610" w14:font="MS Gothic"/>
            </w14:checkbox>
          </w:sdtPr>
          <w:sdtEndPr/>
          <w:sdtContent>
            <w:tc>
              <w:tcPr>
                <w:tcW w:w="737"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477C58BF" w14:textId="40634AF3" w:rsidR="006F50FC" w:rsidRDefault="008C2B3F">
                <w:pPr>
                  <w:spacing w:after="0" w:line="252" w:lineRule="auto"/>
                </w:pPr>
                <w:r>
                  <w:rPr>
                    <w:rFonts w:ascii="MS Gothic" w:eastAsia="MS Gothic" w:hAnsi="MS Gothic" w:hint="eastAsia"/>
                  </w:rPr>
                  <w:t>☒</w:t>
                </w:r>
              </w:p>
            </w:tc>
          </w:sdtContent>
        </w:sdt>
      </w:tr>
      <w:tr w:rsidR="006F50FC" w14:paraId="67D9112A" w14:textId="77777777" w:rsidTr="0062055C">
        <w:trPr>
          <w:cantSplit/>
          <w:jc w:val="center"/>
        </w:trPr>
        <w:tc>
          <w:tcPr>
            <w:tcW w:w="113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6A73064" w14:textId="77777777" w:rsidR="006F50FC" w:rsidRDefault="00526EB8">
            <w:pPr>
              <w:spacing w:after="0" w:line="252" w:lineRule="auto"/>
            </w:pPr>
            <w:r>
              <w:rPr>
                <w:sz w:val="16"/>
              </w:rPr>
              <w:t>CORE</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46F833F6" w14:textId="77777777" w:rsidR="006F50FC" w:rsidRDefault="00526EB8">
            <w:pPr>
              <w:spacing w:after="0" w:line="252" w:lineRule="auto"/>
            </w:pPr>
            <w:r>
              <w:rPr>
                <w:sz w:val="16"/>
              </w:rPr>
              <w:t>CUAPRF211</w:t>
            </w:r>
          </w:p>
        </w:tc>
        <w:tc>
          <w:tcPr>
            <w:tcW w:w="686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AEE30B8" w14:textId="77777777" w:rsidR="006F50FC" w:rsidRDefault="00526EB8">
            <w:pPr>
              <w:spacing w:after="0" w:line="252" w:lineRule="auto"/>
            </w:pPr>
            <w:r>
              <w:rPr>
                <w:sz w:val="16"/>
              </w:rPr>
              <w:t>Prepare for live performances</w:t>
            </w:r>
          </w:p>
        </w:tc>
        <w:sdt>
          <w:sdtPr>
            <w:id w:val="195972388"/>
            <w14:checkbox>
              <w14:checked w14:val="1"/>
              <w14:checkedState w14:val="2612" w14:font="MS Gothic"/>
              <w14:uncheckedState w14:val="2610" w14:font="MS Gothic"/>
            </w14:checkbox>
          </w:sdtPr>
          <w:sdtEndPr/>
          <w:sdtContent>
            <w:tc>
              <w:tcPr>
                <w:tcW w:w="737"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ECFE034" w14:textId="1CB52CEB" w:rsidR="006F50FC" w:rsidRDefault="008C2B3F">
                <w:pPr>
                  <w:spacing w:after="0" w:line="252" w:lineRule="auto"/>
                </w:pPr>
                <w:r>
                  <w:rPr>
                    <w:rFonts w:ascii="MS Gothic" w:eastAsia="MS Gothic" w:hAnsi="MS Gothic" w:hint="eastAsia"/>
                  </w:rPr>
                  <w:t>☒</w:t>
                </w:r>
              </w:p>
            </w:tc>
          </w:sdtContent>
        </w:sdt>
      </w:tr>
      <w:tr w:rsidR="0062055C" w14:paraId="26C7E601" w14:textId="77777777" w:rsidTr="0062055C">
        <w:trPr>
          <w:cantSplit/>
          <w:jc w:val="center"/>
        </w:trPr>
        <w:tc>
          <w:tcPr>
            <w:tcW w:w="1134" w:type="dxa"/>
            <w:tcBorders>
              <w:top w:val="single" w:sz="4" w:space="0" w:color="D9D9D9"/>
              <w:left w:val="single" w:sz="4" w:space="0" w:color="D9D9D9"/>
              <w:bottom w:val="single" w:sz="4" w:space="0" w:color="D9D9D9"/>
              <w:right w:val="single" w:sz="4" w:space="0" w:color="D9D9D9"/>
            </w:tcBorders>
            <w:shd w:val="clear" w:color="auto" w:fill="C00000"/>
            <w:tcMar>
              <w:top w:w="80" w:type="dxa"/>
              <w:left w:w="80" w:type="dxa"/>
              <w:bottom w:w="80" w:type="dxa"/>
              <w:right w:w="80" w:type="dxa"/>
            </w:tcMar>
            <w:vAlign w:val="center"/>
          </w:tcPr>
          <w:p w14:paraId="13C1C5F8" w14:textId="77777777" w:rsidR="0062055C" w:rsidRDefault="0062055C">
            <w:pPr>
              <w:spacing w:after="0" w:line="252" w:lineRule="auto"/>
              <w:rPr>
                <w:sz w:val="16"/>
              </w:rPr>
            </w:pPr>
          </w:p>
        </w:tc>
        <w:tc>
          <w:tcPr>
            <w:tcW w:w="1361" w:type="dxa"/>
            <w:tcBorders>
              <w:top w:val="single" w:sz="4" w:space="0" w:color="D9D9D9"/>
              <w:left w:val="single" w:sz="4" w:space="0" w:color="D9D9D9"/>
              <w:bottom w:val="single" w:sz="4" w:space="0" w:color="D9D9D9"/>
              <w:right w:val="single" w:sz="4" w:space="0" w:color="D9D9D9"/>
            </w:tcBorders>
            <w:shd w:val="clear" w:color="auto" w:fill="C00000"/>
            <w:tcMar>
              <w:top w:w="80" w:type="dxa"/>
              <w:left w:w="80" w:type="dxa"/>
              <w:bottom w:w="80" w:type="dxa"/>
              <w:right w:w="80" w:type="dxa"/>
            </w:tcMar>
            <w:vAlign w:val="center"/>
          </w:tcPr>
          <w:p w14:paraId="0BD480DB" w14:textId="77777777" w:rsidR="0062055C" w:rsidRDefault="0062055C">
            <w:pPr>
              <w:spacing w:after="0" w:line="252" w:lineRule="auto"/>
              <w:rPr>
                <w:sz w:val="16"/>
              </w:rPr>
            </w:pPr>
          </w:p>
        </w:tc>
        <w:tc>
          <w:tcPr>
            <w:tcW w:w="6860" w:type="dxa"/>
            <w:tcBorders>
              <w:top w:val="single" w:sz="4" w:space="0" w:color="D9D9D9"/>
              <w:left w:val="single" w:sz="4" w:space="0" w:color="D9D9D9"/>
              <w:bottom w:val="single" w:sz="4" w:space="0" w:color="D9D9D9"/>
              <w:right w:val="single" w:sz="4" w:space="0" w:color="D9D9D9"/>
            </w:tcBorders>
            <w:shd w:val="clear" w:color="auto" w:fill="C00000"/>
            <w:tcMar>
              <w:top w:w="80" w:type="dxa"/>
              <w:left w:w="80" w:type="dxa"/>
              <w:bottom w:w="80" w:type="dxa"/>
              <w:right w:w="80" w:type="dxa"/>
            </w:tcMar>
            <w:vAlign w:val="center"/>
          </w:tcPr>
          <w:p w14:paraId="72600927" w14:textId="1AB6DFA4" w:rsidR="0062055C" w:rsidRPr="00C72CFD" w:rsidRDefault="0062055C">
            <w:pPr>
              <w:spacing w:after="0" w:line="252" w:lineRule="auto"/>
              <w:rPr>
                <w:b/>
                <w:bCs/>
                <w:color w:val="auto"/>
                <w:sz w:val="16"/>
              </w:rPr>
            </w:pPr>
            <w:r w:rsidRPr="00C72CFD">
              <w:rPr>
                <w:b/>
                <w:bCs/>
                <w:color w:val="auto"/>
                <w:sz w:val="16"/>
              </w:rPr>
              <w:t xml:space="preserve">PLEASE SELECT 4 OF THE FOLLOWING ELECTIVES </w:t>
            </w:r>
          </w:p>
        </w:tc>
        <w:tc>
          <w:tcPr>
            <w:tcW w:w="737" w:type="dxa"/>
            <w:tcBorders>
              <w:top w:val="single" w:sz="4" w:space="0" w:color="D9D9D9"/>
              <w:left w:val="single" w:sz="4" w:space="0" w:color="D9D9D9"/>
              <w:bottom w:val="single" w:sz="4" w:space="0" w:color="D9D9D9"/>
              <w:right w:val="single" w:sz="4" w:space="0" w:color="D9D9D9"/>
            </w:tcBorders>
            <w:shd w:val="clear" w:color="auto" w:fill="C00000"/>
            <w:tcMar>
              <w:top w:w="80" w:type="dxa"/>
              <w:left w:w="80" w:type="dxa"/>
              <w:bottom w:w="80" w:type="dxa"/>
              <w:right w:w="80" w:type="dxa"/>
            </w:tcMar>
            <w:vAlign w:val="center"/>
          </w:tcPr>
          <w:p w14:paraId="694C14D4" w14:textId="0B325DB1" w:rsidR="0062055C" w:rsidRPr="00C72CFD" w:rsidRDefault="0062055C">
            <w:pPr>
              <w:spacing w:after="0" w:line="252" w:lineRule="auto"/>
              <w:rPr>
                <w:b/>
                <w:bCs/>
                <w:sz w:val="16"/>
              </w:rPr>
            </w:pPr>
            <w:r w:rsidRPr="00C72CFD">
              <w:rPr>
                <w:b/>
                <w:bCs/>
                <w:color w:val="auto"/>
                <w:sz w:val="16"/>
              </w:rPr>
              <w:t>TICK</w:t>
            </w:r>
          </w:p>
        </w:tc>
      </w:tr>
      <w:tr w:rsidR="006F50FC" w14:paraId="05280C99" w14:textId="77777777" w:rsidTr="0062055C">
        <w:trPr>
          <w:cantSplit/>
          <w:jc w:val="center"/>
        </w:trPr>
        <w:tc>
          <w:tcPr>
            <w:tcW w:w="1134"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0D747624" w14:textId="77777777" w:rsidR="006F50FC" w:rsidRDefault="00526EB8">
            <w:pPr>
              <w:spacing w:after="0" w:line="252" w:lineRule="auto"/>
            </w:pPr>
            <w:r>
              <w:rPr>
                <w:sz w:val="16"/>
              </w:rPr>
              <w:t>ELECTIVE</w:t>
            </w:r>
          </w:p>
        </w:tc>
        <w:tc>
          <w:tcPr>
            <w:tcW w:w="1361"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47E4FC8C" w14:textId="77777777" w:rsidR="006F50FC" w:rsidRDefault="00526EB8">
            <w:pPr>
              <w:spacing w:after="0" w:line="252" w:lineRule="auto"/>
            </w:pPr>
            <w:r>
              <w:rPr>
                <w:sz w:val="16"/>
              </w:rPr>
              <w:t>CUADAN213</w:t>
            </w:r>
          </w:p>
        </w:tc>
        <w:tc>
          <w:tcPr>
            <w:tcW w:w="6860"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36B96CEA" w14:textId="77777777" w:rsidR="006F50FC" w:rsidRDefault="00526EB8">
            <w:pPr>
              <w:spacing w:after="0" w:line="252" w:lineRule="auto"/>
            </w:pPr>
            <w:r>
              <w:rPr>
                <w:sz w:val="16"/>
              </w:rPr>
              <w:t xml:space="preserve">Perform basic jazz dance techniques (jazz, </w:t>
            </w:r>
            <w:proofErr w:type="spellStart"/>
            <w:r>
              <w:rPr>
                <w:sz w:val="16"/>
              </w:rPr>
              <w:t>broadway</w:t>
            </w:r>
            <w:proofErr w:type="spellEnd"/>
            <w:r>
              <w:rPr>
                <w:sz w:val="16"/>
              </w:rPr>
              <w:t>, commercial, lyrical jazz)</w:t>
            </w:r>
          </w:p>
        </w:tc>
        <w:sdt>
          <w:sdtPr>
            <w:id w:val="-2042271072"/>
            <w14:checkbox>
              <w14:checked w14:val="0"/>
              <w14:checkedState w14:val="2612" w14:font="MS Gothic"/>
              <w14:uncheckedState w14:val="2610" w14:font="MS Gothic"/>
            </w14:checkbox>
          </w:sdtPr>
          <w:sdtEndPr/>
          <w:sdtContent>
            <w:tc>
              <w:tcPr>
                <w:tcW w:w="737"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02940FA0" w14:textId="0A365F74" w:rsidR="006F50FC" w:rsidRDefault="00C72CFD">
                <w:pPr>
                  <w:spacing w:after="0" w:line="252" w:lineRule="auto"/>
                </w:pPr>
                <w:r>
                  <w:rPr>
                    <w:rFonts w:ascii="MS Gothic" w:eastAsia="MS Gothic" w:hAnsi="MS Gothic" w:hint="eastAsia"/>
                  </w:rPr>
                  <w:t>☐</w:t>
                </w:r>
              </w:p>
            </w:tc>
          </w:sdtContent>
        </w:sdt>
      </w:tr>
      <w:tr w:rsidR="006F50FC" w14:paraId="447E19F6" w14:textId="77777777" w:rsidTr="0062055C">
        <w:trPr>
          <w:cantSplit/>
          <w:jc w:val="center"/>
        </w:trPr>
        <w:tc>
          <w:tcPr>
            <w:tcW w:w="113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6C780826" w14:textId="77777777" w:rsidR="006F50FC" w:rsidRDefault="00526EB8">
            <w:pPr>
              <w:spacing w:after="0" w:line="252" w:lineRule="auto"/>
            </w:pPr>
            <w:r>
              <w:rPr>
                <w:sz w:val="16"/>
              </w:rPr>
              <w:t>ELECTIVE</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3DD7DF9" w14:textId="77777777" w:rsidR="006F50FC" w:rsidRDefault="00526EB8">
            <w:pPr>
              <w:spacing w:after="0" w:line="252" w:lineRule="auto"/>
            </w:pPr>
            <w:r>
              <w:rPr>
                <w:sz w:val="16"/>
              </w:rPr>
              <w:t>CUADAN217</w:t>
            </w:r>
          </w:p>
        </w:tc>
        <w:tc>
          <w:tcPr>
            <w:tcW w:w="686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336A4D4" w14:textId="77777777" w:rsidR="006F50FC" w:rsidRDefault="00526EB8">
            <w:pPr>
              <w:spacing w:after="0" w:line="252" w:lineRule="auto"/>
            </w:pPr>
            <w:r>
              <w:rPr>
                <w:sz w:val="16"/>
              </w:rPr>
              <w:t>Perform basic tap techniques</w:t>
            </w:r>
          </w:p>
        </w:tc>
        <w:sdt>
          <w:sdtPr>
            <w:id w:val="-776869034"/>
            <w14:checkbox>
              <w14:checked w14:val="0"/>
              <w14:checkedState w14:val="2612" w14:font="MS Gothic"/>
              <w14:uncheckedState w14:val="2610" w14:font="MS Gothic"/>
            </w14:checkbox>
          </w:sdtPr>
          <w:sdtEndPr/>
          <w:sdtContent>
            <w:tc>
              <w:tcPr>
                <w:tcW w:w="737"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25E3E06" w14:textId="57A8D6B8" w:rsidR="006F50FC" w:rsidRDefault="0062055C">
                <w:pPr>
                  <w:spacing w:after="0" w:line="252" w:lineRule="auto"/>
                </w:pPr>
                <w:r>
                  <w:rPr>
                    <w:rFonts w:ascii="MS Gothic" w:eastAsia="MS Gothic" w:hAnsi="MS Gothic" w:hint="eastAsia"/>
                  </w:rPr>
                  <w:t>☐</w:t>
                </w:r>
              </w:p>
            </w:tc>
          </w:sdtContent>
        </w:sdt>
      </w:tr>
      <w:tr w:rsidR="0062055C" w14:paraId="1332C6A6" w14:textId="77777777" w:rsidTr="0062055C">
        <w:trPr>
          <w:cantSplit/>
          <w:jc w:val="center"/>
        </w:trPr>
        <w:tc>
          <w:tcPr>
            <w:tcW w:w="1134"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34B6CB88" w14:textId="03362C23" w:rsidR="0062055C" w:rsidRDefault="00526EB8" w:rsidP="0062055C">
            <w:pPr>
              <w:spacing w:after="0" w:line="252" w:lineRule="auto"/>
            </w:pPr>
            <w:r>
              <w:rPr>
                <w:sz w:val="16"/>
              </w:rPr>
              <w:t>ELECTIVE</w:t>
            </w:r>
          </w:p>
        </w:tc>
        <w:tc>
          <w:tcPr>
            <w:tcW w:w="1361"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63AB0016" w14:textId="77777777" w:rsidR="0062055C" w:rsidRDefault="0062055C" w:rsidP="0062055C">
            <w:pPr>
              <w:spacing w:after="0" w:line="252" w:lineRule="auto"/>
            </w:pPr>
            <w:r>
              <w:rPr>
                <w:sz w:val="16"/>
              </w:rPr>
              <w:t>CUADAN216</w:t>
            </w:r>
          </w:p>
        </w:tc>
        <w:tc>
          <w:tcPr>
            <w:tcW w:w="6860"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322F4A79" w14:textId="77777777" w:rsidR="0062055C" w:rsidRDefault="0062055C" w:rsidP="0062055C">
            <w:pPr>
              <w:spacing w:after="0" w:line="252" w:lineRule="auto"/>
            </w:pPr>
            <w:r>
              <w:rPr>
                <w:sz w:val="16"/>
              </w:rPr>
              <w:t>Perform basic ballet techniques</w:t>
            </w:r>
          </w:p>
        </w:tc>
        <w:sdt>
          <w:sdtPr>
            <w:id w:val="-1835219440"/>
            <w14:checkbox>
              <w14:checked w14:val="0"/>
              <w14:checkedState w14:val="2612" w14:font="MS Gothic"/>
              <w14:uncheckedState w14:val="2610" w14:font="MS Gothic"/>
            </w14:checkbox>
          </w:sdtPr>
          <w:sdtEndPr/>
          <w:sdtContent>
            <w:tc>
              <w:tcPr>
                <w:tcW w:w="737"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5B48CECF" w14:textId="55DE8D26" w:rsidR="0062055C" w:rsidRDefault="0062055C" w:rsidP="0062055C">
                <w:pPr>
                  <w:spacing w:after="0" w:line="252" w:lineRule="auto"/>
                </w:pPr>
                <w:r>
                  <w:rPr>
                    <w:rFonts w:ascii="MS Gothic" w:eastAsia="MS Gothic" w:hAnsi="MS Gothic" w:hint="eastAsia"/>
                  </w:rPr>
                  <w:t>☐</w:t>
                </w:r>
              </w:p>
            </w:tc>
          </w:sdtContent>
        </w:sdt>
      </w:tr>
      <w:tr w:rsidR="0062055C" w14:paraId="6CEC5246" w14:textId="77777777" w:rsidTr="0062055C">
        <w:trPr>
          <w:cantSplit/>
          <w:jc w:val="center"/>
        </w:trPr>
        <w:tc>
          <w:tcPr>
            <w:tcW w:w="113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DFB93EA" w14:textId="77777777" w:rsidR="0062055C" w:rsidRDefault="0062055C" w:rsidP="0062055C">
            <w:pPr>
              <w:spacing w:after="0" w:line="252" w:lineRule="auto"/>
            </w:pPr>
            <w:r>
              <w:rPr>
                <w:sz w:val="16"/>
              </w:rPr>
              <w:t>ELECTIVE</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7664808" w14:textId="77777777" w:rsidR="0062055C" w:rsidRDefault="0062055C" w:rsidP="0062055C">
            <w:pPr>
              <w:spacing w:after="0" w:line="252" w:lineRule="auto"/>
            </w:pPr>
            <w:r>
              <w:rPr>
                <w:sz w:val="16"/>
              </w:rPr>
              <w:t>CUADAN218</w:t>
            </w:r>
          </w:p>
        </w:tc>
        <w:tc>
          <w:tcPr>
            <w:tcW w:w="686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09E63473" w14:textId="77777777" w:rsidR="0062055C" w:rsidRDefault="0062055C" w:rsidP="0062055C">
            <w:pPr>
              <w:spacing w:after="0" w:line="252" w:lineRule="auto"/>
            </w:pPr>
            <w:r>
              <w:rPr>
                <w:sz w:val="16"/>
              </w:rPr>
              <w:t>Perform basic street dance techniques (hip hop, funk, commercial)</w:t>
            </w:r>
          </w:p>
        </w:tc>
        <w:sdt>
          <w:sdtPr>
            <w:id w:val="-874765021"/>
            <w14:checkbox>
              <w14:checked w14:val="0"/>
              <w14:checkedState w14:val="2612" w14:font="MS Gothic"/>
              <w14:uncheckedState w14:val="2610" w14:font="MS Gothic"/>
            </w14:checkbox>
          </w:sdtPr>
          <w:sdtEndPr/>
          <w:sdtContent>
            <w:tc>
              <w:tcPr>
                <w:tcW w:w="737"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F76D593" w14:textId="75E7044F" w:rsidR="0062055C" w:rsidRDefault="0062055C" w:rsidP="0062055C">
                <w:pPr>
                  <w:spacing w:after="0" w:line="252" w:lineRule="auto"/>
                </w:pPr>
                <w:r>
                  <w:rPr>
                    <w:rFonts w:ascii="MS Gothic" w:eastAsia="MS Gothic" w:hAnsi="MS Gothic" w:hint="eastAsia"/>
                  </w:rPr>
                  <w:t>☐</w:t>
                </w:r>
              </w:p>
            </w:tc>
          </w:sdtContent>
        </w:sdt>
      </w:tr>
      <w:tr w:rsidR="0062055C" w14:paraId="7E5ABE61" w14:textId="77777777" w:rsidTr="0062055C">
        <w:trPr>
          <w:cantSplit/>
          <w:jc w:val="center"/>
        </w:trPr>
        <w:tc>
          <w:tcPr>
            <w:tcW w:w="1134"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411D3A85" w14:textId="77777777" w:rsidR="0062055C" w:rsidRDefault="0062055C" w:rsidP="0062055C">
            <w:pPr>
              <w:spacing w:after="0" w:line="252" w:lineRule="auto"/>
            </w:pPr>
            <w:r>
              <w:rPr>
                <w:sz w:val="16"/>
              </w:rPr>
              <w:t>ELECTIVE</w:t>
            </w:r>
          </w:p>
        </w:tc>
        <w:tc>
          <w:tcPr>
            <w:tcW w:w="1361"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195ADA28" w14:textId="77777777" w:rsidR="0062055C" w:rsidRDefault="0062055C" w:rsidP="0062055C">
            <w:pPr>
              <w:spacing w:after="0" w:line="252" w:lineRule="auto"/>
            </w:pPr>
            <w:r>
              <w:rPr>
                <w:sz w:val="16"/>
              </w:rPr>
              <w:t>CUADAN215</w:t>
            </w:r>
          </w:p>
        </w:tc>
        <w:tc>
          <w:tcPr>
            <w:tcW w:w="6860"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4D700234" w14:textId="77777777" w:rsidR="0062055C" w:rsidRDefault="0062055C" w:rsidP="0062055C">
            <w:pPr>
              <w:spacing w:after="0" w:line="252" w:lineRule="auto"/>
            </w:pPr>
            <w:r>
              <w:rPr>
                <w:sz w:val="16"/>
              </w:rPr>
              <w:t>Perform basic contemporary dance techniques</w:t>
            </w:r>
          </w:p>
        </w:tc>
        <w:sdt>
          <w:sdtPr>
            <w:id w:val="1171685511"/>
            <w14:checkbox>
              <w14:checked w14:val="0"/>
              <w14:checkedState w14:val="2612" w14:font="MS Gothic"/>
              <w14:uncheckedState w14:val="2610" w14:font="MS Gothic"/>
            </w14:checkbox>
          </w:sdtPr>
          <w:sdtEndPr/>
          <w:sdtContent>
            <w:tc>
              <w:tcPr>
                <w:tcW w:w="737"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5D115E47" w14:textId="1160CDBE" w:rsidR="0062055C" w:rsidRDefault="0062055C" w:rsidP="0062055C">
                <w:pPr>
                  <w:spacing w:after="0" w:line="252" w:lineRule="auto"/>
                </w:pPr>
                <w:r>
                  <w:rPr>
                    <w:rFonts w:ascii="MS Gothic" w:eastAsia="MS Gothic" w:hAnsi="MS Gothic" w:hint="eastAsia"/>
                  </w:rPr>
                  <w:t>☐</w:t>
                </w:r>
              </w:p>
            </w:tc>
          </w:sdtContent>
        </w:sdt>
      </w:tr>
      <w:tr w:rsidR="0062055C" w14:paraId="29BD518C" w14:textId="77777777" w:rsidTr="0062055C">
        <w:trPr>
          <w:cantSplit/>
          <w:jc w:val="center"/>
        </w:trPr>
        <w:tc>
          <w:tcPr>
            <w:tcW w:w="113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A46815A" w14:textId="77777777" w:rsidR="0062055C" w:rsidRDefault="0062055C" w:rsidP="0062055C">
            <w:pPr>
              <w:spacing w:after="0" w:line="252" w:lineRule="auto"/>
            </w:pPr>
            <w:r>
              <w:rPr>
                <w:sz w:val="16"/>
              </w:rPr>
              <w:t>ELECTIVE</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DDD4C1B" w14:textId="77777777" w:rsidR="0062055C" w:rsidRDefault="0062055C" w:rsidP="0062055C">
            <w:pPr>
              <w:spacing w:after="0" w:line="252" w:lineRule="auto"/>
            </w:pPr>
            <w:r>
              <w:rPr>
                <w:sz w:val="16"/>
              </w:rPr>
              <w:t>CUADAN220</w:t>
            </w:r>
          </w:p>
        </w:tc>
        <w:tc>
          <w:tcPr>
            <w:tcW w:w="686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2DBDB619" w14:textId="77777777" w:rsidR="0062055C" w:rsidRDefault="0062055C" w:rsidP="0062055C">
            <w:pPr>
              <w:spacing w:after="0" w:line="252" w:lineRule="auto"/>
            </w:pPr>
            <w:r>
              <w:rPr>
                <w:sz w:val="16"/>
              </w:rPr>
              <w:t>Perform basic lyrical dance techniques</w:t>
            </w:r>
          </w:p>
        </w:tc>
        <w:sdt>
          <w:sdtPr>
            <w:id w:val="-1349788300"/>
            <w14:checkbox>
              <w14:checked w14:val="0"/>
              <w14:checkedState w14:val="2612" w14:font="MS Gothic"/>
              <w14:uncheckedState w14:val="2610" w14:font="MS Gothic"/>
            </w14:checkbox>
          </w:sdtPr>
          <w:sdtEndPr/>
          <w:sdtContent>
            <w:tc>
              <w:tcPr>
                <w:tcW w:w="737"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61FFB486" w14:textId="042D8F72" w:rsidR="0062055C" w:rsidRDefault="0062055C" w:rsidP="0062055C">
                <w:pPr>
                  <w:spacing w:after="0" w:line="252" w:lineRule="auto"/>
                </w:pPr>
                <w:r>
                  <w:rPr>
                    <w:rFonts w:ascii="MS Gothic" w:eastAsia="MS Gothic" w:hAnsi="MS Gothic" w:hint="eastAsia"/>
                  </w:rPr>
                  <w:t>☐</w:t>
                </w:r>
              </w:p>
            </w:tc>
          </w:sdtContent>
        </w:sdt>
      </w:tr>
      <w:tr w:rsidR="0062055C" w14:paraId="38728039" w14:textId="77777777" w:rsidTr="0062055C">
        <w:trPr>
          <w:cantSplit/>
          <w:jc w:val="center"/>
        </w:trPr>
        <w:tc>
          <w:tcPr>
            <w:tcW w:w="1134"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5EEE2BAB" w14:textId="77777777" w:rsidR="0062055C" w:rsidRDefault="0062055C" w:rsidP="0062055C">
            <w:pPr>
              <w:spacing w:after="0" w:line="252" w:lineRule="auto"/>
            </w:pPr>
            <w:r>
              <w:rPr>
                <w:sz w:val="16"/>
              </w:rPr>
              <w:t>ELECTIVE</w:t>
            </w:r>
          </w:p>
        </w:tc>
        <w:tc>
          <w:tcPr>
            <w:tcW w:w="1361"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720E27B8" w14:textId="77777777" w:rsidR="0062055C" w:rsidRDefault="0062055C" w:rsidP="0062055C">
            <w:pPr>
              <w:spacing w:after="0" w:line="252" w:lineRule="auto"/>
            </w:pPr>
            <w:r>
              <w:rPr>
                <w:sz w:val="16"/>
              </w:rPr>
              <w:t>CUADAN219</w:t>
            </w:r>
          </w:p>
        </w:tc>
        <w:tc>
          <w:tcPr>
            <w:tcW w:w="6860"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2416AD90" w14:textId="77777777" w:rsidR="0062055C" w:rsidRDefault="0062055C" w:rsidP="0062055C">
            <w:pPr>
              <w:spacing w:after="0" w:line="252" w:lineRule="auto"/>
            </w:pPr>
            <w:r>
              <w:rPr>
                <w:sz w:val="16"/>
              </w:rPr>
              <w:t>Perform basic cultural dance techniques (</w:t>
            </w:r>
            <w:proofErr w:type="spellStart"/>
            <w:r>
              <w:rPr>
                <w:sz w:val="16"/>
              </w:rPr>
              <w:t>latin</w:t>
            </w:r>
            <w:proofErr w:type="spellEnd"/>
            <w:r>
              <w:rPr>
                <w:sz w:val="16"/>
              </w:rPr>
              <w:t xml:space="preserve">, salsa, </w:t>
            </w:r>
            <w:proofErr w:type="spellStart"/>
            <w:r>
              <w:rPr>
                <w:sz w:val="16"/>
              </w:rPr>
              <w:t>bollywood</w:t>
            </w:r>
            <w:proofErr w:type="spellEnd"/>
            <w:r>
              <w:rPr>
                <w:sz w:val="16"/>
              </w:rPr>
              <w:t>)</w:t>
            </w:r>
          </w:p>
        </w:tc>
        <w:sdt>
          <w:sdtPr>
            <w:id w:val="-2073032377"/>
            <w14:checkbox>
              <w14:checked w14:val="0"/>
              <w14:checkedState w14:val="2612" w14:font="MS Gothic"/>
              <w14:uncheckedState w14:val="2610" w14:font="MS Gothic"/>
            </w14:checkbox>
          </w:sdtPr>
          <w:sdtEndPr/>
          <w:sdtContent>
            <w:tc>
              <w:tcPr>
                <w:tcW w:w="737"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150D4090" w14:textId="19EDFD21" w:rsidR="0062055C" w:rsidRDefault="0062055C" w:rsidP="0062055C">
                <w:pPr>
                  <w:spacing w:after="0" w:line="252" w:lineRule="auto"/>
                </w:pPr>
                <w:r>
                  <w:rPr>
                    <w:rFonts w:ascii="MS Gothic" w:eastAsia="MS Gothic" w:hAnsi="MS Gothic" w:hint="eastAsia"/>
                  </w:rPr>
                  <w:t>☐</w:t>
                </w:r>
              </w:p>
            </w:tc>
          </w:sdtContent>
        </w:sdt>
      </w:tr>
      <w:tr w:rsidR="0062055C" w14:paraId="40127D56" w14:textId="77777777" w:rsidTr="0062055C">
        <w:trPr>
          <w:cantSplit/>
          <w:jc w:val="center"/>
        </w:trPr>
        <w:tc>
          <w:tcPr>
            <w:tcW w:w="113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BADCF1E" w14:textId="77777777" w:rsidR="0062055C" w:rsidRDefault="0062055C" w:rsidP="0062055C">
            <w:pPr>
              <w:spacing w:after="0" w:line="252" w:lineRule="auto"/>
            </w:pPr>
            <w:r>
              <w:rPr>
                <w:sz w:val="16"/>
              </w:rPr>
              <w:t>ELECTIVE</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5EF8584" w14:textId="77777777" w:rsidR="0062055C" w:rsidRDefault="0062055C" w:rsidP="0062055C">
            <w:pPr>
              <w:spacing w:after="0" w:line="252" w:lineRule="auto"/>
            </w:pPr>
            <w:r>
              <w:rPr>
                <w:sz w:val="16"/>
              </w:rPr>
              <w:t>CUAPRF316</w:t>
            </w:r>
          </w:p>
        </w:tc>
        <w:tc>
          <w:tcPr>
            <w:tcW w:w="686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00E20E12" w14:textId="77777777" w:rsidR="0062055C" w:rsidRDefault="0062055C" w:rsidP="0062055C">
            <w:pPr>
              <w:spacing w:after="0" w:line="252" w:lineRule="auto"/>
            </w:pPr>
            <w:r>
              <w:rPr>
                <w:sz w:val="16"/>
              </w:rPr>
              <w:t>Develop basic musical theatre techniques (dance, acting, singing)</w:t>
            </w:r>
          </w:p>
        </w:tc>
        <w:sdt>
          <w:sdtPr>
            <w:id w:val="-1526855297"/>
            <w14:checkbox>
              <w14:checked w14:val="0"/>
              <w14:checkedState w14:val="2612" w14:font="MS Gothic"/>
              <w14:uncheckedState w14:val="2610" w14:font="MS Gothic"/>
            </w14:checkbox>
          </w:sdtPr>
          <w:sdtEndPr/>
          <w:sdtContent>
            <w:tc>
              <w:tcPr>
                <w:tcW w:w="737"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B42786A" w14:textId="500353F8" w:rsidR="0062055C" w:rsidRDefault="00B45E37" w:rsidP="0062055C">
                <w:pPr>
                  <w:spacing w:after="0" w:line="252" w:lineRule="auto"/>
                </w:pPr>
                <w:r>
                  <w:rPr>
                    <w:rFonts w:ascii="MS Gothic" w:eastAsia="MS Gothic" w:hAnsi="MS Gothic" w:hint="eastAsia"/>
                  </w:rPr>
                  <w:t>☐</w:t>
                </w:r>
              </w:p>
            </w:tc>
          </w:sdtContent>
        </w:sdt>
      </w:tr>
    </w:tbl>
    <w:p w14:paraId="205F10CE" w14:textId="77777777" w:rsidR="006F50FC" w:rsidRDefault="00526EB8">
      <w:pPr>
        <w:spacing w:after="40" w:line="240" w:lineRule="auto"/>
      </w:pPr>
      <w:r>
        <w:rPr>
          <w:sz w:val="4"/>
        </w:rPr>
        <w:t xml:space="preserve"> </w:t>
      </w:r>
    </w:p>
    <w:p w14:paraId="0986B2C8" w14:textId="5047E280" w:rsidR="006F50FC" w:rsidRDefault="006F50FC">
      <w:pPr>
        <w:keepNext/>
        <w:spacing w:after="60"/>
      </w:pPr>
    </w:p>
    <w:p w14:paraId="567B90F9" w14:textId="77777777" w:rsidR="006F50FC" w:rsidRDefault="00526EB8">
      <w:pPr>
        <w:spacing w:after="40" w:line="240" w:lineRule="auto"/>
      </w:pPr>
      <w:r>
        <w:rPr>
          <w:sz w:val="4"/>
        </w:rPr>
        <w:t xml:space="preserve"> </w:t>
      </w:r>
    </w:p>
    <w:p w14:paraId="5D7587C8" w14:textId="77777777" w:rsidR="006F50FC" w:rsidRDefault="00526EB8">
      <w:r>
        <w:br w:type="page"/>
      </w:r>
    </w:p>
    <w:p w14:paraId="00E6F002" w14:textId="77777777" w:rsidR="006F50FC" w:rsidRDefault="00526EB8">
      <w:pPr>
        <w:pStyle w:val="Title"/>
      </w:pPr>
      <w:r>
        <w:lastRenderedPageBreak/>
        <w:t>ACCEPTANCE AND DECLARATION</w:t>
      </w:r>
    </w:p>
    <w:p w14:paraId="369222DE" w14:textId="77777777" w:rsidR="006F50FC" w:rsidRDefault="00526EB8">
      <w:r>
        <w:t>Please read each statement carefully before signing.</w:t>
      </w:r>
    </w:p>
    <w:p w14:paraId="56F22EF9" w14:textId="3020ED7A" w:rsidR="006F50FC" w:rsidRDefault="006F50FC" w:rsidP="0062055C">
      <w:pPr>
        <w:keepNext/>
        <w:spacing w:after="60"/>
      </w:pPr>
    </w:p>
    <w:tbl>
      <w:tblPr>
        <w:tblW w:w="0" w:type="auto"/>
        <w:tblLayout w:type="fixed"/>
        <w:tblLook w:val="04A0" w:firstRow="1" w:lastRow="0" w:firstColumn="1" w:lastColumn="0" w:noHBand="0" w:noVBand="1"/>
      </w:tblPr>
      <w:tblGrid>
        <w:gridCol w:w="567"/>
        <w:gridCol w:w="9524"/>
      </w:tblGrid>
      <w:tr w:rsidR="006F50FC" w14:paraId="4C22A527" w14:textId="77777777">
        <w:tc>
          <w:tcPr>
            <w:tcW w:w="567" w:type="dxa"/>
            <w:shd w:val="clear" w:color="auto" w:fill="E3192A"/>
            <w:tcMar>
              <w:top w:w="95" w:type="dxa"/>
              <w:left w:w="95" w:type="dxa"/>
              <w:bottom w:w="95" w:type="dxa"/>
              <w:right w:w="95" w:type="dxa"/>
            </w:tcMar>
            <w:vAlign w:val="center"/>
          </w:tcPr>
          <w:p w14:paraId="2400D908" w14:textId="7BDA9842" w:rsidR="006F50FC" w:rsidRDefault="0062055C">
            <w:pPr>
              <w:keepNext/>
              <w:spacing w:after="0"/>
              <w:jc w:val="center"/>
            </w:pPr>
            <w:r>
              <w:rPr>
                <w:b/>
                <w:color w:val="FFFFFF"/>
                <w:sz w:val="20"/>
              </w:rPr>
              <w:t>3</w:t>
            </w:r>
          </w:p>
        </w:tc>
        <w:tc>
          <w:tcPr>
            <w:tcW w:w="9524" w:type="dxa"/>
            <w:shd w:val="clear" w:color="auto" w:fill="151515"/>
            <w:tcMar>
              <w:top w:w="95" w:type="dxa"/>
              <w:left w:w="95" w:type="dxa"/>
              <w:bottom w:w="95" w:type="dxa"/>
              <w:right w:w="95" w:type="dxa"/>
            </w:tcMar>
            <w:vAlign w:val="center"/>
          </w:tcPr>
          <w:p w14:paraId="4F92C1D3" w14:textId="77777777" w:rsidR="006F50FC" w:rsidRDefault="00526EB8">
            <w:pPr>
              <w:keepNext/>
              <w:spacing w:after="0"/>
            </w:pPr>
            <w:r>
              <w:rPr>
                <w:b/>
                <w:color w:val="FFFFFF"/>
                <w:sz w:val="20"/>
              </w:rPr>
              <w:t>STUDENT DECLARATION</w:t>
            </w:r>
          </w:p>
        </w:tc>
      </w:tr>
    </w:tbl>
    <w:p w14:paraId="6826996A" w14:textId="77777777" w:rsidR="006F50FC" w:rsidRDefault="00526EB8">
      <w:pPr>
        <w:keepNext/>
        <w:spacing w:after="60"/>
      </w:pPr>
      <w:r>
        <w:rPr>
          <w:sz w:val="4"/>
        </w:rPr>
        <w:t xml:space="preserve"> </w:t>
      </w:r>
    </w:p>
    <w:p w14:paraId="20024FAC" w14:textId="77777777" w:rsidR="008C2B3F" w:rsidRDefault="008C2B3F"/>
    <w:p w14:paraId="2BD865F4" w14:textId="0A169943" w:rsidR="006F50FC" w:rsidRDefault="00526EB8">
      <w:r>
        <w:t>I would like to accept the offer of a place as a part-time student.</w:t>
      </w:r>
    </w:p>
    <w:p w14:paraId="27CC1171" w14:textId="6DA24218" w:rsidR="006F50FC" w:rsidRDefault="00AF7103">
      <w:sdt>
        <w:sdtPr>
          <w:rPr>
            <w:rFonts w:ascii="DejaVu Sans" w:hAnsi="DejaVu Sans"/>
            <w:sz w:val="18"/>
          </w:rPr>
          <w:id w:val="1214544659"/>
          <w14:checkbox>
            <w14:checked w14:val="0"/>
            <w14:checkedState w14:val="2612" w14:font="MS Gothic"/>
            <w14:uncheckedState w14:val="2610" w14:font="MS Gothic"/>
          </w14:checkbox>
        </w:sdtPr>
        <w:sdtEndPr/>
        <w:sdtContent>
          <w:r w:rsidR="0062055C">
            <w:rPr>
              <w:rFonts w:ascii="MS Gothic" w:eastAsia="MS Gothic" w:hAnsi="MS Gothic" w:hint="eastAsia"/>
              <w:sz w:val="18"/>
            </w:rPr>
            <w:t>☐</w:t>
          </w:r>
        </w:sdtContent>
      </w:sdt>
      <w:r w:rsidR="0062055C">
        <w:rPr>
          <w:rFonts w:ascii="DejaVu Sans" w:hAnsi="DejaVu Sans"/>
          <w:sz w:val="18"/>
        </w:rPr>
        <w:t xml:space="preserve"> I have read and understood the Student Brochure, Acceptance Letter, Refund Policy, Grievance and Complaint Procedure, and Cooling-off Period.</w:t>
      </w:r>
    </w:p>
    <w:p w14:paraId="5AC5E0AF" w14:textId="4822D02C" w:rsidR="006F50FC" w:rsidRDefault="00AF7103">
      <w:sdt>
        <w:sdtPr>
          <w:rPr>
            <w:rFonts w:ascii="DejaVu Sans" w:hAnsi="DejaVu Sans"/>
            <w:sz w:val="18"/>
          </w:rPr>
          <w:id w:val="-310333332"/>
          <w14:checkbox>
            <w14:checked w14:val="0"/>
            <w14:checkedState w14:val="2612" w14:font="MS Gothic"/>
            <w14:uncheckedState w14:val="2610" w14:font="MS Gothic"/>
          </w14:checkbox>
        </w:sdtPr>
        <w:sdtEndPr/>
        <w:sdtContent>
          <w:r w:rsidR="0062055C">
            <w:rPr>
              <w:rFonts w:ascii="MS Gothic" w:eastAsia="MS Gothic" w:hAnsi="MS Gothic" w:hint="eastAsia"/>
              <w:sz w:val="18"/>
            </w:rPr>
            <w:t>☐</w:t>
          </w:r>
        </w:sdtContent>
      </w:sdt>
      <w:r w:rsidR="0062055C">
        <w:rPr>
          <w:rFonts w:ascii="DejaVu Sans" w:hAnsi="DejaVu Sans"/>
          <w:sz w:val="18"/>
        </w:rPr>
        <w:t xml:space="preserve"> I am fully aware of the contents and structure of the course that I have contracted to undertake (as per the Letter of Offer).</w:t>
      </w:r>
    </w:p>
    <w:p w14:paraId="74498219" w14:textId="00D36C48" w:rsidR="006F50FC" w:rsidRDefault="00AF7103">
      <w:sdt>
        <w:sdtPr>
          <w:rPr>
            <w:rFonts w:ascii="DejaVu Sans" w:hAnsi="DejaVu Sans"/>
            <w:sz w:val="18"/>
          </w:rPr>
          <w:id w:val="217561714"/>
          <w14:checkbox>
            <w14:checked w14:val="0"/>
            <w14:checkedState w14:val="2612" w14:font="MS Gothic"/>
            <w14:uncheckedState w14:val="2610" w14:font="MS Gothic"/>
          </w14:checkbox>
        </w:sdtPr>
        <w:sdtEndPr/>
        <w:sdtContent>
          <w:r w:rsidR="0062055C">
            <w:rPr>
              <w:rFonts w:ascii="MS Gothic" w:eastAsia="MS Gothic" w:hAnsi="MS Gothic" w:hint="eastAsia"/>
              <w:sz w:val="18"/>
            </w:rPr>
            <w:t>☐</w:t>
          </w:r>
        </w:sdtContent>
      </w:sdt>
      <w:r w:rsidR="0062055C">
        <w:rPr>
          <w:rFonts w:ascii="DejaVu Sans" w:hAnsi="DejaVu Sans"/>
          <w:sz w:val="18"/>
        </w:rPr>
        <w:t xml:space="preserve"> I understand any claim for recognition of prior learning and/or credit transfer is subject to School policy and procedures and that the School’s decision will be final and binding.</w:t>
      </w:r>
    </w:p>
    <w:p w14:paraId="4310E1D5" w14:textId="43C8539B" w:rsidR="006F50FC" w:rsidRDefault="00AF7103">
      <w:sdt>
        <w:sdtPr>
          <w:rPr>
            <w:rFonts w:ascii="DejaVu Sans" w:hAnsi="DejaVu Sans"/>
            <w:sz w:val="18"/>
          </w:rPr>
          <w:id w:val="17833621"/>
          <w14:checkbox>
            <w14:checked w14:val="0"/>
            <w14:checkedState w14:val="2612" w14:font="MS Gothic"/>
            <w14:uncheckedState w14:val="2610" w14:font="MS Gothic"/>
          </w14:checkbox>
        </w:sdtPr>
        <w:sdtEndPr/>
        <w:sdtContent>
          <w:r w:rsidR="0062055C">
            <w:rPr>
              <w:rFonts w:ascii="MS Gothic" w:eastAsia="MS Gothic" w:hAnsi="MS Gothic" w:hint="eastAsia"/>
              <w:sz w:val="18"/>
            </w:rPr>
            <w:t>☐</w:t>
          </w:r>
        </w:sdtContent>
      </w:sdt>
      <w:r w:rsidR="0062055C">
        <w:rPr>
          <w:rFonts w:ascii="DejaVu Sans" w:hAnsi="DejaVu Sans"/>
          <w:sz w:val="18"/>
        </w:rPr>
        <w:t xml:space="preserve"> I understand there is no reduction in fees should I receive an exemption for part of the course or should I start after the scheduled course commencement date.</w:t>
      </w:r>
    </w:p>
    <w:p w14:paraId="79B47FD1" w14:textId="2429F653" w:rsidR="006F50FC" w:rsidRDefault="00AF7103">
      <w:sdt>
        <w:sdtPr>
          <w:rPr>
            <w:rFonts w:ascii="DejaVu Sans" w:hAnsi="DejaVu Sans"/>
            <w:sz w:val="18"/>
          </w:rPr>
          <w:id w:val="-144059086"/>
          <w14:checkbox>
            <w14:checked w14:val="0"/>
            <w14:checkedState w14:val="2612" w14:font="MS Gothic"/>
            <w14:uncheckedState w14:val="2610" w14:font="MS Gothic"/>
          </w14:checkbox>
        </w:sdtPr>
        <w:sdtEndPr/>
        <w:sdtContent>
          <w:r w:rsidR="0062055C">
            <w:rPr>
              <w:rFonts w:ascii="MS Gothic" w:eastAsia="MS Gothic" w:hAnsi="MS Gothic" w:hint="eastAsia"/>
              <w:sz w:val="18"/>
            </w:rPr>
            <w:t>☐</w:t>
          </w:r>
        </w:sdtContent>
      </w:sdt>
      <w:r w:rsidR="0062055C">
        <w:rPr>
          <w:rFonts w:ascii="DejaVu Sans" w:hAnsi="DejaVu Sans"/>
          <w:sz w:val="18"/>
        </w:rPr>
        <w:t>I agree to attend a minimum of 80% of timetabled classes.</w:t>
      </w:r>
    </w:p>
    <w:p w14:paraId="1C987428" w14:textId="262CD706" w:rsidR="006F50FC" w:rsidRDefault="00AF7103">
      <w:sdt>
        <w:sdtPr>
          <w:rPr>
            <w:rFonts w:ascii="DejaVu Sans" w:hAnsi="DejaVu Sans"/>
            <w:sz w:val="18"/>
          </w:rPr>
          <w:id w:val="3870828"/>
          <w14:checkbox>
            <w14:checked w14:val="0"/>
            <w14:checkedState w14:val="2612" w14:font="MS Gothic"/>
            <w14:uncheckedState w14:val="2610" w14:font="MS Gothic"/>
          </w14:checkbox>
        </w:sdtPr>
        <w:sdtEndPr/>
        <w:sdtContent>
          <w:r w:rsidR="0062055C">
            <w:rPr>
              <w:rFonts w:ascii="MS Gothic" w:eastAsia="MS Gothic" w:hAnsi="MS Gothic" w:hint="eastAsia"/>
              <w:sz w:val="18"/>
            </w:rPr>
            <w:t>☐</w:t>
          </w:r>
        </w:sdtContent>
      </w:sdt>
      <w:r w:rsidR="0062055C">
        <w:rPr>
          <w:rFonts w:ascii="DejaVu Sans" w:hAnsi="DejaVu Sans"/>
          <w:sz w:val="18"/>
        </w:rPr>
        <w:t xml:space="preserve"> I intend to pay the prescribed fees by the specified dates stated in the brochure and acceptance letter. Late payments will incur a 10% per week penalty and could result in cancellation of enrolment.</w:t>
      </w:r>
    </w:p>
    <w:p w14:paraId="1FACE67E" w14:textId="099EAF9B" w:rsidR="006F50FC" w:rsidRDefault="00AF7103">
      <w:pPr>
        <w:rPr>
          <w:rFonts w:ascii="DejaVu Sans" w:hAnsi="DejaVu Sans" w:hint="eastAsia"/>
          <w:sz w:val="18"/>
        </w:rPr>
      </w:pPr>
      <w:sdt>
        <w:sdtPr>
          <w:rPr>
            <w:rFonts w:ascii="DejaVu Sans" w:hAnsi="DejaVu Sans"/>
            <w:sz w:val="18"/>
          </w:rPr>
          <w:id w:val="-285198120"/>
          <w14:checkbox>
            <w14:checked w14:val="0"/>
            <w14:checkedState w14:val="2612" w14:font="MS Gothic"/>
            <w14:uncheckedState w14:val="2610" w14:font="MS Gothic"/>
          </w14:checkbox>
        </w:sdtPr>
        <w:sdtEndPr/>
        <w:sdtContent>
          <w:r w:rsidR="0062055C">
            <w:rPr>
              <w:rFonts w:ascii="MS Gothic" w:eastAsia="MS Gothic" w:hAnsi="MS Gothic" w:hint="eastAsia"/>
              <w:sz w:val="18"/>
            </w:rPr>
            <w:t>☐</w:t>
          </w:r>
        </w:sdtContent>
      </w:sdt>
      <w:r w:rsidR="0062055C">
        <w:rPr>
          <w:rFonts w:ascii="DejaVu Sans" w:hAnsi="DejaVu Sans"/>
          <w:sz w:val="18"/>
        </w:rPr>
        <w:t xml:space="preserve"> I understand all units and assessment tasks must be satisfactorily completed to obtain my certificate.</w:t>
      </w:r>
    </w:p>
    <w:p w14:paraId="56F1FE3D" w14:textId="77777777" w:rsidR="008C2B3F" w:rsidRDefault="008C2B3F">
      <w:pPr>
        <w:rPr>
          <w:rFonts w:ascii="DejaVu Sans" w:hAnsi="DejaVu Sans" w:hint="eastAsia"/>
          <w:sz w:val="18"/>
        </w:rPr>
      </w:pPr>
    </w:p>
    <w:p w14:paraId="28077A59" w14:textId="77777777" w:rsidR="008C2B3F" w:rsidRDefault="008C2B3F">
      <w:pPr>
        <w:rPr>
          <w:rFonts w:ascii="DejaVu Sans" w:hAnsi="DejaVu Sans" w:hint="eastAsia"/>
          <w:sz w:val="18"/>
        </w:rPr>
      </w:pPr>
    </w:p>
    <w:p w14:paraId="4FAA8387" w14:textId="77777777" w:rsidR="008C2B3F" w:rsidRDefault="008C2B3F"/>
    <w:tbl>
      <w:tblPr>
        <w:tblW w:w="0" w:type="auto"/>
        <w:tblLayout w:type="fixed"/>
        <w:tblLook w:val="04A0" w:firstRow="1" w:lastRow="0" w:firstColumn="1" w:lastColumn="0" w:noHBand="0" w:noVBand="1"/>
      </w:tblPr>
      <w:tblGrid>
        <w:gridCol w:w="567"/>
        <w:gridCol w:w="9524"/>
      </w:tblGrid>
      <w:tr w:rsidR="006F50FC" w14:paraId="4CF9E63F" w14:textId="77777777">
        <w:tc>
          <w:tcPr>
            <w:tcW w:w="567" w:type="dxa"/>
            <w:shd w:val="clear" w:color="auto" w:fill="E3192A"/>
            <w:tcMar>
              <w:top w:w="95" w:type="dxa"/>
              <w:left w:w="95" w:type="dxa"/>
              <w:bottom w:w="95" w:type="dxa"/>
              <w:right w:w="95" w:type="dxa"/>
            </w:tcMar>
            <w:vAlign w:val="center"/>
          </w:tcPr>
          <w:p w14:paraId="47133FF2" w14:textId="57EB0A20" w:rsidR="006F50FC" w:rsidRDefault="0062055C">
            <w:pPr>
              <w:keepNext/>
              <w:spacing w:after="0"/>
              <w:jc w:val="center"/>
            </w:pPr>
            <w:r>
              <w:rPr>
                <w:b/>
                <w:color w:val="FFFFFF"/>
                <w:sz w:val="20"/>
              </w:rPr>
              <w:t>4</w:t>
            </w:r>
          </w:p>
        </w:tc>
        <w:tc>
          <w:tcPr>
            <w:tcW w:w="9524" w:type="dxa"/>
            <w:shd w:val="clear" w:color="auto" w:fill="151515"/>
            <w:tcMar>
              <w:top w:w="95" w:type="dxa"/>
              <w:left w:w="95" w:type="dxa"/>
              <w:bottom w:w="95" w:type="dxa"/>
              <w:right w:w="95" w:type="dxa"/>
            </w:tcMar>
            <w:vAlign w:val="center"/>
          </w:tcPr>
          <w:p w14:paraId="48890E64" w14:textId="77777777" w:rsidR="006F50FC" w:rsidRDefault="00526EB8">
            <w:pPr>
              <w:keepNext/>
              <w:spacing w:after="0"/>
            </w:pPr>
            <w:r>
              <w:rPr>
                <w:b/>
                <w:color w:val="FFFFFF"/>
                <w:sz w:val="20"/>
              </w:rPr>
              <w:t>SIGNATURES</w:t>
            </w:r>
          </w:p>
        </w:tc>
      </w:tr>
    </w:tbl>
    <w:p w14:paraId="2A02E983" w14:textId="77777777" w:rsidR="006F50FC" w:rsidRDefault="00526EB8">
      <w:pPr>
        <w:keepNext/>
        <w:spacing w:after="60"/>
      </w:pPr>
      <w:r>
        <w:rPr>
          <w:sz w:val="4"/>
        </w:rPr>
        <w:t xml:space="preserve"> </w:t>
      </w:r>
    </w:p>
    <w:tbl>
      <w:tblPr>
        <w:tblW w:w="0" w:type="auto"/>
        <w:jc w:val="center"/>
        <w:tblLayout w:type="fixed"/>
        <w:tblLook w:val="04A0" w:firstRow="1" w:lastRow="0" w:firstColumn="1" w:lastColumn="0" w:noHBand="0" w:noVBand="1"/>
      </w:tblPr>
      <w:tblGrid>
        <w:gridCol w:w="5046"/>
        <w:gridCol w:w="5046"/>
      </w:tblGrid>
      <w:tr w:rsidR="006F50FC" w14:paraId="1DA0F4A8"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1CF4E67" w14:textId="77777777" w:rsidR="006F50FC" w:rsidRDefault="00526EB8" w:rsidP="00526EB8">
            <w:pPr>
              <w:spacing w:after="0" w:line="252" w:lineRule="auto"/>
              <w:rPr>
                <w:sz w:val="20"/>
              </w:rPr>
            </w:pPr>
            <w:r>
              <w:rPr>
                <w:sz w:val="20"/>
              </w:rPr>
              <w:t xml:space="preserve">Student full name (please print) </w:t>
            </w:r>
          </w:p>
          <w:p w14:paraId="4CC50C46" w14:textId="70C933A6" w:rsidR="00526EB8" w:rsidRDefault="00526EB8" w:rsidP="00526EB8">
            <w:pPr>
              <w:spacing w:after="0" w:line="252" w:lineRule="auto"/>
            </w:pPr>
          </w:p>
        </w:tc>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E74B06C" w14:textId="504ED69C" w:rsidR="006F50FC" w:rsidRDefault="006F50FC">
            <w:pPr>
              <w:spacing w:after="0" w:line="252" w:lineRule="auto"/>
            </w:pPr>
          </w:p>
        </w:tc>
      </w:tr>
      <w:tr w:rsidR="006F50FC" w14:paraId="18FB7503"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42D68734" w14:textId="38FFC339" w:rsidR="006F50FC" w:rsidRDefault="00526EB8" w:rsidP="00526EB8">
            <w:pPr>
              <w:spacing w:after="0" w:line="252" w:lineRule="auto"/>
            </w:pPr>
            <w:r>
              <w:rPr>
                <w:sz w:val="20"/>
              </w:rPr>
              <w:t xml:space="preserve">Student signature </w:t>
            </w:r>
          </w:p>
        </w:tc>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3B0DBC3E" w14:textId="468F33B8" w:rsidR="006F50FC" w:rsidRDefault="00526EB8">
            <w:pPr>
              <w:spacing w:after="0" w:line="252" w:lineRule="auto"/>
            </w:pPr>
            <w:r>
              <w:rPr>
                <w:sz w:val="20"/>
              </w:rPr>
              <w:t>Date:</w:t>
            </w:r>
            <w:r w:rsidR="0062055C">
              <w:rPr>
                <w:sz w:val="20"/>
              </w:rPr>
              <w:t xml:space="preserve">                    </w:t>
            </w:r>
            <w:r>
              <w:rPr>
                <w:sz w:val="20"/>
              </w:rPr>
              <w:t xml:space="preserve"> / </w:t>
            </w:r>
            <w:r w:rsidR="0062055C">
              <w:rPr>
                <w:sz w:val="20"/>
              </w:rPr>
              <w:t xml:space="preserve">                                  </w:t>
            </w:r>
            <w:r>
              <w:rPr>
                <w:sz w:val="20"/>
              </w:rPr>
              <w:t xml:space="preserve">/ </w:t>
            </w:r>
          </w:p>
        </w:tc>
      </w:tr>
      <w:tr w:rsidR="006F50FC" w14:paraId="080181FF" w14:textId="77777777" w:rsidTr="00526EB8">
        <w:trPr>
          <w:cantSplit/>
          <w:trHeight w:val="581"/>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01C4A971" w14:textId="7AF49091" w:rsidR="00C15492" w:rsidRPr="00526EB8" w:rsidRDefault="00526EB8">
            <w:pPr>
              <w:spacing w:after="0" w:line="252" w:lineRule="auto"/>
              <w:rPr>
                <w:sz w:val="20"/>
              </w:rPr>
            </w:pPr>
            <w:r>
              <w:rPr>
                <w:sz w:val="20"/>
              </w:rPr>
              <w:t xml:space="preserve">Dance Factory Administrative Director </w:t>
            </w:r>
          </w:p>
        </w:tc>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0A5141D" w14:textId="42F9F255" w:rsidR="006F50FC" w:rsidRPr="00526EB8" w:rsidRDefault="00526EB8">
            <w:pPr>
              <w:spacing w:after="0" w:line="252" w:lineRule="auto"/>
              <w:rPr>
                <w:sz w:val="22"/>
              </w:rPr>
            </w:pPr>
            <w:r w:rsidRPr="00526EB8">
              <w:rPr>
                <w:sz w:val="22"/>
              </w:rPr>
              <w:t>Vicki Lee</w:t>
            </w:r>
          </w:p>
        </w:tc>
      </w:tr>
      <w:tr w:rsidR="006F50FC" w14:paraId="5FBB813A"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3CE4B594" w14:textId="46F13AA6" w:rsidR="006F50FC" w:rsidRDefault="00526EB8" w:rsidP="00526EB8">
            <w:pPr>
              <w:spacing w:after="0" w:line="252" w:lineRule="auto"/>
            </w:pPr>
            <w:r>
              <w:rPr>
                <w:sz w:val="20"/>
              </w:rPr>
              <w:t xml:space="preserve">Director signature </w:t>
            </w:r>
          </w:p>
        </w:tc>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2D16D379" w14:textId="7A7ECE09" w:rsidR="006F50FC" w:rsidRDefault="00526EB8">
            <w:pPr>
              <w:spacing w:after="0" w:line="252" w:lineRule="auto"/>
            </w:pPr>
            <w:r>
              <w:rPr>
                <w:sz w:val="20"/>
              </w:rPr>
              <w:t>Date:</w:t>
            </w:r>
            <w:r w:rsidR="00C15492">
              <w:rPr>
                <w:sz w:val="20"/>
              </w:rPr>
              <w:t xml:space="preserve">                </w:t>
            </w:r>
            <w:r>
              <w:rPr>
                <w:sz w:val="20"/>
              </w:rPr>
              <w:t xml:space="preserve"> / </w:t>
            </w:r>
            <w:r w:rsidR="00C15492">
              <w:rPr>
                <w:sz w:val="20"/>
              </w:rPr>
              <w:t xml:space="preserve">                                   </w:t>
            </w:r>
            <w:r>
              <w:rPr>
                <w:sz w:val="20"/>
              </w:rPr>
              <w:t xml:space="preserve">/ </w:t>
            </w:r>
          </w:p>
        </w:tc>
      </w:tr>
    </w:tbl>
    <w:p w14:paraId="375977B8" w14:textId="77777777" w:rsidR="006F50FC" w:rsidRDefault="00526EB8">
      <w:pPr>
        <w:spacing w:after="40" w:line="240" w:lineRule="auto"/>
      </w:pPr>
      <w:r>
        <w:rPr>
          <w:sz w:val="4"/>
        </w:rPr>
        <w:t xml:space="preserve"> </w:t>
      </w:r>
    </w:p>
    <w:p w14:paraId="7E52AC06" w14:textId="77777777" w:rsidR="006F50FC" w:rsidRDefault="00526EB8">
      <w:r>
        <w:br w:type="page"/>
      </w:r>
    </w:p>
    <w:p w14:paraId="449E6EBF" w14:textId="77777777" w:rsidR="006F50FC" w:rsidRDefault="00526EB8">
      <w:pPr>
        <w:pStyle w:val="Title"/>
      </w:pPr>
      <w:r>
        <w:lastRenderedPageBreak/>
        <w:t>PAYMENT AND PERMISSIONS</w:t>
      </w:r>
    </w:p>
    <w:p w14:paraId="0D0B65F0" w14:textId="77777777" w:rsidR="006F50FC" w:rsidRDefault="00526EB8">
      <w:r>
        <w:t>Complete the relevant options below and return all pages.</w:t>
      </w:r>
    </w:p>
    <w:tbl>
      <w:tblPr>
        <w:tblW w:w="0" w:type="auto"/>
        <w:tblLayout w:type="fixed"/>
        <w:tblLook w:val="04A0" w:firstRow="1" w:lastRow="0" w:firstColumn="1" w:lastColumn="0" w:noHBand="0" w:noVBand="1"/>
      </w:tblPr>
      <w:tblGrid>
        <w:gridCol w:w="567"/>
        <w:gridCol w:w="9524"/>
      </w:tblGrid>
      <w:tr w:rsidR="006F50FC" w14:paraId="5222DE97" w14:textId="77777777">
        <w:tc>
          <w:tcPr>
            <w:tcW w:w="567" w:type="dxa"/>
            <w:shd w:val="clear" w:color="auto" w:fill="E3192A"/>
            <w:tcMar>
              <w:top w:w="95" w:type="dxa"/>
              <w:left w:w="95" w:type="dxa"/>
              <w:bottom w:w="95" w:type="dxa"/>
              <w:right w:w="95" w:type="dxa"/>
            </w:tcMar>
            <w:vAlign w:val="center"/>
          </w:tcPr>
          <w:p w14:paraId="095265C8" w14:textId="0F6E9E81" w:rsidR="006F50FC" w:rsidRDefault="00C15492">
            <w:pPr>
              <w:keepNext/>
              <w:spacing w:after="0"/>
              <w:jc w:val="center"/>
            </w:pPr>
            <w:r>
              <w:rPr>
                <w:b/>
                <w:color w:val="FFFFFF"/>
                <w:sz w:val="20"/>
              </w:rPr>
              <w:t>5</w:t>
            </w:r>
          </w:p>
        </w:tc>
        <w:tc>
          <w:tcPr>
            <w:tcW w:w="9524" w:type="dxa"/>
            <w:shd w:val="clear" w:color="auto" w:fill="151515"/>
            <w:tcMar>
              <w:top w:w="95" w:type="dxa"/>
              <w:left w:w="95" w:type="dxa"/>
              <w:bottom w:w="95" w:type="dxa"/>
              <w:right w:w="95" w:type="dxa"/>
            </w:tcMar>
            <w:vAlign w:val="center"/>
          </w:tcPr>
          <w:p w14:paraId="391768F9" w14:textId="77777777" w:rsidR="006F50FC" w:rsidRDefault="00526EB8">
            <w:pPr>
              <w:keepNext/>
              <w:spacing w:after="0"/>
            </w:pPr>
            <w:r>
              <w:rPr>
                <w:b/>
                <w:color w:val="FFFFFF"/>
                <w:sz w:val="20"/>
              </w:rPr>
              <w:t>ENROLMENT FEE</w:t>
            </w:r>
          </w:p>
        </w:tc>
      </w:tr>
    </w:tbl>
    <w:p w14:paraId="1EC2214C" w14:textId="77777777" w:rsidR="006F50FC" w:rsidRDefault="00526EB8">
      <w:pPr>
        <w:keepNext/>
        <w:spacing w:after="60"/>
        <w:rPr>
          <w:sz w:val="4"/>
        </w:rPr>
      </w:pPr>
      <w:r>
        <w:rPr>
          <w:sz w:val="4"/>
        </w:rPr>
        <w:t xml:space="preserve"> </w:t>
      </w:r>
    </w:p>
    <w:p w14:paraId="342CAA64" w14:textId="77777777" w:rsidR="008C2B3F" w:rsidRDefault="008C2B3F">
      <w:pPr>
        <w:keepNext/>
        <w:spacing w:after="60"/>
        <w:rPr>
          <w:sz w:val="4"/>
        </w:rPr>
      </w:pPr>
    </w:p>
    <w:p w14:paraId="58BEC6E0" w14:textId="77777777" w:rsidR="008C2B3F" w:rsidRDefault="008C2B3F">
      <w:pPr>
        <w:keepNext/>
        <w:spacing w:after="60"/>
      </w:pPr>
    </w:p>
    <w:p w14:paraId="2BABAE86" w14:textId="3F735D72" w:rsidR="008C2B3F" w:rsidRPr="008C2B3F" w:rsidRDefault="00AF7103">
      <w:pPr>
        <w:rPr>
          <w:rFonts w:ascii="DejaVu Sans" w:hAnsi="DejaVu Sans" w:hint="eastAsia"/>
          <w:sz w:val="18"/>
        </w:rPr>
      </w:pPr>
      <w:sdt>
        <w:sdtPr>
          <w:rPr>
            <w:rFonts w:ascii="DejaVu Sans" w:hAnsi="DejaVu Sans"/>
            <w:sz w:val="18"/>
          </w:rPr>
          <w:id w:val="200683960"/>
          <w14:checkbox>
            <w14:checked w14:val="0"/>
            <w14:checkedState w14:val="2612" w14:font="MS Gothic"/>
            <w14:uncheckedState w14:val="2610" w14:font="MS Gothic"/>
          </w14:checkbox>
        </w:sdtPr>
        <w:sdtEndPr/>
        <w:sdtContent>
          <w:r w:rsidR="008C2B3F">
            <w:rPr>
              <w:rFonts w:ascii="MS Gothic" w:eastAsia="MS Gothic" w:hAnsi="MS Gothic" w:hint="eastAsia"/>
              <w:sz w:val="18"/>
            </w:rPr>
            <w:t>☐</w:t>
          </w:r>
        </w:sdtContent>
      </w:sdt>
      <w:r w:rsidR="00C15492">
        <w:rPr>
          <w:rFonts w:ascii="DejaVu Sans" w:hAnsi="DejaVu Sans"/>
          <w:sz w:val="18"/>
        </w:rPr>
        <w:t xml:space="preserve"> I have deposited $100</w:t>
      </w:r>
      <w:r w:rsidR="00AB072D">
        <w:rPr>
          <w:rFonts w:ascii="DejaVu Sans" w:hAnsi="DejaVu Sans"/>
          <w:sz w:val="18"/>
        </w:rPr>
        <w:t>0</w:t>
      </w:r>
      <w:r w:rsidR="00C15492">
        <w:rPr>
          <w:rFonts w:ascii="DejaVu Sans" w:hAnsi="DejaVu Sans"/>
          <w:sz w:val="18"/>
        </w:rPr>
        <w:t xml:space="preserve"> via bank transfer to Dance Factory’s account:</w:t>
      </w:r>
    </w:p>
    <w:tbl>
      <w:tblPr>
        <w:tblW w:w="0" w:type="auto"/>
        <w:jc w:val="center"/>
        <w:tblLayout w:type="fixed"/>
        <w:tblLook w:val="04A0" w:firstRow="1" w:lastRow="0" w:firstColumn="1" w:lastColumn="0" w:noHBand="0" w:noVBand="1"/>
      </w:tblPr>
      <w:tblGrid>
        <w:gridCol w:w="2268"/>
        <w:gridCol w:w="7824"/>
      </w:tblGrid>
      <w:tr w:rsidR="006F50FC" w14:paraId="2C3F58F9" w14:textId="77777777">
        <w:trPr>
          <w:cantSplit/>
          <w:tblHeader/>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151515"/>
            <w:tcMar>
              <w:top w:w="80" w:type="dxa"/>
              <w:left w:w="80" w:type="dxa"/>
              <w:bottom w:w="80" w:type="dxa"/>
              <w:right w:w="80" w:type="dxa"/>
            </w:tcMar>
            <w:vAlign w:val="center"/>
          </w:tcPr>
          <w:p w14:paraId="1F64F1C2" w14:textId="77777777" w:rsidR="006F50FC" w:rsidRDefault="00526EB8">
            <w:pPr>
              <w:spacing w:after="0" w:line="252" w:lineRule="auto"/>
            </w:pPr>
            <w:r>
              <w:rPr>
                <w:b/>
                <w:color w:val="FFFFFF"/>
                <w:sz w:val="20"/>
              </w:rPr>
              <w:t>BANK TRANSFER</w:t>
            </w:r>
          </w:p>
        </w:tc>
        <w:tc>
          <w:tcPr>
            <w:tcW w:w="7824" w:type="dxa"/>
            <w:tcBorders>
              <w:top w:val="single" w:sz="4" w:space="0" w:color="D9D9D9"/>
              <w:left w:val="single" w:sz="4" w:space="0" w:color="D9D9D9"/>
              <w:bottom w:val="single" w:sz="4" w:space="0" w:color="D9D9D9"/>
              <w:right w:val="single" w:sz="4" w:space="0" w:color="D9D9D9"/>
            </w:tcBorders>
            <w:shd w:val="clear" w:color="auto" w:fill="151515"/>
            <w:tcMar>
              <w:top w:w="80" w:type="dxa"/>
              <w:left w:w="80" w:type="dxa"/>
              <w:bottom w:w="80" w:type="dxa"/>
              <w:right w:w="80" w:type="dxa"/>
            </w:tcMar>
            <w:vAlign w:val="center"/>
          </w:tcPr>
          <w:p w14:paraId="7E9B70B2" w14:textId="77777777" w:rsidR="006F50FC" w:rsidRDefault="00526EB8">
            <w:pPr>
              <w:spacing w:after="0" w:line="252" w:lineRule="auto"/>
            </w:pPr>
            <w:r>
              <w:rPr>
                <w:b/>
                <w:color w:val="FFFFFF"/>
                <w:sz w:val="20"/>
              </w:rPr>
              <w:t>BSB: 063 166 Account No: 10024887</w:t>
            </w:r>
          </w:p>
        </w:tc>
      </w:tr>
    </w:tbl>
    <w:p w14:paraId="15450920" w14:textId="77777777" w:rsidR="006F50FC" w:rsidRDefault="00526EB8">
      <w:pPr>
        <w:spacing w:after="40" w:line="240" w:lineRule="auto"/>
      </w:pPr>
      <w:r>
        <w:rPr>
          <w:sz w:val="4"/>
        </w:rPr>
        <w:t xml:space="preserve"> </w:t>
      </w:r>
    </w:p>
    <w:p w14:paraId="147BBABD" w14:textId="347B1FF8" w:rsidR="006F50FC" w:rsidRDefault="00526EB8">
      <w:r>
        <w:rPr>
          <w:rFonts w:ascii="DejaVu Sans" w:hAnsi="DejaVu Sans"/>
          <w:sz w:val="18"/>
        </w:rPr>
        <w:t>☐ Please debit $100</w:t>
      </w:r>
      <w:r w:rsidR="00AB072D">
        <w:rPr>
          <w:rFonts w:ascii="DejaVu Sans" w:hAnsi="DejaVu Sans"/>
          <w:sz w:val="18"/>
        </w:rPr>
        <w:t>0</w:t>
      </w:r>
      <w:r>
        <w:rPr>
          <w:rFonts w:ascii="DejaVu Sans" w:hAnsi="DejaVu Sans"/>
          <w:sz w:val="18"/>
        </w:rPr>
        <w:t xml:space="preserve"> from my credit card. Details below:</w:t>
      </w:r>
    </w:p>
    <w:tbl>
      <w:tblPr>
        <w:tblW w:w="0" w:type="auto"/>
        <w:jc w:val="center"/>
        <w:tblLayout w:type="fixed"/>
        <w:tblLook w:val="04A0" w:firstRow="1" w:lastRow="0" w:firstColumn="1" w:lastColumn="0" w:noHBand="0" w:noVBand="1"/>
      </w:tblPr>
      <w:tblGrid>
        <w:gridCol w:w="5046"/>
        <w:gridCol w:w="5046"/>
      </w:tblGrid>
      <w:tr w:rsidR="006F50FC" w14:paraId="2AF736C4"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25E756EC" w14:textId="77777777" w:rsidR="006F50FC" w:rsidRDefault="00526EB8">
            <w:pPr>
              <w:spacing w:after="0" w:line="252" w:lineRule="auto"/>
            </w:pPr>
            <w:r>
              <w:t xml:space="preserve">Type of card </w:t>
            </w:r>
          </w:p>
          <w:p w14:paraId="69B79B48" w14:textId="02B284AF" w:rsidR="00C15492" w:rsidRDefault="00C15492">
            <w:pPr>
              <w:spacing w:after="0" w:line="252" w:lineRule="auto"/>
            </w:pPr>
          </w:p>
        </w:tc>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C2566A1" w14:textId="77777777" w:rsidR="006F50FC" w:rsidRDefault="00526EB8">
            <w:pPr>
              <w:spacing w:after="0" w:line="252" w:lineRule="auto"/>
            </w:pPr>
            <w:r>
              <w:t xml:space="preserve">Name on card </w:t>
            </w:r>
          </w:p>
          <w:p w14:paraId="2ACFA576" w14:textId="77777777" w:rsidR="00C15492" w:rsidRDefault="00C15492">
            <w:pPr>
              <w:spacing w:after="0" w:line="252" w:lineRule="auto"/>
            </w:pPr>
          </w:p>
          <w:p w14:paraId="43CD02F5" w14:textId="36FE713A" w:rsidR="00C15492" w:rsidRDefault="00C15492">
            <w:pPr>
              <w:spacing w:after="0" w:line="252" w:lineRule="auto"/>
            </w:pPr>
          </w:p>
        </w:tc>
      </w:tr>
      <w:tr w:rsidR="006F50FC" w14:paraId="3B9E7B7A"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68FCB4CC" w14:textId="2D7682B3" w:rsidR="006F50FC" w:rsidRDefault="00526EB8">
            <w:pPr>
              <w:spacing w:after="0" w:line="252" w:lineRule="auto"/>
            </w:pPr>
            <w:r>
              <w:t>Card number</w:t>
            </w:r>
            <w:r w:rsidR="00C15492">
              <w:t>:</w:t>
            </w:r>
          </w:p>
        </w:tc>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41B0EDC5" w14:textId="15638473" w:rsidR="00C15492" w:rsidRDefault="00526EB8" w:rsidP="00526EB8">
            <w:pPr>
              <w:spacing w:after="0" w:line="252" w:lineRule="auto"/>
            </w:pPr>
            <w:r>
              <w:t>Expiry date</w:t>
            </w:r>
            <w:r w:rsidR="00C15492">
              <w:t xml:space="preserve">   </w:t>
            </w:r>
          </w:p>
        </w:tc>
      </w:tr>
      <w:tr w:rsidR="006F50FC" w14:paraId="7347ADF1"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49F3DA27" w14:textId="4535EF73" w:rsidR="006F50FC" w:rsidRDefault="00526EB8">
            <w:pPr>
              <w:spacing w:after="0" w:line="252" w:lineRule="auto"/>
            </w:pPr>
            <w:r>
              <w:t>Amount to be debited</w:t>
            </w:r>
            <w:r w:rsidR="00C15492">
              <w:t>:</w:t>
            </w:r>
            <w:r>
              <w:t xml:space="preserve"> $1000</w:t>
            </w:r>
          </w:p>
        </w:tc>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2B04D40D" w14:textId="39733FCE" w:rsidR="006F50FC" w:rsidRDefault="00526EB8">
            <w:pPr>
              <w:spacing w:after="0" w:line="252" w:lineRule="auto"/>
            </w:pPr>
            <w:r>
              <w:t>CVC No</w:t>
            </w:r>
          </w:p>
        </w:tc>
      </w:tr>
      <w:tr w:rsidR="006F50FC" w14:paraId="647C10BC"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1FE8F1BC" w14:textId="7B16EB73" w:rsidR="006F50FC" w:rsidRDefault="00526EB8" w:rsidP="00526EB8">
            <w:pPr>
              <w:spacing w:after="0" w:line="252" w:lineRule="auto"/>
            </w:pPr>
            <w:r>
              <w:t>Cardholder signature:</w:t>
            </w:r>
          </w:p>
        </w:tc>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7D6C3E6C" w14:textId="77777777" w:rsidR="006F50FC" w:rsidRDefault="006F50FC">
            <w:pPr>
              <w:spacing w:after="0" w:line="252" w:lineRule="auto"/>
            </w:pPr>
          </w:p>
          <w:p w14:paraId="468E8473" w14:textId="12C98B15" w:rsidR="00C15492" w:rsidRDefault="00C15492">
            <w:pPr>
              <w:spacing w:after="0" w:line="252" w:lineRule="auto"/>
            </w:pPr>
          </w:p>
        </w:tc>
      </w:tr>
    </w:tbl>
    <w:p w14:paraId="069AD7CA" w14:textId="77777777" w:rsidR="006F50FC" w:rsidRDefault="00526EB8">
      <w:pPr>
        <w:spacing w:after="40" w:line="240" w:lineRule="auto"/>
        <w:rPr>
          <w:sz w:val="4"/>
        </w:rPr>
      </w:pPr>
      <w:r>
        <w:rPr>
          <w:sz w:val="4"/>
        </w:rPr>
        <w:t xml:space="preserve"> </w:t>
      </w:r>
    </w:p>
    <w:p w14:paraId="099B0108" w14:textId="77777777" w:rsidR="008C2B3F" w:rsidRDefault="008C2B3F">
      <w:pPr>
        <w:spacing w:after="40" w:line="240" w:lineRule="auto"/>
        <w:rPr>
          <w:sz w:val="4"/>
        </w:rPr>
      </w:pPr>
    </w:p>
    <w:p w14:paraId="36D70E21" w14:textId="77777777" w:rsidR="008C2B3F" w:rsidRDefault="008C2B3F">
      <w:pPr>
        <w:spacing w:after="40" w:line="240" w:lineRule="auto"/>
        <w:rPr>
          <w:sz w:val="4"/>
        </w:rPr>
      </w:pPr>
    </w:p>
    <w:p w14:paraId="5BC72A3F" w14:textId="77777777" w:rsidR="008C2B3F" w:rsidRDefault="008C2B3F">
      <w:pPr>
        <w:spacing w:after="40" w:line="240" w:lineRule="auto"/>
        <w:rPr>
          <w:sz w:val="4"/>
        </w:rPr>
      </w:pPr>
    </w:p>
    <w:p w14:paraId="317A036A" w14:textId="77777777" w:rsidR="008C2B3F" w:rsidRDefault="008C2B3F">
      <w:pPr>
        <w:spacing w:after="40" w:line="240" w:lineRule="auto"/>
        <w:rPr>
          <w:sz w:val="4"/>
        </w:rPr>
      </w:pPr>
    </w:p>
    <w:p w14:paraId="617331A5" w14:textId="77777777" w:rsidR="008C2B3F" w:rsidRDefault="008C2B3F">
      <w:pPr>
        <w:spacing w:after="40" w:line="240" w:lineRule="auto"/>
      </w:pPr>
    </w:p>
    <w:p w14:paraId="7D550B8A" w14:textId="72864907" w:rsidR="006F50FC" w:rsidRDefault="006F50FC"/>
    <w:tbl>
      <w:tblPr>
        <w:tblW w:w="0" w:type="auto"/>
        <w:tblLayout w:type="fixed"/>
        <w:tblLook w:val="04A0" w:firstRow="1" w:lastRow="0" w:firstColumn="1" w:lastColumn="0" w:noHBand="0" w:noVBand="1"/>
      </w:tblPr>
      <w:tblGrid>
        <w:gridCol w:w="567"/>
        <w:gridCol w:w="9524"/>
      </w:tblGrid>
      <w:tr w:rsidR="006F50FC" w14:paraId="009A9844" w14:textId="77777777">
        <w:tc>
          <w:tcPr>
            <w:tcW w:w="567" w:type="dxa"/>
            <w:shd w:val="clear" w:color="auto" w:fill="E3192A"/>
            <w:tcMar>
              <w:top w:w="95" w:type="dxa"/>
              <w:left w:w="95" w:type="dxa"/>
              <w:bottom w:w="95" w:type="dxa"/>
              <w:right w:w="95" w:type="dxa"/>
            </w:tcMar>
            <w:vAlign w:val="center"/>
          </w:tcPr>
          <w:p w14:paraId="42A89EF3" w14:textId="052F1D7C" w:rsidR="006F50FC" w:rsidRDefault="00C15492">
            <w:pPr>
              <w:keepNext/>
              <w:spacing w:after="0"/>
              <w:jc w:val="center"/>
            </w:pPr>
            <w:r>
              <w:rPr>
                <w:b/>
                <w:color w:val="FFFFFF"/>
                <w:sz w:val="20"/>
              </w:rPr>
              <w:t>6</w:t>
            </w:r>
          </w:p>
        </w:tc>
        <w:tc>
          <w:tcPr>
            <w:tcW w:w="9524" w:type="dxa"/>
            <w:shd w:val="clear" w:color="auto" w:fill="151515"/>
            <w:tcMar>
              <w:top w:w="95" w:type="dxa"/>
              <w:left w:w="95" w:type="dxa"/>
              <w:bottom w:w="95" w:type="dxa"/>
              <w:right w:w="95" w:type="dxa"/>
            </w:tcMar>
            <w:vAlign w:val="center"/>
          </w:tcPr>
          <w:p w14:paraId="59E6A6D1" w14:textId="77777777" w:rsidR="006F50FC" w:rsidRDefault="00526EB8">
            <w:pPr>
              <w:keepNext/>
              <w:spacing w:after="0"/>
            </w:pPr>
            <w:r>
              <w:rPr>
                <w:b/>
                <w:color w:val="FFFFFF"/>
                <w:sz w:val="20"/>
              </w:rPr>
              <w:t>BALANCE PAYMENT SCHEDULE</w:t>
            </w:r>
          </w:p>
        </w:tc>
      </w:tr>
    </w:tbl>
    <w:p w14:paraId="45D0113D" w14:textId="77777777" w:rsidR="006F50FC" w:rsidRDefault="00526EB8">
      <w:pPr>
        <w:keepNext/>
        <w:spacing w:after="60"/>
      </w:pPr>
      <w:r>
        <w:rPr>
          <w:sz w:val="4"/>
        </w:rPr>
        <w:t xml:space="preserve"> </w:t>
      </w:r>
    </w:p>
    <w:p w14:paraId="5A323544" w14:textId="77777777" w:rsidR="006F50FC" w:rsidRDefault="00526EB8">
      <w:r>
        <w:t>I will be paying the balance of my fees in:</w:t>
      </w:r>
    </w:p>
    <w:p w14:paraId="53324A6B" w14:textId="73D648FE" w:rsidR="006F50FC" w:rsidRDefault="00AF7103">
      <w:sdt>
        <w:sdtPr>
          <w:rPr>
            <w:rFonts w:ascii="DejaVu Sans" w:hAnsi="DejaVu Sans"/>
            <w:sz w:val="18"/>
          </w:rPr>
          <w:id w:val="-1993483239"/>
          <w14:checkbox>
            <w14:checked w14:val="0"/>
            <w14:checkedState w14:val="2612" w14:font="MS Gothic"/>
            <w14:uncheckedState w14:val="2610" w14:font="MS Gothic"/>
          </w14:checkbox>
        </w:sdtPr>
        <w:sdtEndPr/>
        <w:sdtContent>
          <w:r w:rsidR="00C72CFD">
            <w:rPr>
              <w:rFonts w:ascii="MS Gothic" w:eastAsia="MS Gothic" w:hAnsi="MS Gothic" w:hint="eastAsia"/>
              <w:sz w:val="18"/>
            </w:rPr>
            <w:t>☐</w:t>
          </w:r>
        </w:sdtContent>
      </w:sdt>
      <w:r w:rsidR="00C15492">
        <w:rPr>
          <w:rFonts w:ascii="DejaVu Sans" w:hAnsi="DejaVu Sans"/>
          <w:sz w:val="18"/>
        </w:rPr>
        <w:t xml:space="preserve"> 8 monthly instalments</w:t>
      </w:r>
    </w:p>
    <w:p w14:paraId="4B5DC71C" w14:textId="53E1ECB4" w:rsidR="006F50FC" w:rsidRDefault="00AF7103">
      <w:pPr>
        <w:rPr>
          <w:rFonts w:ascii="DejaVu Sans" w:hAnsi="DejaVu Sans" w:hint="eastAsia"/>
          <w:sz w:val="18"/>
        </w:rPr>
      </w:pPr>
      <w:sdt>
        <w:sdtPr>
          <w:rPr>
            <w:rFonts w:ascii="DejaVu Sans" w:hAnsi="DejaVu Sans"/>
            <w:sz w:val="18"/>
          </w:rPr>
          <w:id w:val="964616138"/>
          <w14:checkbox>
            <w14:checked w14:val="0"/>
            <w14:checkedState w14:val="2612" w14:font="MS Gothic"/>
            <w14:uncheckedState w14:val="2610" w14:font="MS Gothic"/>
          </w14:checkbox>
        </w:sdtPr>
        <w:sdtEndPr/>
        <w:sdtContent>
          <w:r w:rsidR="00C15492">
            <w:rPr>
              <w:rFonts w:ascii="MS Gothic" w:eastAsia="MS Gothic" w:hAnsi="MS Gothic" w:hint="eastAsia"/>
              <w:sz w:val="18"/>
            </w:rPr>
            <w:t>☐</w:t>
          </w:r>
        </w:sdtContent>
      </w:sdt>
      <w:r w:rsidR="00C15492">
        <w:rPr>
          <w:rFonts w:ascii="DejaVu Sans" w:hAnsi="DejaVu Sans"/>
          <w:sz w:val="18"/>
        </w:rPr>
        <w:t xml:space="preserve"> 16 fortnightly instalments</w:t>
      </w:r>
    </w:p>
    <w:p w14:paraId="762D8090" w14:textId="77777777" w:rsidR="008C2B3F" w:rsidRDefault="008C2B3F">
      <w:pPr>
        <w:rPr>
          <w:rFonts w:ascii="DejaVu Sans" w:hAnsi="DejaVu Sans" w:hint="eastAsia"/>
          <w:sz w:val="18"/>
        </w:rPr>
      </w:pPr>
    </w:p>
    <w:p w14:paraId="75C8ACFA" w14:textId="77777777" w:rsidR="008C2B3F" w:rsidRDefault="008C2B3F">
      <w:pPr>
        <w:rPr>
          <w:rFonts w:ascii="DejaVu Sans" w:hAnsi="DejaVu Sans" w:hint="eastAsia"/>
          <w:sz w:val="18"/>
        </w:rPr>
      </w:pPr>
    </w:p>
    <w:p w14:paraId="6D113C19" w14:textId="77777777" w:rsidR="008C2B3F" w:rsidRDefault="008C2B3F"/>
    <w:tbl>
      <w:tblPr>
        <w:tblW w:w="0" w:type="auto"/>
        <w:tblLayout w:type="fixed"/>
        <w:tblLook w:val="04A0" w:firstRow="1" w:lastRow="0" w:firstColumn="1" w:lastColumn="0" w:noHBand="0" w:noVBand="1"/>
      </w:tblPr>
      <w:tblGrid>
        <w:gridCol w:w="567"/>
        <w:gridCol w:w="9524"/>
      </w:tblGrid>
      <w:tr w:rsidR="006F50FC" w14:paraId="243C49A5" w14:textId="77777777">
        <w:tc>
          <w:tcPr>
            <w:tcW w:w="567" w:type="dxa"/>
            <w:shd w:val="clear" w:color="auto" w:fill="E3192A"/>
            <w:tcMar>
              <w:top w:w="95" w:type="dxa"/>
              <w:left w:w="95" w:type="dxa"/>
              <w:bottom w:w="95" w:type="dxa"/>
              <w:right w:w="95" w:type="dxa"/>
            </w:tcMar>
            <w:vAlign w:val="center"/>
          </w:tcPr>
          <w:p w14:paraId="67AC47A6" w14:textId="1E6F113F" w:rsidR="006F50FC" w:rsidRDefault="00C15492">
            <w:pPr>
              <w:keepNext/>
              <w:spacing w:after="0"/>
              <w:jc w:val="center"/>
            </w:pPr>
            <w:r>
              <w:rPr>
                <w:b/>
                <w:color w:val="FFFFFF"/>
                <w:sz w:val="20"/>
              </w:rPr>
              <w:t>7</w:t>
            </w:r>
          </w:p>
        </w:tc>
        <w:tc>
          <w:tcPr>
            <w:tcW w:w="9524" w:type="dxa"/>
            <w:shd w:val="clear" w:color="auto" w:fill="151515"/>
            <w:tcMar>
              <w:top w:w="95" w:type="dxa"/>
              <w:left w:w="95" w:type="dxa"/>
              <w:bottom w:w="95" w:type="dxa"/>
              <w:right w:w="95" w:type="dxa"/>
            </w:tcMar>
            <w:vAlign w:val="center"/>
          </w:tcPr>
          <w:p w14:paraId="57459A46" w14:textId="77777777" w:rsidR="006F50FC" w:rsidRDefault="00526EB8">
            <w:pPr>
              <w:keepNext/>
              <w:spacing w:after="0"/>
            </w:pPr>
            <w:r>
              <w:rPr>
                <w:b/>
                <w:color w:val="FFFFFF"/>
                <w:sz w:val="20"/>
              </w:rPr>
              <w:t>ADVERTISING AND MARKETING PERMISSION</w:t>
            </w:r>
          </w:p>
        </w:tc>
      </w:tr>
    </w:tbl>
    <w:p w14:paraId="37E20D18" w14:textId="77777777" w:rsidR="006F50FC" w:rsidRDefault="00526EB8">
      <w:pPr>
        <w:keepNext/>
        <w:spacing w:after="60"/>
      </w:pPr>
      <w:r>
        <w:rPr>
          <w:sz w:val="4"/>
        </w:rPr>
        <w:t xml:space="preserve"> </w:t>
      </w:r>
    </w:p>
    <w:p w14:paraId="761D1680" w14:textId="77777777" w:rsidR="006F50FC" w:rsidRDefault="00526EB8">
      <w:r>
        <w:t>Please sign below to give Dance Factory permission to use your name, photo or likeness for advertising and marketing purposes.</w:t>
      </w:r>
    </w:p>
    <w:tbl>
      <w:tblPr>
        <w:tblW w:w="0" w:type="auto"/>
        <w:jc w:val="center"/>
        <w:tblLayout w:type="fixed"/>
        <w:tblLook w:val="04A0" w:firstRow="1" w:lastRow="0" w:firstColumn="1" w:lastColumn="0" w:noHBand="0" w:noVBand="1"/>
      </w:tblPr>
      <w:tblGrid>
        <w:gridCol w:w="5046"/>
        <w:gridCol w:w="5046"/>
      </w:tblGrid>
      <w:tr w:rsidR="006F50FC" w14:paraId="6AE2A449"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638A49A4" w14:textId="77777777" w:rsidR="006F50FC" w:rsidRDefault="00526EB8">
            <w:pPr>
              <w:spacing w:after="0" w:line="252" w:lineRule="auto"/>
            </w:pPr>
            <w:r>
              <w:t xml:space="preserve">Student name </w:t>
            </w:r>
          </w:p>
          <w:p w14:paraId="3F278457" w14:textId="77777777" w:rsidR="00C15492" w:rsidRDefault="00C15492">
            <w:pPr>
              <w:spacing w:after="0" w:line="252" w:lineRule="auto"/>
            </w:pPr>
          </w:p>
          <w:p w14:paraId="54F522F6" w14:textId="09EE273C" w:rsidR="00C15492" w:rsidRDefault="00C15492">
            <w:pPr>
              <w:spacing w:after="0" w:line="252" w:lineRule="auto"/>
            </w:pPr>
          </w:p>
        </w:tc>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B4B17F3" w14:textId="73B6E93D" w:rsidR="006F50FC" w:rsidRDefault="00526EB8" w:rsidP="00526EB8">
            <w:pPr>
              <w:spacing w:after="0" w:line="252" w:lineRule="auto"/>
            </w:pPr>
            <w:r>
              <w:t xml:space="preserve">Date: </w:t>
            </w:r>
            <w:r w:rsidR="00C15492">
              <w:t xml:space="preserve">                    </w:t>
            </w:r>
            <w:r>
              <w:t xml:space="preserve">/           </w:t>
            </w:r>
            <w:r w:rsidR="00C15492">
              <w:t xml:space="preserve">   </w:t>
            </w:r>
            <w:r>
              <w:t xml:space="preserve">/ </w:t>
            </w:r>
          </w:p>
        </w:tc>
      </w:tr>
      <w:tr w:rsidR="006F50FC" w14:paraId="6A38450C"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2928B923" w14:textId="77777777" w:rsidR="00C15492" w:rsidRDefault="00526EB8">
            <w:pPr>
              <w:spacing w:after="0" w:line="252" w:lineRule="auto"/>
            </w:pPr>
            <w:r>
              <w:t xml:space="preserve">Signature </w:t>
            </w:r>
          </w:p>
          <w:p w14:paraId="087156A9" w14:textId="77777777" w:rsidR="00C15492" w:rsidRDefault="00C15492">
            <w:pPr>
              <w:spacing w:after="0" w:line="252" w:lineRule="auto"/>
            </w:pPr>
          </w:p>
          <w:p w14:paraId="124C087C" w14:textId="77777777" w:rsidR="00C15492" w:rsidRDefault="00C15492">
            <w:pPr>
              <w:spacing w:after="0" w:line="252" w:lineRule="auto"/>
            </w:pPr>
          </w:p>
          <w:p w14:paraId="13C56AA6" w14:textId="25DCF59D" w:rsidR="006F50FC" w:rsidRDefault="006F50FC">
            <w:pPr>
              <w:spacing w:after="0" w:line="252" w:lineRule="auto"/>
            </w:pPr>
          </w:p>
        </w:tc>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3C2AC8A5" w14:textId="77777777" w:rsidR="00C15492" w:rsidRDefault="00526EB8">
            <w:pPr>
              <w:spacing w:after="0" w:line="252" w:lineRule="auto"/>
            </w:pPr>
            <w:r>
              <w:t xml:space="preserve">Parent/guardian signature (if required) </w:t>
            </w:r>
          </w:p>
          <w:p w14:paraId="157249E2" w14:textId="77777777" w:rsidR="00C15492" w:rsidRDefault="00C15492">
            <w:pPr>
              <w:spacing w:after="0" w:line="252" w:lineRule="auto"/>
            </w:pPr>
          </w:p>
          <w:p w14:paraId="16728C8E" w14:textId="77777777" w:rsidR="00C15492" w:rsidRDefault="00C15492">
            <w:pPr>
              <w:spacing w:after="0" w:line="252" w:lineRule="auto"/>
            </w:pPr>
          </w:p>
          <w:p w14:paraId="17992BF6" w14:textId="28C7469A" w:rsidR="006F50FC" w:rsidRDefault="006F50FC">
            <w:pPr>
              <w:spacing w:after="0" w:line="252" w:lineRule="auto"/>
            </w:pPr>
          </w:p>
        </w:tc>
      </w:tr>
    </w:tbl>
    <w:p w14:paraId="0BBDBE8B" w14:textId="77777777" w:rsidR="006F50FC" w:rsidRDefault="00526EB8">
      <w:pPr>
        <w:spacing w:after="40" w:line="240" w:lineRule="auto"/>
      </w:pPr>
      <w:r>
        <w:rPr>
          <w:sz w:val="4"/>
        </w:rPr>
        <w:t xml:space="preserve"> </w:t>
      </w:r>
    </w:p>
    <w:p w14:paraId="0943A487" w14:textId="77777777" w:rsidR="006F50FC" w:rsidRDefault="00526EB8">
      <w:r>
        <w:br w:type="page"/>
      </w:r>
    </w:p>
    <w:p w14:paraId="4B1EBBBA" w14:textId="77777777" w:rsidR="00526EB8" w:rsidRDefault="00526EB8"/>
    <w:tbl>
      <w:tblPr>
        <w:tblpPr w:leftFromText="180" w:rightFromText="180" w:vertAnchor="text" w:horzAnchor="margin" w:tblpY="-128"/>
        <w:tblW w:w="0" w:type="auto"/>
        <w:tblLayout w:type="fixed"/>
        <w:tblLook w:val="04A0" w:firstRow="1" w:lastRow="0" w:firstColumn="1" w:lastColumn="0" w:noHBand="0" w:noVBand="1"/>
      </w:tblPr>
      <w:tblGrid>
        <w:gridCol w:w="567"/>
        <w:gridCol w:w="9524"/>
      </w:tblGrid>
      <w:tr w:rsidR="00C15492" w14:paraId="664F401C" w14:textId="77777777" w:rsidTr="00C15492">
        <w:tc>
          <w:tcPr>
            <w:tcW w:w="567" w:type="dxa"/>
            <w:shd w:val="clear" w:color="auto" w:fill="E3192A"/>
            <w:tcMar>
              <w:top w:w="95" w:type="dxa"/>
              <w:left w:w="95" w:type="dxa"/>
              <w:bottom w:w="95" w:type="dxa"/>
              <w:right w:w="95" w:type="dxa"/>
            </w:tcMar>
            <w:vAlign w:val="center"/>
          </w:tcPr>
          <w:p w14:paraId="7DFC4676" w14:textId="77777777" w:rsidR="00C15492" w:rsidRDefault="00C15492" w:rsidP="00C15492">
            <w:pPr>
              <w:keepNext/>
              <w:spacing w:after="0"/>
              <w:jc w:val="center"/>
            </w:pPr>
            <w:r>
              <w:rPr>
                <w:b/>
                <w:color w:val="FFFFFF"/>
                <w:sz w:val="20"/>
              </w:rPr>
              <w:t>8</w:t>
            </w:r>
          </w:p>
        </w:tc>
        <w:tc>
          <w:tcPr>
            <w:tcW w:w="9524" w:type="dxa"/>
            <w:shd w:val="clear" w:color="auto" w:fill="151515"/>
            <w:tcMar>
              <w:top w:w="95" w:type="dxa"/>
              <w:left w:w="95" w:type="dxa"/>
              <w:bottom w:w="95" w:type="dxa"/>
              <w:right w:w="95" w:type="dxa"/>
            </w:tcMar>
            <w:vAlign w:val="center"/>
          </w:tcPr>
          <w:p w14:paraId="52281234" w14:textId="77777777" w:rsidR="00C15492" w:rsidRDefault="00C15492" w:rsidP="00C15492">
            <w:pPr>
              <w:keepNext/>
              <w:spacing w:after="0"/>
            </w:pPr>
            <w:r>
              <w:rPr>
                <w:b/>
                <w:color w:val="FFFFFF"/>
                <w:sz w:val="20"/>
              </w:rPr>
              <w:t>Dance Training</w:t>
            </w:r>
          </w:p>
        </w:tc>
      </w:tr>
    </w:tbl>
    <w:p w14:paraId="6E415B77" w14:textId="348B72F8" w:rsidR="006F50FC" w:rsidRDefault="00526EB8">
      <w:r>
        <w:t xml:space="preserve">Please fill in all your previous training; it is not essential to have had prior experience in all or any </w:t>
      </w:r>
      <w:proofErr w:type="gramStart"/>
      <w:r>
        <w:t>of  these</w:t>
      </w:r>
      <w:proofErr w:type="gramEnd"/>
      <w:r>
        <w:t xml:space="preserve"> styles.</w:t>
      </w:r>
    </w:p>
    <w:tbl>
      <w:tblPr>
        <w:tblW w:w="0" w:type="auto"/>
        <w:jc w:val="center"/>
        <w:tblLayout w:type="fixed"/>
        <w:tblLook w:val="04A0" w:firstRow="1" w:lastRow="0" w:firstColumn="1" w:lastColumn="0" w:noHBand="0" w:noVBand="1"/>
      </w:tblPr>
      <w:tblGrid>
        <w:gridCol w:w="1871"/>
        <w:gridCol w:w="1304"/>
        <w:gridCol w:w="1247"/>
        <w:gridCol w:w="2807"/>
        <w:gridCol w:w="2863"/>
      </w:tblGrid>
      <w:tr w:rsidR="006F50FC" w14:paraId="5BFE9D73" w14:textId="77777777" w:rsidTr="00AB072D">
        <w:trPr>
          <w:cantSplit/>
          <w:tblHeader/>
          <w:jc w:val="center"/>
        </w:trPr>
        <w:tc>
          <w:tcPr>
            <w:tcW w:w="1871" w:type="dxa"/>
            <w:tcBorders>
              <w:top w:val="single" w:sz="4" w:space="0" w:color="D9D9D9"/>
              <w:left w:val="single" w:sz="4" w:space="0" w:color="D9D9D9"/>
              <w:bottom w:val="single" w:sz="4" w:space="0" w:color="D9D9D9"/>
              <w:right w:val="single" w:sz="4" w:space="0" w:color="D9D9D9"/>
            </w:tcBorders>
            <w:shd w:val="clear" w:color="auto" w:fill="151515"/>
            <w:tcMar>
              <w:top w:w="80" w:type="dxa"/>
              <w:left w:w="80" w:type="dxa"/>
              <w:bottom w:w="80" w:type="dxa"/>
              <w:right w:w="80" w:type="dxa"/>
            </w:tcMar>
            <w:vAlign w:val="center"/>
          </w:tcPr>
          <w:p w14:paraId="5C5ED67F" w14:textId="77777777" w:rsidR="006F50FC" w:rsidRDefault="00526EB8">
            <w:pPr>
              <w:spacing w:after="0" w:line="252" w:lineRule="auto"/>
            </w:pPr>
            <w:r>
              <w:rPr>
                <w:b/>
                <w:color w:val="FFFFFF"/>
                <w:sz w:val="18"/>
              </w:rPr>
              <w:t>Style of dance</w:t>
            </w:r>
          </w:p>
        </w:tc>
        <w:tc>
          <w:tcPr>
            <w:tcW w:w="1304" w:type="dxa"/>
            <w:tcBorders>
              <w:top w:val="single" w:sz="4" w:space="0" w:color="D9D9D9"/>
              <w:left w:val="single" w:sz="4" w:space="0" w:color="D9D9D9"/>
              <w:bottom w:val="single" w:sz="4" w:space="0" w:color="D9D9D9"/>
              <w:right w:val="single" w:sz="4" w:space="0" w:color="D9D9D9"/>
            </w:tcBorders>
            <w:shd w:val="clear" w:color="auto" w:fill="151515"/>
            <w:tcMar>
              <w:top w:w="80" w:type="dxa"/>
              <w:left w:w="80" w:type="dxa"/>
              <w:bottom w:w="80" w:type="dxa"/>
              <w:right w:w="80" w:type="dxa"/>
            </w:tcMar>
            <w:vAlign w:val="center"/>
          </w:tcPr>
          <w:p w14:paraId="3D57B70E" w14:textId="77777777" w:rsidR="006F50FC" w:rsidRDefault="00526EB8">
            <w:pPr>
              <w:spacing w:after="0" w:line="252" w:lineRule="auto"/>
            </w:pPr>
            <w:r>
              <w:rPr>
                <w:b/>
                <w:color w:val="FFFFFF"/>
                <w:sz w:val="18"/>
              </w:rPr>
              <w:t>Years of training</w:t>
            </w:r>
          </w:p>
        </w:tc>
        <w:tc>
          <w:tcPr>
            <w:tcW w:w="1247" w:type="dxa"/>
            <w:tcBorders>
              <w:top w:val="single" w:sz="4" w:space="0" w:color="D9D9D9"/>
              <w:left w:val="single" w:sz="4" w:space="0" w:color="D9D9D9"/>
              <w:bottom w:val="single" w:sz="4" w:space="0" w:color="D9D9D9"/>
              <w:right w:val="single" w:sz="4" w:space="0" w:color="D9D9D9"/>
            </w:tcBorders>
            <w:shd w:val="clear" w:color="auto" w:fill="151515"/>
            <w:tcMar>
              <w:top w:w="80" w:type="dxa"/>
              <w:left w:w="80" w:type="dxa"/>
              <w:bottom w:w="80" w:type="dxa"/>
              <w:right w:w="80" w:type="dxa"/>
            </w:tcMar>
            <w:vAlign w:val="center"/>
          </w:tcPr>
          <w:p w14:paraId="691663A8" w14:textId="77777777" w:rsidR="006F50FC" w:rsidRDefault="00526EB8">
            <w:pPr>
              <w:spacing w:after="0" w:line="252" w:lineRule="auto"/>
            </w:pPr>
            <w:r>
              <w:rPr>
                <w:b/>
                <w:color w:val="FFFFFF"/>
                <w:sz w:val="18"/>
              </w:rPr>
              <w:t>Age started</w:t>
            </w:r>
          </w:p>
        </w:tc>
        <w:tc>
          <w:tcPr>
            <w:tcW w:w="2807" w:type="dxa"/>
            <w:tcBorders>
              <w:top w:val="single" w:sz="4" w:space="0" w:color="D9D9D9"/>
              <w:left w:val="single" w:sz="4" w:space="0" w:color="D9D9D9"/>
              <w:bottom w:val="single" w:sz="4" w:space="0" w:color="D9D9D9"/>
              <w:right w:val="single" w:sz="4" w:space="0" w:color="D9D9D9"/>
            </w:tcBorders>
            <w:shd w:val="clear" w:color="auto" w:fill="151515"/>
            <w:tcMar>
              <w:top w:w="80" w:type="dxa"/>
              <w:left w:w="80" w:type="dxa"/>
              <w:bottom w:w="80" w:type="dxa"/>
              <w:right w:w="80" w:type="dxa"/>
            </w:tcMar>
            <w:vAlign w:val="center"/>
          </w:tcPr>
          <w:p w14:paraId="1AFA207D" w14:textId="77777777" w:rsidR="006F50FC" w:rsidRDefault="00526EB8">
            <w:pPr>
              <w:spacing w:after="0" w:line="252" w:lineRule="auto"/>
            </w:pPr>
            <w:r>
              <w:rPr>
                <w:b/>
                <w:color w:val="FFFFFF"/>
                <w:sz w:val="18"/>
              </w:rPr>
              <w:t>School name</w:t>
            </w:r>
          </w:p>
        </w:tc>
        <w:tc>
          <w:tcPr>
            <w:tcW w:w="2863" w:type="dxa"/>
            <w:tcBorders>
              <w:top w:val="single" w:sz="4" w:space="0" w:color="D9D9D9"/>
              <w:left w:val="single" w:sz="4" w:space="0" w:color="D9D9D9"/>
              <w:bottom w:val="single" w:sz="4" w:space="0" w:color="D9D9D9"/>
              <w:right w:val="single" w:sz="4" w:space="0" w:color="D9D9D9"/>
            </w:tcBorders>
            <w:shd w:val="clear" w:color="auto" w:fill="151515"/>
            <w:tcMar>
              <w:top w:w="80" w:type="dxa"/>
              <w:left w:w="80" w:type="dxa"/>
              <w:bottom w:w="80" w:type="dxa"/>
              <w:right w:w="80" w:type="dxa"/>
            </w:tcMar>
            <w:vAlign w:val="center"/>
          </w:tcPr>
          <w:p w14:paraId="08BD29F0" w14:textId="77777777" w:rsidR="006F50FC" w:rsidRDefault="00526EB8">
            <w:pPr>
              <w:spacing w:after="0" w:line="252" w:lineRule="auto"/>
            </w:pPr>
            <w:r>
              <w:rPr>
                <w:b/>
                <w:color w:val="FFFFFF"/>
                <w:sz w:val="18"/>
              </w:rPr>
              <w:t>Teachers</w:t>
            </w:r>
          </w:p>
        </w:tc>
      </w:tr>
      <w:tr w:rsidR="006F50FC" w14:paraId="0EA54C45" w14:textId="77777777" w:rsidTr="00AB072D">
        <w:trPr>
          <w:cantSplit/>
          <w:jc w:val="center"/>
        </w:trPr>
        <w:tc>
          <w:tcPr>
            <w:tcW w:w="1871"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51EB26A2" w14:textId="77777777" w:rsidR="006F50FC" w:rsidRDefault="00526EB8">
            <w:pPr>
              <w:spacing w:after="0" w:line="252" w:lineRule="auto"/>
            </w:pPr>
            <w:r>
              <w:rPr>
                <w:sz w:val="18"/>
              </w:rPr>
              <w:t>JAZZ</w:t>
            </w:r>
          </w:p>
        </w:tc>
        <w:tc>
          <w:tcPr>
            <w:tcW w:w="1304"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4535F73B" w14:textId="3C15D666" w:rsidR="006F50FC" w:rsidRDefault="006F50FC">
            <w:pPr>
              <w:spacing w:after="0" w:line="252" w:lineRule="auto"/>
            </w:pPr>
          </w:p>
        </w:tc>
        <w:tc>
          <w:tcPr>
            <w:tcW w:w="1247"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425A7F3B" w14:textId="220CA8AA" w:rsidR="006F50FC" w:rsidRDefault="006F50FC">
            <w:pPr>
              <w:spacing w:after="0" w:line="252" w:lineRule="auto"/>
            </w:pPr>
          </w:p>
        </w:tc>
        <w:tc>
          <w:tcPr>
            <w:tcW w:w="2807"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24CFCA62" w14:textId="77777777" w:rsidR="006F50FC" w:rsidRDefault="006F50FC">
            <w:pPr>
              <w:spacing w:after="0" w:line="252" w:lineRule="auto"/>
            </w:pPr>
          </w:p>
        </w:tc>
        <w:tc>
          <w:tcPr>
            <w:tcW w:w="2863"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5293E42C" w14:textId="77777777" w:rsidR="006F50FC" w:rsidRDefault="006F50FC">
            <w:pPr>
              <w:spacing w:after="0" w:line="252" w:lineRule="auto"/>
            </w:pPr>
          </w:p>
        </w:tc>
      </w:tr>
      <w:tr w:rsidR="006F50FC" w14:paraId="29962757" w14:textId="77777777" w:rsidTr="00AB072D">
        <w:trPr>
          <w:cantSplit/>
          <w:jc w:val="center"/>
        </w:trPr>
        <w:tc>
          <w:tcPr>
            <w:tcW w:w="1871"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66BB633" w14:textId="7966E4ED" w:rsidR="00AB072D" w:rsidRDefault="00AB072D">
            <w:pPr>
              <w:spacing w:after="0" w:line="252" w:lineRule="auto"/>
            </w:pPr>
            <w:r>
              <w:rPr>
                <w:sz w:val="18"/>
              </w:rPr>
              <w:t>BALLET</w:t>
            </w:r>
          </w:p>
        </w:tc>
        <w:tc>
          <w:tcPr>
            <w:tcW w:w="130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D39B924" w14:textId="77777777" w:rsidR="006F50FC" w:rsidRDefault="006F50FC">
            <w:pPr>
              <w:spacing w:after="0" w:line="252" w:lineRule="auto"/>
            </w:pPr>
          </w:p>
        </w:tc>
        <w:tc>
          <w:tcPr>
            <w:tcW w:w="1247"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4A80623C" w14:textId="77777777" w:rsidR="006F50FC" w:rsidRDefault="006F50FC">
            <w:pPr>
              <w:spacing w:after="0" w:line="252" w:lineRule="auto"/>
            </w:pPr>
          </w:p>
        </w:tc>
        <w:tc>
          <w:tcPr>
            <w:tcW w:w="2807"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A456E91" w14:textId="77777777" w:rsidR="006F50FC" w:rsidRDefault="006F50FC">
            <w:pPr>
              <w:spacing w:after="0" w:line="252" w:lineRule="auto"/>
            </w:pPr>
          </w:p>
        </w:tc>
        <w:tc>
          <w:tcPr>
            <w:tcW w:w="2863"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4AF7131" w14:textId="77777777" w:rsidR="006F50FC" w:rsidRDefault="006F50FC">
            <w:pPr>
              <w:spacing w:after="0" w:line="252" w:lineRule="auto"/>
            </w:pPr>
          </w:p>
        </w:tc>
      </w:tr>
      <w:tr w:rsidR="00AB072D" w14:paraId="6B783F7F" w14:textId="77777777" w:rsidTr="00AB072D">
        <w:trPr>
          <w:cantSplit/>
          <w:jc w:val="center"/>
        </w:trPr>
        <w:tc>
          <w:tcPr>
            <w:tcW w:w="1871"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006FF379" w14:textId="54F258FB" w:rsidR="00AB072D" w:rsidRDefault="00AB072D" w:rsidP="00AB072D">
            <w:pPr>
              <w:spacing w:after="0" w:line="252" w:lineRule="auto"/>
            </w:pPr>
            <w:r>
              <w:rPr>
                <w:sz w:val="18"/>
              </w:rPr>
              <w:t>HIP HOP</w:t>
            </w:r>
          </w:p>
        </w:tc>
        <w:tc>
          <w:tcPr>
            <w:tcW w:w="1304"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61DC2BA4" w14:textId="77777777" w:rsidR="00AB072D" w:rsidRDefault="00AB072D" w:rsidP="00AB072D">
            <w:pPr>
              <w:spacing w:after="0" w:line="252" w:lineRule="auto"/>
            </w:pPr>
          </w:p>
        </w:tc>
        <w:tc>
          <w:tcPr>
            <w:tcW w:w="1247"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568325BE" w14:textId="77777777" w:rsidR="00AB072D" w:rsidRDefault="00AB072D" w:rsidP="00AB072D">
            <w:pPr>
              <w:spacing w:after="0" w:line="252" w:lineRule="auto"/>
            </w:pPr>
          </w:p>
        </w:tc>
        <w:tc>
          <w:tcPr>
            <w:tcW w:w="2807"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004BD64D" w14:textId="77777777" w:rsidR="00AB072D" w:rsidRDefault="00AB072D" w:rsidP="00AB072D">
            <w:pPr>
              <w:spacing w:after="0" w:line="252" w:lineRule="auto"/>
            </w:pPr>
          </w:p>
        </w:tc>
        <w:tc>
          <w:tcPr>
            <w:tcW w:w="2863"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7868E724" w14:textId="77777777" w:rsidR="00AB072D" w:rsidRDefault="00AB072D" w:rsidP="00AB072D">
            <w:pPr>
              <w:spacing w:after="0" w:line="252" w:lineRule="auto"/>
            </w:pPr>
          </w:p>
        </w:tc>
      </w:tr>
      <w:tr w:rsidR="00AB072D" w14:paraId="6E12D531" w14:textId="77777777" w:rsidTr="00AB072D">
        <w:trPr>
          <w:cantSplit/>
          <w:jc w:val="center"/>
        </w:trPr>
        <w:tc>
          <w:tcPr>
            <w:tcW w:w="1871"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F28D741" w14:textId="704C86FF" w:rsidR="00AB072D" w:rsidRDefault="00AB072D" w:rsidP="00AB072D">
            <w:pPr>
              <w:spacing w:after="0" w:line="252" w:lineRule="auto"/>
            </w:pPr>
            <w:r>
              <w:rPr>
                <w:sz w:val="18"/>
              </w:rPr>
              <w:t>TAP</w:t>
            </w:r>
          </w:p>
        </w:tc>
        <w:tc>
          <w:tcPr>
            <w:tcW w:w="130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CD6DD03" w14:textId="77777777" w:rsidR="00AB072D" w:rsidRDefault="00AB072D" w:rsidP="00AB072D">
            <w:pPr>
              <w:spacing w:after="0" w:line="252" w:lineRule="auto"/>
            </w:pPr>
          </w:p>
        </w:tc>
        <w:tc>
          <w:tcPr>
            <w:tcW w:w="1247"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9E9946E" w14:textId="77777777" w:rsidR="00AB072D" w:rsidRDefault="00AB072D" w:rsidP="00AB072D">
            <w:pPr>
              <w:spacing w:after="0" w:line="252" w:lineRule="auto"/>
            </w:pPr>
          </w:p>
        </w:tc>
        <w:tc>
          <w:tcPr>
            <w:tcW w:w="2807"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0F01FB8" w14:textId="77777777" w:rsidR="00AB072D" w:rsidRDefault="00AB072D" w:rsidP="00AB072D">
            <w:pPr>
              <w:spacing w:after="0" w:line="252" w:lineRule="auto"/>
            </w:pPr>
          </w:p>
        </w:tc>
        <w:tc>
          <w:tcPr>
            <w:tcW w:w="2863"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26FDB4EE" w14:textId="77777777" w:rsidR="00AB072D" w:rsidRDefault="00AB072D" w:rsidP="00AB072D">
            <w:pPr>
              <w:spacing w:after="0" w:line="252" w:lineRule="auto"/>
            </w:pPr>
          </w:p>
        </w:tc>
      </w:tr>
      <w:tr w:rsidR="00AB072D" w14:paraId="4160B7BF" w14:textId="77777777" w:rsidTr="00AB072D">
        <w:trPr>
          <w:cantSplit/>
          <w:jc w:val="center"/>
        </w:trPr>
        <w:tc>
          <w:tcPr>
            <w:tcW w:w="1871"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6389A49F" w14:textId="3B4D83BF" w:rsidR="00AB072D" w:rsidRDefault="00AB072D" w:rsidP="00AB072D">
            <w:pPr>
              <w:spacing w:after="0" w:line="252" w:lineRule="auto"/>
            </w:pPr>
            <w:r>
              <w:rPr>
                <w:sz w:val="18"/>
              </w:rPr>
              <w:t>SINGING</w:t>
            </w:r>
          </w:p>
        </w:tc>
        <w:tc>
          <w:tcPr>
            <w:tcW w:w="1304"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327D504A" w14:textId="77777777" w:rsidR="00AB072D" w:rsidRDefault="00AB072D" w:rsidP="00AB072D">
            <w:pPr>
              <w:spacing w:after="0" w:line="252" w:lineRule="auto"/>
            </w:pPr>
          </w:p>
        </w:tc>
        <w:tc>
          <w:tcPr>
            <w:tcW w:w="1247"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0C7DE946" w14:textId="77777777" w:rsidR="00AB072D" w:rsidRDefault="00AB072D" w:rsidP="00AB072D">
            <w:pPr>
              <w:spacing w:after="0" w:line="252" w:lineRule="auto"/>
            </w:pPr>
          </w:p>
        </w:tc>
        <w:tc>
          <w:tcPr>
            <w:tcW w:w="2807"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556AD35B" w14:textId="77777777" w:rsidR="00AB072D" w:rsidRDefault="00AB072D" w:rsidP="00AB072D">
            <w:pPr>
              <w:spacing w:after="0" w:line="252" w:lineRule="auto"/>
            </w:pPr>
          </w:p>
        </w:tc>
        <w:tc>
          <w:tcPr>
            <w:tcW w:w="2863"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7E3B3B59" w14:textId="77777777" w:rsidR="00AB072D" w:rsidRDefault="00AB072D" w:rsidP="00AB072D">
            <w:pPr>
              <w:spacing w:after="0" w:line="252" w:lineRule="auto"/>
            </w:pPr>
          </w:p>
        </w:tc>
      </w:tr>
      <w:tr w:rsidR="00AB072D" w14:paraId="4C6EE01D" w14:textId="77777777" w:rsidTr="00AB072D">
        <w:trPr>
          <w:cantSplit/>
          <w:jc w:val="center"/>
        </w:trPr>
        <w:tc>
          <w:tcPr>
            <w:tcW w:w="1871"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6760250" w14:textId="27C41759" w:rsidR="00AB072D" w:rsidRDefault="00AB072D" w:rsidP="00AB072D">
            <w:pPr>
              <w:spacing w:after="0" w:line="252" w:lineRule="auto"/>
            </w:pPr>
            <w:r>
              <w:rPr>
                <w:sz w:val="18"/>
              </w:rPr>
              <w:t>DRAMA</w:t>
            </w:r>
          </w:p>
        </w:tc>
        <w:tc>
          <w:tcPr>
            <w:tcW w:w="130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68438E6D" w14:textId="77777777" w:rsidR="00AB072D" w:rsidRDefault="00AB072D" w:rsidP="00AB072D">
            <w:pPr>
              <w:spacing w:after="0" w:line="252" w:lineRule="auto"/>
            </w:pPr>
          </w:p>
        </w:tc>
        <w:tc>
          <w:tcPr>
            <w:tcW w:w="1247"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02BBE3DD" w14:textId="77777777" w:rsidR="00AB072D" w:rsidRDefault="00AB072D" w:rsidP="00AB072D">
            <w:pPr>
              <w:spacing w:after="0" w:line="252" w:lineRule="auto"/>
            </w:pPr>
          </w:p>
        </w:tc>
        <w:tc>
          <w:tcPr>
            <w:tcW w:w="2807"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D2136DA" w14:textId="77777777" w:rsidR="00AB072D" w:rsidRDefault="00AB072D" w:rsidP="00AB072D">
            <w:pPr>
              <w:spacing w:after="0" w:line="252" w:lineRule="auto"/>
            </w:pPr>
          </w:p>
        </w:tc>
        <w:tc>
          <w:tcPr>
            <w:tcW w:w="2863"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E42316B" w14:textId="77777777" w:rsidR="00AB072D" w:rsidRDefault="00AB072D" w:rsidP="00AB072D">
            <w:pPr>
              <w:spacing w:after="0" w:line="252" w:lineRule="auto"/>
            </w:pPr>
          </w:p>
        </w:tc>
      </w:tr>
      <w:tr w:rsidR="00AB072D" w14:paraId="2FFDA199" w14:textId="77777777" w:rsidTr="00AB072D">
        <w:trPr>
          <w:cantSplit/>
          <w:jc w:val="center"/>
        </w:trPr>
        <w:tc>
          <w:tcPr>
            <w:tcW w:w="1871"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54989752" w14:textId="78276806" w:rsidR="00AB072D" w:rsidRDefault="00AB072D" w:rsidP="00AB072D">
            <w:pPr>
              <w:spacing w:after="0" w:line="252" w:lineRule="auto"/>
            </w:pPr>
            <w:r>
              <w:rPr>
                <w:sz w:val="18"/>
              </w:rPr>
              <w:t>CONTEMPORARY</w:t>
            </w:r>
          </w:p>
        </w:tc>
        <w:tc>
          <w:tcPr>
            <w:tcW w:w="1304"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7CF1F602" w14:textId="77777777" w:rsidR="00AB072D" w:rsidRDefault="00AB072D" w:rsidP="00AB072D">
            <w:pPr>
              <w:spacing w:after="0" w:line="252" w:lineRule="auto"/>
            </w:pPr>
          </w:p>
        </w:tc>
        <w:tc>
          <w:tcPr>
            <w:tcW w:w="1247"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6977A708" w14:textId="77777777" w:rsidR="00AB072D" w:rsidRDefault="00AB072D" w:rsidP="00AB072D">
            <w:pPr>
              <w:spacing w:after="0" w:line="252" w:lineRule="auto"/>
            </w:pPr>
          </w:p>
        </w:tc>
        <w:tc>
          <w:tcPr>
            <w:tcW w:w="2807"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2E4FC4EF" w14:textId="77777777" w:rsidR="00AB072D" w:rsidRDefault="00AB072D" w:rsidP="00AB072D">
            <w:pPr>
              <w:spacing w:after="0" w:line="252" w:lineRule="auto"/>
            </w:pPr>
          </w:p>
        </w:tc>
        <w:tc>
          <w:tcPr>
            <w:tcW w:w="2863"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4542D54C" w14:textId="77777777" w:rsidR="00AB072D" w:rsidRDefault="00AB072D" w:rsidP="00AB072D">
            <w:pPr>
              <w:spacing w:after="0" w:line="252" w:lineRule="auto"/>
            </w:pPr>
          </w:p>
        </w:tc>
      </w:tr>
      <w:tr w:rsidR="00AB072D" w14:paraId="518C552D" w14:textId="77777777" w:rsidTr="00AB072D">
        <w:trPr>
          <w:cantSplit/>
          <w:jc w:val="center"/>
        </w:trPr>
        <w:tc>
          <w:tcPr>
            <w:tcW w:w="1871"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CC6C224" w14:textId="03DCD02F" w:rsidR="00AB072D" w:rsidRDefault="00AB072D" w:rsidP="00AB072D">
            <w:pPr>
              <w:spacing w:after="0" w:line="252" w:lineRule="auto"/>
            </w:pPr>
            <w:r>
              <w:rPr>
                <w:sz w:val="18"/>
              </w:rPr>
              <w:t>OTHER specify</w:t>
            </w:r>
          </w:p>
        </w:tc>
        <w:tc>
          <w:tcPr>
            <w:tcW w:w="1304"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012B120" w14:textId="77777777" w:rsidR="00AB072D" w:rsidRDefault="00AB072D" w:rsidP="00AB072D">
            <w:pPr>
              <w:spacing w:after="0" w:line="252" w:lineRule="auto"/>
            </w:pPr>
          </w:p>
        </w:tc>
        <w:tc>
          <w:tcPr>
            <w:tcW w:w="1247"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821EE7E" w14:textId="77777777" w:rsidR="00AB072D" w:rsidRDefault="00AB072D" w:rsidP="00AB072D">
            <w:pPr>
              <w:spacing w:after="0" w:line="252" w:lineRule="auto"/>
            </w:pPr>
          </w:p>
        </w:tc>
        <w:tc>
          <w:tcPr>
            <w:tcW w:w="2807"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28C737C2" w14:textId="77777777" w:rsidR="00AB072D" w:rsidRDefault="00AB072D" w:rsidP="00AB072D">
            <w:pPr>
              <w:spacing w:after="0" w:line="252" w:lineRule="auto"/>
            </w:pPr>
          </w:p>
        </w:tc>
        <w:tc>
          <w:tcPr>
            <w:tcW w:w="2863"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DB2DB19" w14:textId="77777777" w:rsidR="00AB072D" w:rsidRDefault="00AB072D" w:rsidP="00AB072D">
            <w:pPr>
              <w:spacing w:after="0" w:line="252" w:lineRule="auto"/>
            </w:pPr>
          </w:p>
        </w:tc>
      </w:tr>
      <w:tr w:rsidR="00AB072D" w14:paraId="2C99DC8F" w14:textId="77777777" w:rsidTr="00AB072D">
        <w:trPr>
          <w:cantSplit/>
          <w:jc w:val="center"/>
        </w:trPr>
        <w:tc>
          <w:tcPr>
            <w:tcW w:w="1871"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367BFA8A" w14:textId="6324E40F" w:rsidR="00AB072D" w:rsidRDefault="00AB072D" w:rsidP="00AB072D">
            <w:pPr>
              <w:spacing w:after="0" w:line="252" w:lineRule="auto"/>
            </w:pPr>
            <w:r>
              <w:rPr>
                <w:sz w:val="18"/>
              </w:rPr>
              <w:t>OTHER specify</w:t>
            </w:r>
          </w:p>
        </w:tc>
        <w:tc>
          <w:tcPr>
            <w:tcW w:w="1304"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4D4744C4" w14:textId="77777777" w:rsidR="00AB072D" w:rsidRDefault="00AB072D" w:rsidP="00AB072D">
            <w:pPr>
              <w:spacing w:after="0" w:line="252" w:lineRule="auto"/>
            </w:pPr>
          </w:p>
        </w:tc>
        <w:tc>
          <w:tcPr>
            <w:tcW w:w="1247"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4225FBBA" w14:textId="77777777" w:rsidR="00AB072D" w:rsidRDefault="00AB072D" w:rsidP="00AB072D">
            <w:pPr>
              <w:spacing w:after="0" w:line="252" w:lineRule="auto"/>
            </w:pPr>
          </w:p>
        </w:tc>
        <w:tc>
          <w:tcPr>
            <w:tcW w:w="2807"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4636F752" w14:textId="77777777" w:rsidR="00AB072D" w:rsidRDefault="00AB072D" w:rsidP="00AB072D">
            <w:pPr>
              <w:spacing w:after="0" w:line="252" w:lineRule="auto"/>
            </w:pPr>
          </w:p>
        </w:tc>
        <w:tc>
          <w:tcPr>
            <w:tcW w:w="2863"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45BADC15" w14:textId="77777777" w:rsidR="00AB072D" w:rsidRDefault="00AB072D" w:rsidP="00AB072D">
            <w:pPr>
              <w:spacing w:after="0" w:line="252" w:lineRule="auto"/>
            </w:pPr>
          </w:p>
        </w:tc>
      </w:tr>
    </w:tbl>
    <w:p w14:paraId="45636C2B" w14:textId="77777777" w:rsidR="006F50FC" w:rsidRDefault="00526EB8">
      <w:pPr>
        <w:spacing w:after="40" w:line="240" w:lineRule="auto"/>
        <w:rPr>
          <w:sz w:val="4"/>
        </w:rPr>
      </w:pPr>
      <w:r>
        <w:rPr>
          <w:sz w:val="4"/>
        </w:rPr>
        <w:t xml:space="preserve"> </w:t>
      </w:r>
    </w:p>
    <w:p w14:paraId="13D54356" w14:textId="77777777" w:rsidR="00C15492" w:rsidRDefault="00C15492">
      <w:pPr>
        <w:spacing w:after="40" w:line="240" w:lineRule="auto"/>
        <w:rPr>
          <w:sz w:val="4"/>
        </w:rPr>
      </w:pPr>
    </w:p>
    <w:p w14:paraId="14A2C3A8" w14:textId="77777777" w:rsidR="008C2B3F" w:rsidRDefault="008C2B3F">
      <w:pPr>
        <w:spacing w:after="40" w:line="240" w:lineRule="auto"/>
        <w:rPr>
          <w:sz w:val="4"/>
        </w:rPr>
      </w:pPr>
    </w:p>
    <w:p w14:paraId="71FBC6DC" w14:textId="77777777" w:rsidR="008C2B3F" w:rsidRDefault="008C2B3F">
      <w:pPr>
        <w:spacing w:after="40" w:line="240" w:lineRule="auto"/>
        <w:rPr>
          <w:sz w:val="4"/>
        </w:rPr>
      </w:pPr>
    </w:p>
    <w:p w14:paraId="682EE2D6" w14:textId="77777777" w:rsidR="008C2B3F" w:rsidRDefault="008C2B3F">
      <w:pPr>
        <w:spacing w:after="40" w:line="240" w:lineRule="auto"/>
        <w:rPr>
          <w:sz w:val="4"/>
        </w:rPr>
      </w:pPr>
    </w:p>
    <w:tbl>
      <w:tblPr>
        <w:tblW w:w="0" w:type="auto"/>
        <w:tblLayout w:type="fixed"/>
        <w:tblLook w:val="04A0" w:firstRow="1" w:lastRow="0" w:firstColumn="1" w:lastColumn="0" w:noHBand="0" w:noVBand="1"/>
      </w:tblPr>
      <w:tblGrid>
        <w:gridCol w:w="567"/>
        <w:gridCol w:w="9524"/>
      </w:tblGrid>
      <w:tr w:rsidR="00C15492" w14:paraId="72D5D7CB" w14:textId="77777777" w:rsidTr="00526EB8">
        <w:tc>
          <w:tcPr>
            <w:tcW w:w="567" w:type="dxa"/>
            <w:shd w:val="clear" w:color="auto" w:fill="E3192A"/>
            <w:tcMar>
              <w:top w:w="95" w:type="dxa"/>
              <w:left w:w="95" w:type="dxa"/>
              <w:bottom w:w="95" w:type="dxa"/>
              <w:right w:w="95" w:type="dxa"/>
            </w:tcMar>
            <w:vAlign w:val="center"/>
          </w:tcPr>
          <w:p w14:paraId="15C22E7F" w14:textId="5DA253A6" w:rsidR="00C15492" w:rsidRDefault="00C15492" w:rsidP="00526EB8">
            <w:pPr>
              <w:keepNext/>
              <w:spacing w:after="0"/>
              <w:jc w:val="center"/>
            </w:pPr>
            <w:r>
              <w:rPr>
                <w:b/>
                <w:color w:val="FFFFFF"/>
                <w:sz w:val="20"/>
              </w:rPr>
              <w:t>9</w:t>
            </w:r>
          </w:p>
        </w:tc>
        <w:tc>
          <w:tcPr>
            <w:tcW w:w="9524" w:type="dxa"/>
            <w:shd w:val="clear" w:color="auto" w:fill="151515"/>
            <w:tcMar>
              <w:top w:w="95" w:type="dxa"/>
              <w:left w:w="95" w:type="dxa"/>
              <w:bottom w:w="95" w:type="dxa"/>
              <w:right w:w="95" w:type="dxa"/>
            </w:tcMar>
            <w:vAlign w:val="center"/>
          </w:tcPr>
          <w:p w14:paraId="557E8C36" w14:textId="364AB3BA" w:rsidR="00C15492" w:rsidRDefault="00C15492" w:rsidP="00526EB8">
            <w:pPr>
              <w:keepNext/>
              <w:spacing w:after="0"/>
            </w:pPr>
            <w:r>
              <w:rPr>
                <w:b/>
                <w:color w:val="FFFFFF"/>
                <w:sz w:val="20"/>
              </w:rPr>
              <w:t xml:space="preserve">How did you hear about us </w:t>
            </w:r>
          </w:p>
        </w:tc>
      </w:tr>
    </w:tbl>
    <w:p w14:paraId="4169DFF9" w14:textId="77777777" w:rsidR="00C15492" w:rsidRDefault="00C15492">
      <w:pPr>
        <w:spacing w:after="40" w:line="240" w:lineRule="auto"/>
      </w:pPr>
    </w:p>
    <w:p w14:paraId="1239909B" w14:textId="77777777" w:rsidR="006F50FC" w:rsidRDefault="00526EB8">
      <w:pPr>
        <w:spacing w:after="80"/>
      </w:pPr>
      <w:r>
        <w:t>How did you hear about Dance Factory? (please specify)</w:t>
      </w:r>
    </w:p>
    <w:p w14:paraId="456D3BC3" w14:textId="77777777" w:rsidR="006F50FC" w:rsidRDefault="00526EB8">
      <w:pPr>
        <w:pBdr>
          <w:bottom w:val="single" w:sz="4" w:space="0" w:color="B8B8B8"/>
        </w:pBdr>
        <w:spacing w:after="140" w:line="240" w:lineRule="auto"/>
      </w:pPr>
      <w:r>
        <w:rPr>
          <w:sz w:val="26"/>
        </w:rPr>
        <w:t xml:space="preserve"> </w:t>
      </w:r>
    </w:p>
    <w:p w14:paraId="2D75D180" w14:textId="250B4E79" w:rsidR="008C2B3F" w:rsidRPr="008C2B3F" w:rsidRDefault="00526EB8">
      <w:pPr>
        <w:pBdr>
          <w:bottom w:val="single" w:sz="4" w:space="0" w:color="B8B8B8"/>
        </w:pBdr>
        <w:spacing w:after="140" w:line="240" w:lineRule="auto"/>
        <w:rPr>
          <w:sz w:val="26"/>
        </w:rPr>
      </w:pPr>
      <w:r>
        <w:rPr>
          <w:sz w:val="26"/>
        </w:rPr>
        <w:t xml:space="preserve"> </w:t>
      </w:r>
    </w:p>
    <w:tbl>
      <w:tblPr>
        <w:tblpPr w:leftFromText="180" w:rightFromText="180" w:vertAnchor="text" w:horzAnchor="margin" w:tblpY="97"/>
        <w:tblW w:w="0" w:type="auto"/>
        <w:tblLayout w:type="fixed"/>
        <w:tblLook w:val="04A0" w:firstRow="1" w:lastRow="0" w:firstColumn="1" w:lastColumn="0" w:noHBand="0" w:noVBand="1"/>
      </w:tblPr>
      <w:tblGrid>
        <w:gridCol w:w="567"/>
        <w:gridCol w:w="9524"/>
      </w:tblGrid>
      <w:tr w:rsidR="00C72CFD" w14:paraId="0C337F8B" w14:textId="77777777" w:rsidTr="00C72CFD">
        <w:tc>
          <w:tcPr>
            <w:tcW w:w="567" w:type="dxa"/>
            <w:shd w:val="clear" w:color="auto" w:fill="E3192A"/>
            <w:tcMar>
              <w:top w:w="95" w:type="dxa"/>
              <w:left w:w="95" w:type="dxa"/>
              <w:bottom w:w="95" w:type="dxa"/>
              <w:right w:w="95" w:type="dxa"/>
            </w:tcMar>
            <w:vAlign w:val="center"/>
          </w:tcPr>
          <w:p w14:paraId="37CAC02B" w14:textId="4788FAC2" w:rsidR="00C72CFD" w:rsidRDefault="00C72CFD" w:rsidP="00C72CFD">
            <w:pPr>
              <w:keepNext/>
              <w:spacing w:after="0"/>
              <w:jc w:val="center"/>
            </w:pPr>
            <w:r>
              <w:rPr>
                <w:b/>
                <w:color w:val="FFFFFF"/>
                <w:sz w:val="20"/>
              </w:rPr>
              <w:t>10</w:t>
            </w:r>
          </w:p>
        </w:tc>
        <w:tc>
          <w:tcPr>
            <w:tcW w:w="9524" w:type="dxa"/>
            <w:shd w:val="clear" w:color="auto" w:fill="151515"/>
            <w:tcMar>
              <w:top w:w="95" w:type="dxa"/>
              <w:left w:w="95" w:type="dxa"/>
              <w:bottom w:w="95" w:type="dxa"/>
              <w:right w:w="95" w:type="dxa"/>
            </w:tcMar>
            <w:vAlign w:val="center"/>
          </w:tcPr>
          <w:p w14:paraId="783B0B75" w14:textId="77777777" w:rsidR="00C72CFD" w:rsidRDefault="00C72CFD" w:rsidP="00C72CFD">
            <w:pPr>
              <w:keepNext/>
              <w:spacing w:after="0"/>
            </w:pPr>
            <w:r>
              <w:rPr>
                <w:b/>
                <w:color w:val="FFFFFF"/>
                <w:sz w:val="20"/>
              </w:rPr>
              <w:t xml:space="preserve">Unique Student Identifier </w:t>
            </w:r>
          </w:p>
        </w:tc>
      </w:tr>
    </w:tbl>
    <w:p w14:paraId="5690404F" w14:textId="77777777" w:rsidR="00C15492" w:rsidRDefault="00C15492" w:rsidP="00AB072D">
      <w:pPr>
        <w:rPr>
          <w:b/>
          <w:bCs/>
          <w:color w:val="EE0000"/>
          <w:sz w:val="30"/>
          <w:szCs w:val="30"/>
        </w:rPr>
      </w:pPr>
    </w:p>
    <w:p w14:paraId="1C341B7E" w14:textId="03E73630" w:rsidR="00C72CFD" w:rsidRPr="00C72CFD" w:rsidRDefault="00C72CFD" w:rsidP="00C72CFD">
      <w:pPr>
        <w:rPr>
          <w:i/>
          <w:iCs/>
        </w:rPr>
      </w:pPr>
      <w:r>
        <w:rPr>
          <w:i/>
          <w:iCs/>
        </w:rPr>
        <w:t>*</w:t>
      </w:r>
      <w:r w:rsidRPr="00C72CFD">
        <w:rPr>
          <w:i/>
          <w:iCs/>
        </w:rPr>
        <w:t>For new students only</w:t>
      </w:r>
      <w:r>
        <w:rPr>
          <w:i/>
          <w:iCs/>
        </w:rPr>
        <w:t>*</w:t>
      </w:r>
    </w:p>
    <w:p w14:paraId="160F7F00" w14:textId="77777777" w:rsidR="00C72CFD" w:rsidRDefault="00C72CFD" w:rsidP="00C72CFD">
      <w:r>
        <w:t>A student must have a valid USI and the identifier must be verified before a qualification/certificate/statement of attainment can be issued.</w:t>
      </w:r>
    </w:p>
    <w:p w14:paraId="6B87EEC0" w14:textId="77777777" w:rsidR="00C72CFD" w:rsidRDefault="00C72CFD" w:rsidP="00C72CFD">
      <w:pPr>
        <w:spacing w:after="80"/>
      </w:pPr>
      <w:r>
        <w:t>Enter your Unique Student Identifier (USI)</w:t>
      </w:r>
    </w:p>
    <w:p w14:paraId="58DF2E17" w14:textId="0A7DF9E0" w:rsidR="00C72CFD" w:rsidRDefault="00C72CFD" w:rsidP="00C72CFD">
      <w:pPr>
        <w:pBdr>
          <w:bottom w:val="single" w:sz="4" w:space="0" w:color="B8B8B8"/>
        </w:pBdr>
        <w:spacing w:after="140" w:line="240" w:lineRule="auto"/>
      </w:pPr>
      <w:r>
        <w:rPr>
          <w:sz w:val="26"/>
        </w:rPr>
        <w:t xml:space="preserve"> </w:t>
      </w:r>
    </w:p>
    <w:p w14:paraId="04F80964" w14:textId="77777777" w:rsidR="00C72CFD" w:rsidRDefault="00C72CFD" w:rsidP="00C72CFD">
      <w:r>
        <w:t>(10 digits, alphanumeric)</w:t>
      </w:r>
    </w:p>
    <w:p w14:paraId="3A8CFD6C" w14:textId="77777777" w:rsidR="00C72CFD" w:rsidRDefault="00C72CFD" w:rsidP="00C72CFD">
      <w:r>
        <w:t>Or</w:t>
      </w:r>
    </w:p>
    <w:p w14:paraId="4DE2E5A3" w14:textId="3A467A24" w:rsidR="00C72CFD" w:rsidRDefault="00AF7103" w:rsidP="00C72CFD">
      <w:sdt>
        <w:sdtPr>
          <w:rPr>
            <w:rFonts w:ascii="DejaVu Sans" w:hAnsi="DejaVu Sans"/>
            <w:sz w:val="18"/>
          </w:rPr>
          <w:id w:val="-890881289"/>
          <w14:checkbox>
            <w14:checked w14:val="0"/>
            <w14:checkedState w14:val="2612" w14:font="MS Gothic"/>
            <w14:uncheckedState w14:val="2610" w14:font="MS Gothic"/>
          </w14:checkbox>
        </w:sdtPr>
        <w:sdtEndPr/>
        <w:sdtContent>
          <w:r w:rsidR="00C72CFD">
            <w:rPr>
              <w:rFonts w:ascii="MS Gothic" w:eastAsia="MS Gothic" w:hAnsi="MS Gothic" w:hint="eastAsia"/>
              <w:sz w:val="18"/>
            </w:rPr>
            <w:t>☐</w:t>
          </w:r>
        </w:sdtContent>
      </w:sdt>
      <w:r w:rsidR="00C72CFD">
        <w:rPr>
          <w:rFonts w:ascii="DejaVu Sans" w:hAnsi="DejaVu Sans"/>
          <w:sz w:val="18"/>
        </w:rPr>
        <w:t>I will apply for my USI and will forward to Dance Factory once received</w:t>
      </w:r>
    </w:p>
    <w:p w14:paraId="14906A0C" w14:textId="77777777" w:rsidR="00C72CFD" w:rsidRDefault="00C72CFD" w:rsidP="00C72CFD">
      <w:r>
        <w:t>Or</w:t>
      </w:r>
    </w:p>
    <w:p w14:paraId="0340FAF2" w14:textId="060F5E57" w:rsidR="00C72CFD" w:rsidRDefault="00AF7103" w:rsidP="00C72CFD">
      <w:sdt>
        <w:sdtPr>
          <w:rPr>
            <w:rFonts w:ascii="DejaVu Sans" w:hAnsi="DejaVu Sans"/>
            <w:sz w:val="18"/>
          </w:rPr>
          <w:id w:val="1168597451"/>
          <w14:checkbox>
            <w14:checked w14:val="0"/>
            <w14:checkedState w14:val="2612" w14:font="MS Gothic"/>
            <w14:uncheckedState w14:val="2610" w14:font="MS Gothic"/>
          </w14:checkbox>
        </w:sdtPr>
        <w:sdtEndPr/>
        <w:sdtContent>
          <w:r w:rsidR="00C72CFD">
            <w:rPr>
              <w:rFonts w:ascii="MS Gothic" w:eastAsia="MS Gothic" w:hAnsi="MS Gothic" w:hint="eastAsia"/>
              <w:sz w:val="18"/>
            </w:rPr>
            <w:t>☐</w:t>
          </w:r>
        </w:sdtContent>
      </w:sdt>
      <w:r w:rsidR="00C72CFD">
        <w:rPr>
          <w:rFonts w:ascii="DejaVu Sans" w:hAnsi="DejaVu Sans"/>
          <w:sz w:val="18"/>
        </w:rPr>
        <w:t xml:space="preserve">I </w:t>
      </w:r>
      <w:proofErr w:type="spellStart"/>
      <w:r w:rsidR="00C72CFD">
        <w:rPr>
          <w:rFonts w:ascii="DejaVu Sans" w:hAnsi="DejaVu Sans"/>
          <w:sz w:val="18"/>
        </w:rPr>
        <w:t>authorise</w:t>
      </w:r>
      <w:proofErr w:type="spellEnd"/>
      <w:r w:rsidR="00C72CFD">
        <w:rPr>
          <w:rFonts w:ascii="DejaVu Sans" w:hAnsi="DejaVu Sans"/>
          <w:sz w:val="18"/>
        </w:rPr>
        <w:t xml:space="preserve"> Dance Factory to apply pursuant to sub-section 9(2) of the Student Identifiers Act 2014, for a USI on my behalf.</w:t>
      </w:r>
    </w:p>
    <w:p w14:paraId="6EE7CC4F" w14:textId="43CA001B" w:rsidR="00C72CFD" w:rsidRDefault="00AF7103" w:rsidP="00C72CFD">
      <w:pPr>
        <w:rPr>
          <w:rFonts w:ascii="DejaVu Sans" w:hAnsi="DejaVu Sans" w:hint="eastAsia"/>
          <w:sz w:val="18"/>
        </w:rPr>
      </w:pPr>
      <w:sdt>
        <w:sdtPr>
          <w:rPr>
            <w:rFonts w:ascii="DejaVu Sans" w:hAnsi="DejaVu Sans"/>
            <w:sz w:val="18"/>
          </w:rPr>
          <w:id w:val="-1513450327"/>
          <w14:checkbox>
            <w14:checked w14:val="0"/>
            <w14:checkedState w14:val="2612" w14:font="MS Gothic"/>
            <w14:uncheckedState w14:val="2610" w14:font="MS Gothic"/>
          </w14:checkbox>
        </w:sdtPr>
        <w:sdtEndPr/>
        <w:sdtContent>
          <w:r w:rsidR="00C72CFD">
            <w:rPr>
              <w:rFonts w:ascii="MS Gothic" w:eastAsia="MS Gothic" w:hAnsi="MS Gothic" w:hint="eastAsia"/>
              <w:sz w:val="18"/>
            </w:rPr>
            <w:t>☐</w:t>
          </w:r>
        </w:sdtContent>
      </w:sdt>
      <w:r w:rsidR="00C72CFD">
        <w:rPr>
          <w:rFonts w:ascii="DejaVu Sans" w:hAnsi="DejaVu Sans"/>
          <w:sz w:val="18"/>
        </w:rPr>
        <w:t>I have read and I consent to the collection, use and disclosure of my personal information (which may include sensitive information) pursuant to the information detailed at Australian Government USI, and NCVER policies, procedures and protocols published on NCVER’s website.</w:t>
      </w:r>
    </w:p>
    <w:p w14:paraId="55C11886" w14:textId="77777777" w:rsidR="00C15492" w:rsidRDefault="00C15492" w:rsidP="00AB072D">
      <w:pPr>
        <w:rPr>
          <w:b/>
          <w:bCs/>
          <w:color w:val="EE0000"/>
          <w:sz w:val="30"/>
          <w:szCs w:val="30"/>
        </w:rPr>
      </w:pPr>
    </w:p>
    <w:p w14:paraId="2884E289" w14:textId="77777777" w:rsidR="00C15492" w:rsidRDefault="00C15492" w:rsidP="00AB072D">
      <w:pPr>
        <w:rPr>
          <w:b/>
          <w:bCs/>
          <w:color w:val="EE0000"/>
          <w:sz w:val="30"/>
          <w:szCs w:val="30"/>
        </w:rPr>
      </w:pPr>
    </w:p>
    <w:p w14:paraId="62CAEE09" w14:textId="77777777" w:rsidR="00DF2608" w:rsidRDefault="00DF2608" w:rsidP="00AB072D">
      <w:pPr>
        <w:rPr>
          <w:b/>
          <w:bCs/>
          <w:color w:val="EE0000"/>
          <w:sz w:val="30"/>
          <w:szCs w:val="30"/>
        </w:rPr>
      </w:pPr>
    </w:p>
    <w:p w14:paraId="0314C730" w14:textId="600CB6BA" w:rsidR="00C15492" w:rsidRDefault="008C1A66" w:rsidP="00AB072D">
      <w:pPr>
        <w:rPr>
          <w:b/>
          <w:bCs/>
          <w:color w:val="EE0000"/>
          <w:sz w:val="30"/>
          <w:szCs w:val="30"/>
        </w:rPr>
      </w:pPr>
      <w:r>
        <w:rPr>
          <w:b/>
          <w:bCs/>
          <w:color w:val="EE0000"/>
          <w:sz w:val="30"/>
          <w:szCs w:val="30"/>
        </w:rPr>
        <w:lastRenderedPageBreak/>
        <w:t>IDENTIFICATION</w:t>
      </w:r>
    </w:p>
    <w:tbl>
      <w:tblPr>
        <w:tblW w:w="0" w:type="auto"/>
        <w:tblLayout w:type="fixed"/>
        <w:tblLook w:val="04A0" w:firstRow="1" w:lastRow="0" w:firstColumn="1" w:lastColumn="0" w:noHBand="0" w:noVBand="1"/>
      </w:tblPr>
      <w:tblGrid>
        <w:gridCol w:w="567"/>
        <w:gridCol w:w="9524"/>
      </w:tblGrid>
      <w:tr w:rsidR="00C72CFD" w14:paraId="0081C5C1" w14:textId="77777777" w:rsidTr="00526EB8">
        <w:tc>
          <w:tcPr>
            <w:tcW w:w="567" w:type="dxa"/>
            <w:shd w:val="clear" w:color="auto" w:fill="E3192A"/>
            <w:tcMar>
              <w:top w:w="95" w:type="dxa"/>
              <w:left w:w="95" w:type="dxa"/>
              <w:bottom w:w="95" w:type="dxa"/>
              <w:right w:w="95" w:type="dxa"/>
            </w:tcMar>
            <w:vAlign w:val="center"/>
          </w:tcPr>
          <w:p w14:paraId="139C1C8C" w14:textId="0D8C316B" w:rsidR="00C72CFD" w:rsidRDefault="00C72CFD" w:rsidP="00526EB8">
            <w:pPr>
              <w:keepNext/>
              <w:spacing w:after="0"/>
              <w:jc w:val="center"/>
            </w:pPr>
            <w:r>
              <w:rPr>
                <w:b/>
                <w:color w:val="FFFFFF"/>
                <w:sz w:val="20"/>
              </w:rPr>
              <w:t>11</w:t>
            </w:r>
          </w:p>
        </w:tc>
        <w:tc>
          <w:tcPr>
            <w:tcW w:w="9524" w:type="dxa"/>
            <w:shd w:val="clear" w:color="auto" w:fill="151515"/>
            <w:tcMar>
              <w:top w:w="95" w:type="dxa"/>
              <w:left w:w="95" w:type="dxa"/>
              <w:bottom w:w="95" w:type="dxa"/>
              <w:right w:w="95" w:type="dxa"/>
            </w:tcMar>
            <w:vAlign w:val="center"/>
          </w:tcPr>
          <w:p w14:paraId="66FFDB02" w14:textId="77777777" w:rsidR="00C72CFD" w:rsidRDefault="00C72CFD" w:rsidP="00526EB8">
            <w:pPr>
              <w:keepNext/>
              <w:spacing w:after="0"/>
            </w:pPr>
            <w:r>
              <w:rPr>
                <w:b/>
                <w:color w:val="FFFFFF"/>
                <w:sz w:val="20"/>
              </w:rPr>
              <w:t>PROOF OF IDENTITY</w:t>
            </w:r>
          </w:p>
        </w:tc>
      </w:tr>
    </w:tbl>
    <w:p w14:paraId="66F87A12" w14:textId="61213B07" w:rsidR="00C72CFD" w:rsidRPr="00064FE2" w:rsidRDefault="00C72CFD" w:rsidP="00C72CFD">
      <w:pPr>
        <w:rPr>
          <w:b/>
          <w:bCs/>
        </w:rPr>
      </w:pPr>
      <w:r w:rsidRPr="00064FE2">
        <w:rPr>
          <w:b/>
          <w:bCs/>
        </w:rPr>
        <w:t>Proof of ID is required by one of the following</w:t>
      </w:r>
    </w:p>
    <w:p w14:paraId="656FE44C" w14:textId="77777777" w:rsidR="00C72CFD" w:rsidRDefault="00C72CFD" w:rsidP="00C72CFD">
      <w:r>
        <w:t>(name on proof of ID must match name at the beginning of this form):</w:t>
      </w:r>
    </w:p>
    <w:tbl>
      <w:tblPr>
        <w:tblW w:w="0" w:type="auto"/>
        <w:tblLayout w:type="fixed"/>
        <w:tblLook w:val="04A0" w:firstRow="1" w:lastRow="0" w:firstColumn="1" w:lastColumn="0" w:noHBand="0" w:noVBand="1"/>
      </w:tblPr>
      <w:tblGrid>
        <w:gridCol w:w="9524"/>
      </w:tblGrid>
      <w:tr w:rsidR="00064FE2" w14:paraId="11981B84" w14:textId="77777777" w:rsidTr="00064FE2">
        <w:tc>
          <w:tcPr>
            <w:tcW w:w="9524" w:type="dxa"/>
            <w:shd w:val="clear" w:color="auto" w:fill="D9D9D9" w:themeFill="background1" w:themeFillShade="D9"/>
            <w:tcMar>
              <w:top w:w="95" w:type="dxa"/>
              <w:left w:w="95" w:type="dxa"/>
              <w:bottom w:w="95" w:type="dxa"/>
              <w:right w:w="95" w:type="dxa"/>
            </w:tcMar>
            <w:vAlign w:val="center"/>
          </w:tcPr>
          <w:p w14:paraId="68F17165" w14:textId="77777777" w:rsidR="00064FE2" w:rsidRDefault="00064FE2" w:rsidP="00526EB8">
            <w:pPr>
              <w:keepNext/>
              <w:spacing w:after="0"/>
            </w:pPr>
            <w:r w:rsidRPr="00064FE2">
              <w:rPr>
                <w:b/>
                <w:color w:val="auto"/>
                <w:sz w:val="20"/>
              </w:rPr>
              <w:t>DRIVERS LICENCE OR LEARNERS PERMIT</w:t>
            </w:r>
          </w:p>
        </w:tc>
      </w:tr>
    </w:tbl>
    <w:p w14:paraId="1364590B" w14:textId="77777777" w:rsidR="00C72CFD" w:rsidRDefault="00C72CFD" w:rsidP="00C72CFD">
      <w:pPr>
        <w:keepNext/>
        <w:spacing w:after="60"/>
      </w:pPr>
      <w:r>
        <w:rPr>
          <w:sz w:val="4"/>
        </w:rPr>
        <w:t xml:space="preserve"> </w:t>
      </w:r>
    </w:p>
    <w:p w14:paraId="0BB8B66B" w14:textId="091D04EC" w:rsidR="00C72CFD" w:rsidRPr="00AB072D" w:rsidRDefault="00C72CFD" w:rsidP="00C72CFD">
      <w:pPr>
        <w:spacing w:after="80"/>
      </w:pPr>
      <w:r>
        <w:t xml:space="preserve">State • </w:t>
      </w:r>
      <w:r w:rsidR="00064FE2">
        <w:t>License</w:t>
      </w:r>
      <w:r>
        <w:t xml:space="preserve"> number • Card number</w:t>
      </w:r>
    </w:p>
    <w:p w14:paraId="118D9276" w14:textId="33C0B0B6" w:rsidR="00064FE2" w:rsidRDefault="00064FE2" w:rsidP="00064FE2">
      <w:pPr>
        <w:pBdr>
          <w:bottom w:val="single" w:sz="4" w:space="0" w:color="B8B8B8"/>
        </w:pBdr>
        <w:spacing w:after="140" w:line="240" w:lineRule="auto"/>
      </w:pPr>
      <w:r>
        <w:t xml:space="preserve">                                                                                                                                                                                                                                         </w:t>
      </w:r>
    </w:p>
    <w:tbl>
      <w:tblPr>
        <w:tblW w:w="0" w:type="auto"/>
        <w:shd w:val="clear" w:color="auto" w:fill="D9D9D9" w:themeFill="background1" w:themeFillShade="D9"/>
        <w:tblLayout w:type="fixed"/>
        <w:tblLook w:val="04A0" w:firstRow="1" w:lastRow="0" w:firstColumn="1" w:lastColumn="0" w:noHBand="0" w:noVBand="1"/>
      </w:tblPr>
      <w:tblGrid>
        <w:gridCol w:w="9524"/>
      </w:tblGrid>
      <w:tr w:rsidR="00064FE2" w14:paraId="22869B99" w14:textId="77777777" w:rsidTr="00064FE2">
        <w:tc>
          <w:tcPr>
            <w:tcW w:w="9524" w:type="dxa"/>
            <w:shd w:val="clear" w:color="auto" w:fill="D9D9D9" w:themeFill="background1" w:themeFillShade="D9"/>
            <w:tcMar>
              <w:top w:w="95" w:type="dxa"/>
              <w:left w:w="95" w:type="dxa"/>
              <w:bottom w:w="95" w:type="dxa"/>
              <w:right w:w="95" w:type="dxa"/>
            </w:tcMar>
            <w:vAlign w:val="center"/>
          </w:tcPr>
          <w:p w14:paraId="306B6175" w14:textId="77777777" w:rsidR="00064FE2" w:rsidRDefault="00064FE2" w:rsidP="00526EB8">
            <w:pPr>
              <w:keepNext/>
              <w:spacing w:after="0"/>
            </w:pPr>
            <w:r w:rsidRPr="00064FE2">
              <w:rPr>
                <w:b/>
                <w:color w:val="auto"/>
                <w:sz w:val="20"/>
              </w:rPr>
              <w:t>MEDICARE CARD</w:t>
            </w:r>
          </w:p>
        </w:tc>
      </w:tr>
    </w:tbl>
    <w:p w14:paraId="210C0B1C" w14:textId="77777777" w:rsidR="00C72CFD" w:rsidRDefault="00C72CFD" w:rsidP="00C72CFD">
      <w:pPr>
        <w:keepNext/>
        <w:spacing w:after="60"/>
      </w:pPr>
      <w:r>
        <w:rPr>
          <w:sz w:val="4"/>
        </w:rPr>
        <w:t xml:space="preserve"> </w:t>
      </w:r>
    </w:p>
    <w:p w14:paraId="6612F26F" w14:textId="77777777" w:rsidR="00C72CFD" w:rsidRDefault="00C72CFD" w:rsidP="00C72CFD">
      <w:pPr>
        <w:spacing w:after="80"/>
      </w:pPr>
      <w:r>
        <w:t>Card number 10 digits • Individual number next to your name</w:t>
      </w:r>
    </w:p>
    <w:p w14:paraId="7FEB6E2D" w14:textId="77777777" w:rsidR="00C72CFD" w:rsidRDefault="00C72CFD" w:rsidP="00C72CFD">
      <w:pPr>
        <w:pBdr>
          <w:bottom w:val="single" w:sz="4" w:space="0" w:color="B8B8B8"/>
        </w:pBdr>
        <w:spacing w:after="140" w:line="240" w:lineRule="auto"/>
      </w:pPr>
      <w:r>
        <w:rPr>
          <w:sz w:val="26"/>
        </w:rPr>
        <w:t xml:space="preserve"> </w:t>
      </w:r>
    </w:p>
    <w:p w14:paraId="05EEBD18" w14:textId="1D492D57" w:rsidR="00C72CFD" w:rsidRDefault="00C72CFD" w:rsidP="00C72CFD">
      <w:pPr>
        <w:spacing w:after="80"/>
      </w:pPr>
      <w:r>
        <w:t xml:space="preserve">Expiry date • Card </w:t>
      </w:r>
      <w:r w:rsidR="00064FE2">
        <w:t>C</w:t>
      </w:r>
      <w:r>
        <w:t>olour Green / Blue / Yellow</w:t>
      </w:r>
    </w:p>
    <w:p w14:paraId="32D9083A" w14:textId="77777777" w:rsidR="00C72CFD" w:rsidRDefault="00C72CFD" w:rsidP="00C72CFD">
      <w:pPr>
        <w:pBdr>
          <w:bottom w:val="single" w:sz="4" w:space="0" w:color="B8B8B8"/>
        </w:pBdr>
        <w:spacing w:after="140" w:line="240" w:lineRule="auto"/>
      </w:pPr>
      <w:r>
        <w:rPr>
          <w:sz w:val="26"/>
        </w:rPr>
        <w:t xml:space="preserve"> </w:t>
      </w:r>
    </w:p>
    <w:p w14:paraId="4B1D6FFD" w14:textId="77777777" w:rsidR="00C72CFD" w:rsidRDefault="00C72CFD" w:rsidP="00C72CFD">
      <w:pPr>
        <w:spacing w:after="80"/>
      </w:pPr>
      <w:r>
        <w:t>Student name on card</w:t>
      </w:r>
    </w:p>
    <w:p w14:paraId="435E0B5C" w14:textId="77777777" w:rsidR="00C72CFD" w:rsidRDefault="00C72CFD" w:rsidP="00C72CFD">
      <w:pPr>
        <w:pBdr>
          <w:bottom w:val="single" w:sz="4" w:space="0" w:color="B8B8B8"/>
        </w:pBdr>
        <w:spacing w:after="140" w:line="240" w:lineRule="auto"/>
      </w:pPr>
      <w:r>
        <w:rPr>
          <w:sz w:val="26"/>
        </w:rPr>
        <w:t xml:space="preserve"> </w:t>
      </w:r>
    </w:p>
    <w:tbl>
      <w:tblPr>
        <w:tblW w:w="0" w:type="auto"/>
        <w:shd w:val="clear" w:color="auto" w:fill="D9D9D9" w:themeFill="background1" w:themeFillShade="D9"/>
        <w:tblLayout w:type="fixed"/>
        <w:tblLook w:val="04A0" w:firstRow="1" w:lastRow="0" w:firstColumn="1" w:lastColumn="0" w:noHBand="0" w:noVBand="1"/>
      </w:tblPr>
      <w:tblGrid>
        <w:gridCol w:w="9524"/>
      </w:tblGrid>
      <w:tr w:rsidR="00064FE2" w:rsidRPr="00064FE2" w14:paraId="73BA0E87" w14:textId="77777777" w:rsidTr="00064FE2">
        <w:tc>
          <w:tcPr>
            <w:tcW w:w="9524" w:type="dxa"/>
            <w:shd w:val="clear" w:color="auto" w:fill="D9D9D9" w:themeFill="background1" w:themeFillShade="D9"/>
            <w:tcMar>
              <w:top w:w="95" w:type="dxa"/>
              <w:left w:w="95" w:type="dxa"/>
              <w:bottom w:w="95" w:type="dxa"/>
              <w:right w:w="95" w:type="dxa"/>
            </w:tcMar>
            <w:vAlign w:val="center"/>
          </w:tcPr>
          <w:p w14:paraId="70F14A3E" w14:textId="77777777" w:rsidR="00064FE2" w:rsidRPr="00064FE2" w:rsidRDefault="00064FE2" w:rsidP="00526EB8">
            <w:pPr>
              <w:keepNext/>
              <w:spacing w:after="0"/>
              <w:rPr>
                <w:color w:val="auto"/>
              </w:rPr>
            </w:pPr>
            <w:r w:rsidRPr="00064FE2">
              <w:rPr>
                <w:b/>
                <w:color w:val="auto"/>
                <w:sz w:val="20"/>
              </w:rPr>
              <w:t>AUSTRALIAN PASSPORT</w:t>
            </w:r>
          </w:p>
        </w:tc>
      </w:tr>
    </w:tbl>
    <w:p w14:paraId="43CC415C" w14:textId="77777777" w:rsidR="00C72CFD" w:rsidRDefault="00C72CFD" w:rsidP="00C72CFD">
      <w:pPr>
        <w:keepNext/>
        <w:spacing w:after="60"/>
      </w:pPr>
      <w:r>
        <w:rPr>
          <w:sz w:val="4"/>
        </w:rPr>
        <w:t xml:space="preserve"> </w:t>
      </w:r>
    </w:p>
    <w:p w14:paraId="0DF44B0E" w14:textId="77777777" w:rsidR="00C72CFD" w:rsidRDefault="00C72CFD" w:rsidP="00C72CFD">
      <w:pPr>
        <w:spacing w:after="80"/>
      </w:pPr>
      <w:r>
        <w:t>Passport number</w:t>
      </w:r>
    </w:p>
    <w:p w14:paraId="6FF00963" w14:textId="77777777" w:rsidR="00C72CFD" w:rsidRDefault="00C72CFD" w:rsidP="00C72CFD">
      <w:pPr>
        <w:pBdr>
          <w:bottom w:val="single" w:sz="4" w:space="0" w:color="B8B8B8"/>
        </w:pBdr>
        <w:spacing w:after="140" w:line="240" w:lineRule="auto"/>
      </w:pPr>
      <w:r>
        <w:rPr>
          <w:sz w:val="26"/>
        </w:rPr>
        <w:t xml:space="preserve"> </w:t>
      </w:r>
    </w:p>
    <w:tbl>
      <w:tblPr>
        <w:tblW w:w="0" w:type="auto"/>
        <w:shd w:val="clear" w:color="auto" w:fill="D9D9D9" w:themeFill="background1" w:themeFillShade="D9"/>
        <w:tblLayout w:type="fixed"/>
        <w:tblLook w:val="04A0" w:firstRow="1" w:lastRow="0" w:firstColumn="1" w:lastColumn="0" w:noHBand="0" w:noVBand="1"/>
      </w:tblPr>
      <w:tblGrid>
        <w:gridCol w:w="9524"/>
      </w:tblGrid>
      <w:tr w:rsidR="00DF2608" w:rsidRPr="00DF2608" w14:paraId="3138AB40" w14:textId="77777777" w:rsidTr="00DF2608">
        <w:tc>
          <w:tcPr>
            <w:tcW w:w="9524" w:type="dxa"/>
            <w:shd w:val="clear" w:color="auto" w:fill="D9D9D9" w:themeFill="background1" w:themeFillShade="D9"/>
            <w:tcMar>
              <w:top w:w="95" w:type="dxa"/>
              <w:left w:w="95" w:type="dxa"/>
              <w:bottom w:w="95" w:type="dxa"/>
              <w:right w:w="95" w:type="dxa"/>
            </w:tcMar>
            <w:vAlign w:val="center"/>
          </w:tcPr>
          <w:p w14:paraId="393E9721" w14:textId="00B3A446" w:rsidR="00DF2608" w:rsidRPr="00DF2608" w:rsidRDefault="00DF2608" w:rsidP="005668AE">
            <w:pPr>
              <w:keepNext/>
              <w:spacing w:after="0"/>
              <w:rPr>
                <w:color w:val="auto"/>
              </w:rPr>
            </w:pPr>
            <w:r>
              <w:rPr>
                <w:b/>
                <w:color w:val="auto"/>
                <w:sz w:val="20"/>
              </w:rPr>
              <w:t xml:space="preserve">NON AUSTRALIAN WITH AUSTRALIAN VISA </w:t>
            </w:r>
          </w:p>
        </w:tc>
      </w:tr>
    </w:tbl>
    <w:p w14:paraId="25916C98" w14:textId="213B2FB0" w:rsidR="00DF2608" w:rsidRDefault="00DF2608" w:rsidP="00DF2608">
      <w:pPr>
        <w:spacing w:after="80"/>
      </w:pPr>
      <w:r>
        <w:t xml:space="preserve">Passport Number </w:t>
      </w:r>
      <w:r w:rsidR="00467A77">
        <w:t>• Country</w:t>
      </w:r>
      <w:r>
        <w:t xml:space="preserve"> of Issue </w:t>
      </w:r>
    </w:p>
    <w:p w14:paraId="56FFBDBD" w14:textId="77777777" w:rsidR="00DF2608" w:rsidRDefault="00DF2608" w:rsidP="00DF2608">
      <w:pPr>
        <w:pBdr>
          <w:bottom w:val="single" w:sz="4" w:space="0" w:color="B8B8B8"/>
        </w:pBdr>
        <w:spacing w:after="140" w:line="240" w:lineRule="auto"/>
      </w:pPr>
      <w:r>
        <w:rPr>
          <w:sz w:val="26"/>
        </w:rPr>
        <w:t xml:space="preserve"> </w:t>
      </w:r>
    </w:p>
    <w:p w14:paraId="78C2490D" w14:textId="17FF15E4" w:rsidR="00064FE2" w:rsidRPr="00AB072D" w:rsidRDefault="00064FE2" w:rsidP="00064FE2">
      <w:pPr>
        <w:rPr>
          <w:b/>
          <w:bCs/>
          <w:color w:val="EE0000"/>
          <w:sz w:val="30"/>
          <w:szCs w:val="30"/>
        </w:rPr>
      </w:pPr>
      <w:r w:rsidRPr="00AB072D">
        <w:rPr>
          <w:b/>
          <w:bCs/>
          <w:color w:val="EE0000"/>
          <w:sz w:val="30"/>
          <w:szCs w:val="30"/>
        </w:rPr>
        <w:t>STUDENT BACKGROUND</w:t>
      </w:r>
    </w:p>
    <w:tbl>
      <w:tblPr>
        <w:tblW w:w="0" w:type="auto"/>
        <w:tblLayout w:type="fixed"/>
        <w:tblLook w:val="04A0" w:firstRow="1" w:lastRow="0" w:firstColumn="1" w:lastColumn="0" w:noHBand="0" w:noVBand="1"/>
      </w:tblPr>
      <w:tblGrid>
        <w:gridCol w:w="567"/>
        <w:gridCol w:w="9524"/>
      </w:tblGrid>
      <w:tr w:rsidR="00064FE2" w14:paraId="3051833A" w14:textId="77777777" w:rsidTr="00526EB8">
        <w:tc>
          <w:tcPr>
            <w:tcW w:w="567" w:type="dxa"/>
            <w:shd w:val="clear" w:color="auto" w:fill="E3192A"/>
            <w:tcMar>
              <w:top w:w="95" w:type="dxa"/>
              <w:left w:w="95" w:type="dxa"/>
              <w:bottom w:w="95" w:type="dxa"/>
              <w:right w:w="95" w:type="dxa"/>
            </w:tcMar>
            <w:vAlign w:val="center"/>
          </w:tcPr>
          <w:p w14:paraId="50796CAF" w14:textId="78A89090" w:rsidR="00064FE2" w:rsidRDefault="00064FE2" w:rsidP="00526EB8">
            <w:pPr>
              <w:keepNext/>
              <w:spacing w:after="0"/>
              <w:jc w:val="center"/>
            </w:pPr>
            <w:r>
              <w:rPr>
                <w:b/>
                <w:color w:val="FFFFFF"/>
                <w:sz w:val="20"/>
              </w:rPr>
              <w:t>12</w:t>
            </w:r>
          </w:p>
        </w:tc>
        <w:tc>
          <w:tcPr>
            <w:tcW w:w="9524" w:type="dxa"/>
            <w:shd w:val="clear" w:color="auto" w:fill="151515"/>
            <w:tcMar>
              <w:top w:w="95" w:type="dxa"/>
              <w:left w:w="95" w:type="dxa"/>
              <w:bottom w:w="95" w:type="dxa"/>
              <w:right w:w="95" w:type="dxa"/>
            </w:tcMar>
            <w:vAlign w:val="center"/>
          </w:tcPr>
          <w:p w14:paraId="5D4B643E" w14:textId="77777777" w:rsidR="00064FE2" w:rsidRDefault="00064FE2" w:rsidP="00526EB8">
            <w:pPr>
              <w:keepNext/>
              <w:spacing w:after="0"/>
            </w:pPr>
            <w:r>
              <w:rPr>
                <w:b/>
                <w:color w:val="FFFFFF"/>
                <w:sz w:val="20"/>
              </w:rPr>
              <w:t>LANGUAGE AND CULTURAL DIVERSITY</w:t>
            </w:r>
          </w:p>
        </w:tc>
      </w:tr>
    </w:tbl>
    <w:p w14:paraId="422426B4" w14:textId="77777777" w:rsidR="00064FE2" w:rsidRDefault="00064FE2" w:rsidP="00064FE2">
      <w:pPr>
        <w:keepNext/>
        <w:spacing w:after="60"/>
      </w:pPr>
      <w:r>
        <w:rPr>
          <w:sz w:val="4"/>
        </w:rPr>
        <w:t xml:space="preserve"> </w:t>
      </w:r>
    </w:p>
    <w:p w14:paraId="7FEDB109" w14:textId="77777777" w:rsidR="00064FE2" w:rsidRPr="00C52A8B" w:rsidRDefault="00064FE2" w:rsidP="00064FE2">
      <w:pPr>
        <w:rPr>
          <w:rFonts w:asciiTheme="majorHAnsi" w:hAnsiTheme="majorHAnsi" w:cstheme="majorHAnsi"/>
          <w:szCs w:val="19"/>
        </w:rPr>
      </w:pPr>
      <w:r w:rsidRPr="00C52A8B">
        <w:rPr>
          <w:rFonts w:asciiTheme="majorHAnsi" w:hAnsiTheme="majorHAnsi" w:cstheme="majorHAnsi"/>
          <w:szCs w:val="19"/>
        </w:rPr>
        <w:t xml:space="preserve">In which country were you born? (Please tick) </w:t>
      </w:r>
      <w:r w:rsidRPr="00C52A8B">
        <w:rPr>
          <w:rFonts w:ascii="MS Gothic" w:eastAsia="MS Gothic" w:hAnsi="MS Gothic" w:cs="MS Gothic" w:hint="eastAsia"/>
          <w:szCs w:val="19"/>
        </w:rPr>
        <w:t>☐</w:t>
      </w:r>
      <w:r w:rsidRPr="00C52A8B">
        <w:rPr>
          <w:rFonts w:asciiTheme="majorHAnsi" w:hAnsiTheme="majorHAnsi" w:cstheme="majorHAnsi"/>
          <w:szCs w:val="19"/>
        </w:rPr>
        <w:t xml:space="preserve"> AUSTRALIA </w:t>
      </w:r>
      <w:r w:rsidRPr="00C52A8B">
        <w:rPr>
          <w:rFonts w:ascii="MS Gothic" w:eastAsia="MS Gothic" w:hAnsi="MS Gothic" w:cs="MS Gothic" w:hint="eastAsia"/>
          <w:szCs w:val="19"/>
        </w:rPr>
        <w:t>☐</w:t>
      </w:r>
      <w:r w:rsidRPr="00C52A8B">
        <w:rPr>
          <w:rFonts w:asciiTheme="majorHAnsi" w:hAnsiTheme="majorHAnsi" w:cstheme="majorHAnsi"/>
          <w:szCs w:val="19"/>
        </w:rPr>
        <w:t xml:space="preserve"> OTHER</w:t>
      </w:r>
    </w:p>
    <w:p w14:paraId="5CADAAD1" w14:textId="77777777" w:rsidR="00064FE2" w:rsidRDefault="00064FE2" w:rsidP="00064FE2">
      <w:pPr>
        <w:spacing w:after="80"/>
      </w:pPr>
      <w:r>
        <w:t>If other, please specify:</w:t>
      </w:r>
    </w:p>
    <w:p w14:paraId="0D7EFA35" w14:textId="77777777" w:rsidR="00064FE2" w:rsidRDefault="00064FE2" w:rsidP="00064FE2">
      <w:pPr>
        <w:pBdr>
          <w:bottom w:val="single" w:sz="4" w:space="0" w:color="B8B8B8"/>
        </w:pBdr>
        <w:spacing w:after="140" w:line="240" w:lineRule="auto"/>
      </w:pPr>
      <w:r>
        <w:rPr>
          <w:sz w:val="26"/>
        </w:rPr>
        <w:t xml:space="preserve"> </w:t>
      </w:r>
    </w:p>
    <w:p w14:paraId="5B517468" w14:textId="77777777" w:rsidR="00064FE2" w:rsidRDefault="00064FE2" w:rsidP="00064FE2">
      <w:pPr>
        <w:spacing w:after="80"/>
      </w:pPr>
      <w:r>
        <w:t>Town/City of Birth:</w:t>
      </w:r>
    </w:p>
    <w:p w14:paraId="5EEB999D" w14:textId="77777777" w:rsidR="00064FE2" w:rsidRDefault="00064FE2" w:rsidP="00064FE2">
      <w:pPr>
        <w:pBdr>
          <w:bottom w:val="single" w:sz="4" w:space="0" w:color="B8B8B8"/>
        </w:pBdr>
        <w:spacing w:after="140" w:line="240" w:lineRule="auto"/>
      </w:pPr>
      <w:r>
        <w:rPr>
          <w:sz w:val="26"/>
        </w:rPr>
        <w:t xml:space="preserve"> </w:t>
      </w:r>
    </w:p>
    <w:p w14:paraId="1B11B6A2" w14:textId="77777777" w:rsidR="00A26D40" w:rsidRPr="00A26D40" w:rsidRDefault="00A26D40" w:rsidP="00A26D40">
      <w:pPr>
        <w:rPr>
          <w:rFonts w:asciiTheme="majorHAnsi" w:hAnsiTheme="majorHAnsi" w:cstheme="majorHAnsi"/>
          <w:szCs w:val="19"/>
        </w:rPr>
      </w:pPr>
      <w:r w:rsidRPr="00A26D40">
        <w:rPr>
          <w:rFonts w:asciiTheme="majorHAnsi" w:hAnsiTheme="majorHAnsi" w:cstheme="majorHAnsi"/>
          <w:szCs w:val="19"/>
        </w:rPr>
        <w:t xml:space="preserve">How well do you speak English? (Please tick) </w:t>
      </w:r>
      <w:sdt>
        <w:sdtPr>
          <w:rPr>
            <w:rFonts w:asciiTheme="majorHAnsi" w:hAnsiTheme="majorHAnsi" w:cstheme="majorHAnsi"/>
            <w:szCs w:val="19"/>
          </w:rPr>
          <w:id w:val="-1215121964"/>
          <w14:checkbox>
            <w14:checked w14:val="0"/>
            <w14:checkedState w14:val="2612" w14:font="MS Gothic"/>
            <w14:uncheckedState w14:val="2610" w14:font="MS Gothic"/>
          </w14:checkbox>
        </w:sdtPr>
        <w:sdtEndPr/>
        <w:sdtContent>
          <w:r w:rsidRPr="00A26D40">
            <w:rPr>
              <w:rFonts w:ascii="MS Gothic" w:eastAsia="MS Gothic" w:hAnsi="MS Gothic" w:cs="MS Gothic" w:hint="eastAsia"/>
              <w:szCs w:val="19"/>
            </w:rPr>
            <w:t>☐</w:t>
          </w:r>
        </w:sdtContent>
      </w:sdt>
      <w:r w:rsidRPr="00A26D40">
        <w:rPr>
          <w:rFonts w:asciiTheme="majorHAnsi" w:hAnsiTheme="majorHAnsi" w:cstheme="majorHAnsi"/>
          <w:szCs w:val="19"/>
        </w:rPr>
        <w:t xml:space="preserve"> Very Well </w:t>
      </w:r>
      <w:sdt>
        <w:sdtPr>
          <w:rPr>
            <w:rFonts w:asciiTheme="majorHAnsi" w:hAnsiTheme="majorHAnsi" w:cstheme="majorHAnsi"/>
            <w:szCs w:val="19"/>
          </w:rPr>
          <w:id w:val="-1249112767"/>
          <w14:checkbox>
            <w14:checked w14:val="0"/>
            <w14:checkedState w14:val="2612" w14:font="MS Gothic"/>
            <w14:uncheckedState w14:val="2610" w14:font="MS Gothic"/>
          </w14:checkbox>
        </w:sdtPr>
        <w:sdtEndPr/>
        <w:sdtContent>
          <w:r w:rsidRPr="00A26D40">
            <w:rPr>
              <w:rFonts w:ascii="MS Gothic" w:eastAsia="MS Gothic" w:hAnsi="MS Gothic" w:cs="MS Gothic" w:hint="eastAsia"/>
              <w:szCs w:val="19"/>
            </w:rPr>
            <w:t>☐</w:t>
          </w:r>
        </w:sdtContent>
      </w:sdt>
      <w:r w:rsidRPr="00A26D40">
        <w:rPr>
          <w:rFonts w:asciiTheme="majorHAnsi" w:hAnsiTheme="majorHAnsi" w:cstheme="majorHAnsi"/>
          <w:szCs w:val="19"/>
        </w:rPr>
        <w:t xml:space="preserve"> </w:t>
      </w:r>
      <w:proofErr w:type="spellStart"/>
      <w:r w:rsidRPr="00A26D40">
        <w:rPr>
          <w:rFonts w:asciiTheme="majorHAnsi" w:hAnsiTheme="majorHAnsi" w:cstheme="majorHAnsi"/>
          <w:szCs w:val="19"/>
        </w:rPr>
        <w:t>Well</w:t>
      </w:r>
      <w:proofErr w:type="spellEnd"/>
      <w:r w:rsidRPr="00A26D40">
        <w:rPr>
          <w:rFonts w:asciiTheme="majorHAnsi" w:hAnsiTheme="majorHAnsi" w:cstheme="majorHAnsi"/>
          <w:szCs w:val="19"/>
        </w:rPr>
        <w:t xml:space="preserve"> </w:t>
      </w:r>
      <w:sdt>
        <w:sdtPr>
          <w:rPr>
            <w:rFonts w:asciiTheme="majorHAnsi" w:hAnsiTheme="majorHAnsi" w:cstheme="majorHAnsi"/>
            <w:szCs w:val="19"/>
          </w:rPr>
          <w:id w:val="256799418"/>
          <w14:checkbox>
            <w14:checked w14:val="0"/>
            <w14:checkedState w14:val="2612" w14:font="MS Gothic"/>
            <w14:uncheckedState w14:val="2610" w14:font="MS Gothic"/>
          </w14:checkbox>
        </w:sdtPr>
        <w:sdtEndPr/>
        <w:sdtContent>
          <w:r w:rsidRPr="00A26D40">
            <w:rPr>
              <w:rFonts w:ascii="MS Gothic" w:eastAsia="MS Gothic" w:hAnsi="MS Gothic" w:cs="MS Gothic" w:hint="eastAsia"/>
              <w:szCs w:val="19"/>
            </w:rPr>
            <w:t>☐</w:t>
          </w:r>
        </w:sdtContent>
      </w:sdt>
      <w:r w:rsidRPr="00A26D40">
        <w:rPr>
          <w:rFonts w:asciiTheme="majorHAnsi" w:hAnsiTheme="majorHAnsi" w:cstheme="majorHAnsi"/>
          <w:szCs w:val="19"/>
        </w:rPr>
        <w:t xml:space="preserve"> Not Well </w:t>
      </w:r>
      <w:sdt>
        <w:sdtPr>
          <w:rPr>
            <w:rFonts w:asciiTheme="majorHAnsi" w:hAnsiTheme="majorHAnsi" w:cstheme="majorHAnsi"/>
            <w:szCs w:val="19"/>
          </w:rPr>
          <w:id w:val="747614375"/>
          <w14:checkbox>
            <w14:checked w14:val="0"/>
            <w14:checkedState w14:val="2612" w14:font="MS Gothic"/>
            <w14:uncheckedState w14:val="2610" w14:font="MS Gothic"/>
          </w14:checkbox>
        </w:sdtPr>
        <w:sdtEndPr/>
        <w:sdtContent>
          <w:r w:rsidRPr="00A26D40">
            <w:rPr>
              <w:rFonts w:ascii="MS Gothic" w:eastAsia="MS Gothic" w:hAnsi="MS Gothic" w:cs="MS Gothic" w:hint="eastAsia"/>
              <w:szCs w:val="19"/>
            </w:rPr>
            <w:t>☐</w:t>
          </w:r>
        </w:sdtContent>
      </w:sdt>
      <w:r w:rsidRPr="00A26D40">
        <w:rPr>
          <w:rFonts w:asciiTheme="majorHAnsi" w:hAnsiTheme="majorHAnsi" w:cstheme="majorHAnsi"/>
          <w:szCs w:val="19"/>
        </w:rPr>
        <w:t xml:space="preserve"> Not at All</w:t>
      </w:r>
    </w:p>
    <w:p w14:paraId="0F710217" w14:textId="679407AC" w:rsidR="00064FE2" w:rsidRPr="00C52A8B" w:rsidRDefault="00064FE2" w:rsidP="00064FE2">
      <w:pPr>
        <w:rPr>
          <w:rFonts w:asciiTheme="majorHAnsi" w:hAnsiTheme="majorHAnsi" w:cstheme="majorHAnsi"/>
          <w:szCs w:val="19"/>
        </w:rPr>
      </w:pPr>
      <w:r w:rsidRPr="00C52A8B">
        <w:rPr>
          <w:rFonts w:asciiTheme="majorHAnsi" w:hAnsiTheme="majorHAnsi" w:cstheme="majorHAnsi"/>
          <w:szCs w:val="19"/>
        </w:rPr>
        <w:t>Do you speak a language other than English at home</w:t>
      </w:r>
      <w:r w:rsidRPr="00C52A8B">
        <w:rPr>
          <w:rFonts w:asciiTheme="majorHAnsi" w:hAnsiTheme="majorHAnsi" w:cstheme="majorHAnsi"/>
          <w:sz w:val="24"/>
          <w:szCs w:val="24"/>
        </w:rPr>
        <w:t xml:space="preserve">? </w:t>
      </w:r>
      <w:sdt>
        <w:sdtPr>
          <w:rPr>
            <w:rFonts w:asciiTheme="majorHAnsi" w:hAnsiTheme="majorHAnsi" w:cstheme="majorHAnsi"/>
            <w:sz w:val="20"/>
            <w:szCs w:val="20"/>
          </w:rPr>
          <w:id w:val="-121997945"/>
          <w14:checkbox>
            <w14:checked w14:val="0"/>
            <w14:checkedState w14:val="2612" w14:font="MS Gothic"/>
            <w14:uncheckedState w14:val="2610" w14:font="MS Gothic"/>
          </w14:checkbox>
        </w:sdtPr>
        <w:sdtEndPr/>
        <w:sdtContent>
          <w:r w:rsidR="00C52A8B" w:rsidRPr="00DF2608">
            <w:rPr>
              <w:rFonts w:ascii="MS Gothic" w:eastAsia="MS Gothic" w:hAnsi="MS Gothic" w:cstheme="majorHAnsi" w:hint="eastAsia"/>
              <w:sz w:val="20"/>
              <w:szCs w:val="20"/>
            </w:rPr>
            <w:t>☐</w:t>
          </w:r>
        </w:sdtContent>
      </w:sdt>
      <w:r w:rsidRPr="00DF2608">
        <w:rPr>
          <w:rFonts w:asciiTheme="majorHAnsi" w:hAnsiTheme="majorHAnsi" w:cstheme="majorHAnsi"/>
          <w:sz w:val="20"/>
          <w:szCs w:val="20"/>
        </w:rPr>
        <w:t xml:space="preserve">Yes </w:t>
      </w:r>
      <w:sdt>
        <w:sdtPr>
          <w:rPr>
            <w:rFonts w:asciiTheme="majorHAnsi" w:hAnsiTheme="majorHAnsi" w:cstheme="majorHAnsi"/>
            <w:sz w:val="20"/>
            <w:szCs w:val="20"/>
          </w:rPr>
          <w:id w:val="581566412"/>
          <w14:checkbox>
            <w14:checked w14:val="0"/>
            <w14:checkedState w14:val="2612" w14:font="MS Gothic"/>
            <w14:uncheckedState w14:val="2610" w14:font="MS Gothic"/>
          </w14:checkbox>
        </w:sdtPr>
        <w:sdtEndPr/>
        <w:sdtContent>
          <w:r w:rsidR="00C52A8B" w:rsidRPr="00DF2608">
            <w:rPr>
              <w:rFonts w:ascii="MS Gothic" w:eastAsia="MS Gothic" w:hAnsi="MS Gothic" w:cstheme="majorHAnsi" w:hint="eastAsia"/>
              <w:sz w:val="20"/>
              <w:szCs w:val="20"/>
            </w:rPr>
            <w:t>☐</w:t>
          </w:r>
        </w:sdtContent>
      </w:sdt>
      <w:r w:rsidRPr="00DF2608">
        <w:rPr>
          <w:rFonts w:asciiTheme="majorHAnsi" w:hAnsiTheme="majorHAnsi" w:cstheme="majorHAnsi"/>
          <w:sz w:val="20"/>
          <w:szCs w:val="20"/>
        </w:rPr>
        <w:t xml:space="preserve"> No</w:t>
      </w:r>
    </w:p>
    <w:p w14:paraId="44E4216E" w14:textId="294BD1B7" w:rsidR="00064FE2" w:rsidRDefault="00064FE2" w:rsidP="00064FE2">
      <w:pPr>
        <w:spacing w:after="80"/>
      </w:pPr>
      <w:r>
        <w:t>Please specify the language that is spoken most often:</w:t>
      </w:r>
    </w:p>
    <w:p w14:paraId="640165ED" w14:textId="6B3A6A92" w:rsidR="00064FE2" w:rsidRDefault="00064FE2" w:rsidP="00064FE2">
      <w:pPr>
        <w:pBdr>
          <w:bottom w:val="single" w:sz="4" w:space="0" w:color="B8B8B8"/>
        </w:pBdr>
        <w:spacing w:after="140" w:line="240" w:lineRule="auto"/>
      </w:pPr>
      <w:r>
        <w:rPr>
          <w:sz w:val="26"/>
        </w:rPr>
        <w:t xml:space="preserve"> </w:t>
      </w:r>
    </w:p>
    <w:p w14:paraId="12E34BB9" w14:textId="77777777" w:rsidR="00064FE2" w:rsidRDefault="00064FE2" w:rsidP="00064FE2">
      <w:r>
        <w:t>Are you of Aboriginal or Torres Strait Islander origin? (Please tick)</w:t>
      </w:r>
    </w:p>
    <w:p w14:paraId="34DCAF21" w14:textId="0EFA8312" w:rsidR="00064FE2" w:rsidRPr="00C52A8B" w:rsidRDefault="00AF7103" w:rsidP="00064FE2">
      <w:pPr>
        <w:rPr>
          <w:rFonts w:asciiTheme="majorHAnsi" w:hAnsiTheme="majorHAnsi" w:cstheme="majorHAnsi"/>
          <w:szCs w:val="19"/>
        </w:rPr>
      </w:pPr>
      <w:sdt>
        <w:sdtPr>
          <w:rPr>
            <w:rFonts w:asciiTheme="majorHAnsi" w:hAnsiTheme="majorHAnsi" w:cstheme="majorHAnsi"/>
            <w:szCs w:val="19"/>
          </w:rPr>
          <w:id w:val="-55626986"/>
          <w14:checkbox>
            <w14:checked w14:val="0"/>
            <w14:checkedState w14:val="2612" w14:font="MS Gothic"/>
            <w14:uncheckedState w14:val="2610" w14:font="MS Gothic"/>
          </w14:checkbox>
        </w:sdtPr>
        <w:sdtEndPr/>
        <w:sdtContent>
          <w:r w:rsidR="00C52A8B">
            <w:rPr>
              <w:rFonts w:ascii="MS Gothic" w:eastAsia="MS Gothic" w:hAnsi="MS Gothic" w:cstheme="majorHAnsi" w:hint="eastAsia"/>
              <w:szCs w:val="19"/>
            </w:rPr>
            <w:t>☐</w:t>
          </w:r>
        </w:sdtContent>
      </w:sdt>
      <w:r w:rsidR="00064FE2" w:rsidRPr="00C52A8B">
        <w:rPr>
          <w:rFonts w:asciiTheme="majorHAnsi" w:hAnsiTheme="majorHAnsi" w:cstheme="majorHAnsi"/>
          <w:szCs w:val="19"/>
        </w:rPr>
        <w:t xml:space="preserve"> NO </w:t>
      </w:r>
    </w:p>
    <w:p w14:paraId="1137644D" w14:textId="5CC4D6D3" w:rsidR="00064FE2" w:rsidRPr="00C52A8B" w:rsidRDefault="00AF7103" w:rsidP="00064FE2">
      <w:pPr>
        <w:rPr>
          <w:rFonts w:asciiTheme="majorHAnsi" w:hAnsiTheme="majorHAnsi" w:cstheme="majorHAnsi"/>
          <w:szCs w:val="19"/>
        </w:rPr>
      </w:pPr>
      <w:sdt>
        <w:sdtPr>
          <w:rPr>
            <w:rFonts w:asciiTheme="majorHAnsi" w:hAnsiTheme="majorHAnsi" w:cstheme="majorHAnsi"/>
            <w:szCs w:val="19"/>
          </w:rPr>
          <w:id w:val="-634639808"/>
          <w14:checkbox>
            <w14:checked w14:val="0"/>
            <w14:checkedState w14:val="2612" w14:font="MS Gothic"/>
            <w14:uncheckedState w14:val="2610" w14:font="MS Gothic"/>
          </w14:checkbox>
        </w:sdtPr>
        <w:sdtEndPr/>
        <w:sdtContent>
          <w:r w:rsidR="00DF2608">
            <w:rPr>
              <w:rFonts w:ascii="MS Gothic" w:eastAsia="MS Gothic" w:hAnsi="MS Gothic" w:cstheme="majorHAnsi" w:hint="eastAsia"/>
              <w:szCs w:val="19"/>
            </w:rPr>
            <w:t>☐</w:t>
          </w:r>
        </w:sdtContent>
      </w:sdt>
      <w:r w:rsidR="00064FE2" w:rsidRPr="00C52A8B">
        <w:rPr>
          <w:rFonts w:asciiTheme="majorHAnsi" w:hAnsiTheme="majorHAnsi" w:cstheme="majorHAnsi"/>
          <w:szCs w:val="19"/>
        </w:rPr>
        <w:t>YES, ABORIGINAL</w:t>
      </w:r>
    </w:p>
    <w:p w14:paraId="150F9340" w14:textId="5DFFA6F9" w:rsidR="00064FE2" w:rsidRPr="00C52A8B" w:rsidRDefault="00064FE2" w:rsidP="00064FE2">
      <w:pPr>
        <w:rPr>
          <w:rFonts w:asciiTheme="majorHAnsi" w:hAnsiTheme="majorHAnsi" w:cstheme="majorHAnsi"/>
          <w:szCs w:val="19"/>
        </w:rPr>
      </w:pPr>
      <w:r w:rsidRPr="00C52A8B">
        <w:rPr>
          <w:rFonts w:asciiTheme="majorHAnsi" w:hAnsiTheme="majorHAnsi" w:cstheme="majorHAnsi"/>
          <w:szCs w:val="19"/>
        </w:rPr>
        <w:t xml:space="preserve"> </w:t>
      </w:r>
      <w:sdt>
        <w:sdtPr>
          <w:rPr>
            <w:rFonts w:asciiTheme="majorHAnsi" w:hAnsiTheme="majorHAnsi" w:cstheme="majorHAnsi"/>
            <w:szCs w:val="19"/>
          </w:rPr>
          <w:id w:val="-1658909093"/>
          <w14:checkbox>
            <w14:checked w14:val="0"/>
            <w14:checkedState w14:val="2612" w14:font="MS Gothic"/>
            <w14:uncheckedState w14:val="2610" w14:font="MS Gothic"/>
          </w14:checkbox>
        </w:sdtPr>
        <w:sdtEndPr/>
        <w:sdtContent>
          <w:r w:rsidRPr="00C52A8B">
            <w:rPr>
              <w:rFonts w:ascii="MS Gothic" w:eastAsia="MS Gothic" w:hAnsi="MS Gothic" w:cs="MS Gothic" w:hint="eastAsia"/>
              <w:szCs w:val="19"/>
            </w:rPr>
            <w:t>☐</w:t>
          </w:r>
        </w:sdtContent>
      </w:sdt>
      <w:r w:rsidRPr="00C52A8B">
        <w:rPr>
          <w:rFonts w:asciiTheme="majorHAnsi" w:hAnsiTheme="majorHAnsi" w:cstheme="majorHAnsi"/>
          <w:szCs w:val="19"/>
        </w:rPr>
        <w:t xml:space="preserve"> YES, TORRES STRAIT ISLANDER</w:t>
      </w:r>
    </w:p>
    <w:p w14:paraId="03761473" w14:textId="06723778" w:rsidR="00C15492" w:rsidRPr="00DF2608" w:rsidRDefault="00064FE2" w:rsidP="00AB072D">
      <w:r>
        <w:t>(For persons of both Aboriginal &amp; Torres Strait Island tick both)</w:t>
      </w:r>
    </w:p>
    <w:p w14:paraId="2AC5425F" w14:textId="77777777" w:rsidR="00AB072D" w:rsidRDefault="00AB072D"/>
    <w:tbl>
      <w:tblPr>
        <w:tblW w:w="0" w:type="auto"/>
        <w:tblLayout w:type="fixed"/>
        <w:tblLook w:val="04A0" w:firstRow="1" w:lastRow="0" w:firstColumn="1" w:lastColumn="0" w:noHBand="0" w:noVBand="1"/>
      </w:tblPr>
      <w:tblGrid>
        <w:gridCol w:w="567"/>
        <w:gridCol w:w="9524"/>
      </w:tblGrid>
      <w:tr w:rsidR="006F50FC" w14:paraId="3946EA9C" w14:textId="77777777">
        <w:tc>
          <w:tcPr>
            <w:tcW w:w="567" w:type="dxa"/>
            <w:shd w:val="clear" w:color="auto" w:fill="E3192A"/>
            <w:tcMar>
              <w:top w:w="95" w:type="dxa"/>
              <w:left w:w="95" w:type="dxa"/>
              <w:bottom w:w="95" w:type="dxa"/>
              <w:right w:w="95" w:type="dxa"/>
            </w:tcMar>
            <w:vAlign w:val="center"/>
          </w:tcPr>
          <w:p w14:paraId="6AF33E88" w14:textId="6A18E247" w:rsidR="006F50FC" w:rsidRDefault="00064FE2">
            <w:pPr>
              <w:keepNext/>
              <w:spacing w:after="0"/>
              <w:jc w:val="center"/>
            </w:pPr>
            <w:r>
              <w:rPr>
                <w:b/>
                <w:color w:val="FFFFFF"/>
                <w:sz w:val="20"/>
              </w:rPr>
              <w:t>13</w:t>
            </w:r>
          </w:p>
        </w:tc>
        <w:tc>
          <w:tcPr>
            <w:tcW w:w="9524" w:type="dxa"/>
            <w:shd w:val="clear" w:color="auto" w:fill="151515"/>
            <w:tcMar>
              <w:top w:w="95" w:type="dxa"/>
              <w:left w:w="95" w:type="dxa"/>
              <w:bottom w:w="95" w:type="dxa"/>
              <w:right w:w="95" w:type="dxa"/>
            </w:tcMar>
            <w:vAlign w:val="center"/>
          </w:tcPr>
          <w:p w14:paraId="10B2DFF8" w14:textId="77777777" w:rsidR="006F50FC" w:rsidRDefault="00526EB8">
            <w:pPr>
              <w:keepNext/>
              <w:spacing w:after="0"/>
            </w:pPr>
            <w:r>
              <w:rPr>
                <w:b/>
                <w:color w:val="FFFFFF"/>
                <w:sz w:val="20"/>
              </w:rPr>
              <w:t>DISABILITY</w:t>
            </w:r>
          </w:p>
        </w:tc>
      </w:tr>
    </w:tbl>
    <w:p w14:paraId="70A34161" w14:textId="77777777" w:rsidR="006F50FC" w:rsidRDefault="00526EB8">
      <w:pPr>
        <w:keepNext/>
        <w:spacing w:after="60"/>
      </w:pPr>
      <w:r>
        <w:rPr>
          <w:sz w:val="4"/>
        </w:rPr>
        <w:t xml:space="preserve"> </w:t>
      </w:r>
    </w:p>
    <w:p w14:paraId="421016DB" w14:textId="77777777" w:rsidR="006F50FC" w:rsidRDefault="00526EB8">
      <w:r>
        <w:t>Do you consider yourself to have a disability, impairment or long- term condition?</w:t>
      </w:r>
    </w:p>
    <w:p w14:paraId="7E49A9B2" w14:textId="6B3B74CF" w:rsidR="006F50FC" w:rsidRDefault="00526EB8">
      <w:r>
        <w:rPr>
          <w:rFonts w:ascii="DejaVu Sans" w:hAnsi="DejaVu Sans"/>
          <w:sz w:val="18"/>
        </w:rPr>
        <w:t xml:space="preserve">(please tick) </w:t>
      </w:r>
      <w:sdt>
        <w:sdtPr>
          <w:rPr>
            <w:rFonts w:ascii="DejaVu Sans" w:hAnsi="DejaVu Sans"/>
            <w:sz w:val="18"/>
          </w:rPr>
          <w:id w:val="-2056150017"/>
          <w14:checkbox>
            <w14:checked w14:val="0"/>
            <w14:checkedState w14:val="2612" w14:font="MS Gothic"/>
            <w14:uncheckedState w14:val="2610" w14:font="MS Gothic"/>
          </w14:checkbox>
        </w:sdtPr>
        <w:sdtEndPr/>
        <w:sdtContent>
          <w:r w:rsidR="00064FE2">
            <w:rPr>
              <w:rFonts w:ascii="MS Gothic" w:eastAsia="MS Gothic" w:hAnsi="MS Gothic" w:hint="eastAsia"/>
              <w:sz w:val="18"/>
            </w:rPr>
            <w:t>☐</w:t>
          </w:r>
        </w:sdtContent>
      </w:sdt>
      <w:r>
        <w:rPr>
          <w:rFonts w:ascii="DejaVu Sans" w:hAnsi="DejaVu Sans"/>
          <w:sz w:val="18"/>
        </w:rPr>
        <w:t xml:space="preserve"> YES </w:t>
      </w:r>
      <w:sdt>
        <w:sdtPr>
          <w:rPr>
            <w:rFonts w:ascii="DejaVu Sans" w:hAnsi="DejaVu Sans"/>
            <w:sz w:val="18"/>
          </w:rPr>
          <w:id w:val="-1300298420"/>
          <w14:checkbox>
            <w14:checked w14:val="0"/>
            <w14:checkedState w14:val="2612" w14:font="MS Gothic"/>
            <w14:uncheckedState w14:val="2610" w14:font="MS Gothic"/>
          </w14:checkbox>
        </w:sdtPr>
        <w:sdtEndPr/>
        <w:sdtContent>
          <w:r w:rsidR="00064FE2">
            <w:rPr>
              <w:rFonts w:ascii="MS Gothic" w:eastAsia="MS Gothic" w:hAnsi="MS Gothic" w:hint="eastAsia"/>
              <w:sz w:val="18"/>
            </w:rPr>
            <w:t>☐</w:t>
          </w:r>
        </w:sdtContent>
      </w:sdt>
      <w:r>
        <w:rPr>
          <w:rFonts w:ascii="DejaVu Sans" w:hAnsi="DejaVu Sans"/>
          <w:sz w:val="18"/>
        </w:rPr>
        <w:t xml:space="preserve"> NO</w:t>
      </w:r>
    </w:p>
    <w:p w14:paraId="6AFFFF35" w14:textId="77777777" w:rsidR="006F50FC" w:rsidRDefault="00526EB8">
      <w:r>
        <w:t>If yes, please tick the areas of disability, impairment or long-term condition:</w:t>
      </w:r>
    </w:p>
    <w:p w14:paraId="79EE83AB" w14:textId="77777777" w:rsidR="006F50FC" w:rsidRDefault="00526EB8">
      <w:r>
        <w:t>(you may indicate more than one area)</w:t>
      </w:r>
    </w:p>
    <w:tbl>
      <w:tblPr>
        <w:tblW w:w="0" w:type="auto"/>
        <w:jc w:val="center"/>
        <w:tblLayout w:type="fixed"/>
        <w:tblLook w:val="04A0" w:firstRow="1" w:lastRow="0" w:firstColumn="1" w:lastColumn="0" w:noHBand="0" w:noVBand="1"/>
      </w:tblPr>
      <w:tblGrid>
        <w:gridCol w:w="5046"/>
        <w:gridCol w:w="5046"/>
      </w:tblGrid>
      <w:tr w:rsidR="006F50FC" w14:paraId="7FC3A639"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4E3E3B38" w14:textId="75550BE1" w:rsidR="006F50FC" w:rsidRDefault="00AF7103">
            <w:pPr>
              <w:spacing w:after="0" w:line="252" w:lineRule="auto"/>
            </w:pPr>
            <w:sdt>
              <w:sdtPr>
                <w:rPr>
                  <w:sz w:val="18"/>
                </w:rPr>
                <w:id w:val="-2043731813"/>
                <w14:checkbox>
                  <w14:checked w14:val="0"/>
                  <w14:checkedState w14:val="2612" w14:font="MS Gothic"/>
                  <w14:uncheckedState w14:val="2610" w14:font="MS Gothic"/>
                </w14:checkbox>
              </w:sdtPr>
              <w:sdtEndPr/>
              <w:sdtContent>
                <w:r w:rsidR="00064FE2">
                  <w:rPr>
                    <w:rFonts w:ascii="MS Gothic" w:eastAsia="MS Gothic" w:hAnsi="MS Gothic" w:hint="eastAsia"/>
                    <w:sz w:val="18"/>
                  </w:rPr>
                  <w:t>☐</w:t>
                </w:r>
              </w:sdtContent>
            </w:sdt>
            <w:r w:rsidR="00064FE2">
              <w:rPr>
                <w:sz w:val="18"/>
              </w:rPr>
              <w:t xml:space="preserve"> Hearing</w:t>
            </w:r>
            <w:r w:rsidR="00692107">
              <w:rPr>
                <w:sz w:val="18"/>
              </w:rPr>
              <w:t>/Deaf</w:t>
            </w:r>
          </w:p>
        </w:tc>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4472B62D" w14:textId="1EF26631" w:rsidR="006F50FC" w:rsidRDefault="00AF7103" w:rsidP="00692107">
            <w:pPr>
              <w:spacing w:after="0" w:line="252" w:lineRule="auto"/>
            </w:pPr>
            <w:sdt>
              <w:sdtPr>
                <w:rPr>
                  <w:sz w:val="18"/>
                </w:rPr>
                <w:id w:val="-306402665"/>
                <w14:checkbox>
                  <w14:checked w14:val="0"/>
                  <w14:checkedState w14:val="2612" w14:font="MS Gothic"/>
                  <w14:uncheckedState w14:val="2610" w14:font="MS Gothic"/>
                </w14:checkbox>
              </w:sdtPr>
              <w:sdtEndPr/>
              <w:sdtContent>
                <w:r w:rsidR="00467A77">
                  <w:rPr>
                    <w:rFonts w:ascii="MS Gothic" w:eastAsia="MS Gothic" w:hAnsi="MS Gothic" w:hint="eastAsia"/>
                    <w:sz w:val="18"/>
                  </w:rPr>
                  <w:t>☐</w:t>
                </w:r>
              </w:sdtContent>
            </w:sdt>
            <w:r w:rsidR="00692107">
              <w:rPr>
                <w:sz w:val="18"/>
              </w:rPr>
              <w:t xml:space="preserve"> Mental Health Condition</w:t>
            </w:r>
          </w:p>
        </w:tc>
      </w:tr>
      <w:tr w:rsidR="00692107" w14:paraId="66696F38"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0FCCDCA9" w14:textId="021C71B1" w:rsidR="00692107" w:rsidRDefault="00AF7103" w:rsidP="00692107">
            <w:pPr>
              <w:spacing w:after="0" w:line="252" w:lineRule="auto"/>
            </w:pPr>
            <w:sdt>
              <w:sdtPr>
                <w:rPr>
                  <w:sz w:val="18"/>
                </w:rPr>
                <w:id w:val="-2057689148"/>
                <w14:checkbox>
                  <w14:checked w14:val="0"/>
                  <w14:checkedState w14:val="2612" w14:font="MS Gothic"/>
                  <w14:uncheckedState w14:val="2610" w14:font="MS Gothic"/>
                </w14:checkbox>
              </w:sdtPr>
              <w:sdtEndPr/>
              <w:sdtContent>
                <w:r w:rsidR="00692107">
                  <w:rPr>
                    <w:rFonts w:ascii="MS Gothic" w:eastAsia="MS Gothic" w:hAnsi="MS Gothic" w:hint="eastAsia"/>
                    <w:sz w:val="18"/>
                  </w:rPr>
                  <w:t>☐</w:t>
                </w:r>
              </w:sdtContent>
            </w:sdt>
            <w:r w:rsidR="00692107">
              <w:rPr>
                <w:sz w:val="18"/>
              </w:rPr>
              <w:t xml:space="preserve"> Physical</w:t>
            </w:r>
          </w:p>
        </w:tc>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4139EDED" w14:textId="3271AEA5" w:rsidR="00692107" w:rsidRDefault="00AF7103">
            <w:pPr>
              <w:spacing w:after="0" w:line="252" w:lineRule="auto"/>
            </w:pPr>
            <w:sdt>
              <w:sdtPr>
                <w:rPr>
                  <w:sz w:val="18"/>
                </w:rPr>
                <w:id w:val="-672258428"/>
                <w14:checkbox>
                  <w14:checked w14:val="0"/>
                  <w14:checkedState w14:val="2612" w14:font="MS Gothic"/>
                  <w14:uncheckedState w14:val="2610" w14:font="MS Gothic"/>
                </w14:checkbox>
              </w:sdtPr>
              <w:sdtEndPr/>
              <w:sdtContent>
                <w:r w:rsidR="00692107">
                  <w:rPr>
                    <w:rFonts w:ascii="MS Gothic" w:eastAsia="MS Gothic" w:hAnsi="MS Gothic" w:hint="eastAsia"/>
                    <w:sz w:val="18"/>
                  </w:rPr>
                  <w:t>☐</w:t>
                </w:r>
              </w:sdtContent>
            </w:sdt>
            <w:r w:rsidR="00692107">
              <w:rPr>
                <w:sz w:val="18"/>
              </w:rPr>
              <w:t xml:space="preserve"> Acquired Brain Impairment</w:t>
            </w:r>
          </w:p>
        </w:tc>
      </w:tr>
      <w:tr w:rsidR="00692107" w14:paraId="2F43C98E"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5DC942D" w14:textId="089FC0A9" w:rsidR="00692107" w:rsidRDefault="00AF7103">
            <w:pPr>
              <w:spacing w:after="0" w:line="252" w:lineRule="auto"/>
            </w:pPr>
            <w:sdt>
              <w:sdtPr>
                <w:rPr>
                  <w:sz w:val="18"/>
                </w:rPr>
                <w:id w:val="1989202057"/>
                <w14:checkbox>
                  <w14:checked w14:val="0"/>
                  <w14:checkedState w14:val="2612" w14:font="MS Gothic"/>
                  <w14:uncheckedState w14:val="2610" w14:font="MS Gothic"/>
                </w14:checkbox>
              </w:sdtPr>
              <w:sdtEndPr/>
              <w:sdtContent>
                <w:r w:rsidR="00692107">
                  <w:rPr>
                    <w:rFonts w:ascii="MS Gothic" w:eastAsia="MS Gothic" w:hAnsi="MS Gothic" w:hint="eastAsia"/>
                    <w:sz w:val="18"/>
                  </w:rPr>
                  <w:t>☐</w:t>
                </w:r>
              </w:sdtContent>
            </w:sdt>
            <w:r w:rsidR="00692107">
              <w:rPr>
                <w:sz w:val="18"/>
              </w:rPr>
              <w:t xml:space="preserve"> Intellectual</w:t>
            </w:r>
          </w:p>
        </w:tc>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2A2D8493" w14:textId="5735B022" w:rsidR="00692107" w:rsidRDefault="00AF7103">
            <w:pPr>
              <w:spacing w:after="0" w:line="252" w:lineRule="auto"/>
            </w:pPr>
            <w:sdt>
              <w:sdtPr>
                <w:rPr>
                  <w:sz w:val="18"/>
                </w:rPr>
                <w:id w:val="1220173219"/>
                <w14:checkbox>
                  <w14:checked w14:val="0"/>
                  <w14:checkedState w14:val="2612" w14:font="MS Gothic"/>
                  <w14:uncheckedState w14:val="2610" w14:font="MS Gothic"/>
                </w14:checkbox>
              </w:sdtPr>
              <w:sdtEndPr/>
              <w:sdtContent>
                <w:r w:rsidR="00692107">
                  <w:rPr>
                    <w:rFonts w:ascii="MS Gothic" w:eastAsia="MS Gothic" w:hAnsi="MS Gothic" w:hint="eastAsia"/>
                    <w:sz w:val="18"/>
                  </w:rPr>
                  <w:t>☐</w:t>
                </w:r>
              </w:sdtContent>
            </w:sdt>
            <w:r w:rsidR="00692107">
              <w:rPr>
                <w:sz w:val="18"/>
              </w:rPr>
              <w:t xml:space="preserve"> Vision</w:t>
            </w:r>
          </w:p>
        </w:tc>
      </w:tr>
      <w:tr w:rsidR="00692107" w14:paraId="68B1F62D"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5698115E" w14:textId="69CE264D" w:rsidR="00692107" w:rsidRDefault="00AF7103">
            <w:pPr>
              <w:spacing w:after="0" w:line="252" w:lineRule="auto"/>
            </w:pPr>
            <w:sdt>
              <w:sdtPr>
                <w:rPr>
                  <w:sz w:val="18"/>
                </w:rPr>
                <w:id w:val="-1972661080"/>
                <w14:checkbox>
                  <w14:checked w14:val="0"/>
                  <w14:checkedState w14:val="2612" w14:font="MS Gothic"/>
                  <w14:uncheckedState w14:val="2610" w14:font="MS Gothic"/>
                </w14:checkbox>
              </w:sdtPr>
              <w:sdtEndPr/>
              <w:sdtContent>
                <w:r w:rsidR="00692107">
                  <w:rPr>
                    <w:rFonts w:ascii="MS Gothic" w:eastAsia="MS Gothic" w:hAnsi="MS Gothic" w:hint="eastAsia"/>
                    <w:sz w:val="18"/>
                  </w:rPr>
                  <w:t>☐</w:t>
                </w:r>
              </w:sdtContent>
            </w:sdt>
            <w:r w:rsidR="00692107">
              <w:rPr>
                <w:sz w:val="18"/>
              </w:rPr>
              <w:t xml:space="preserve"> Learning</w:t>
            </w:r>
          </w:p>
        </w:tc>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22DF399D" w14:textId="41B2F2E6" w:rsidR="00692107" w:rsidRDefault="00AF7103">
            <w:pPr>
              <w:spacing w:after="0" w:line="252" w:lineRule="auto"/>
            </w:pPr>
            <w:sdt>
              <w:sdtPr>
                <w:rPr>
                  <w:sz w:val="18"/>
                </w:rPr>
                <w:id w:val="-1375069509"/>
                <w14:checkbox>
                  <w14:checked w14:val="0"/>
                  <w14:checkedState w14:val="2612" w14:font="MS Gothic"/>
                  <w14:uncheckedState w14:val="2610" w14:font="MS Gothic"/>
                </w14:checkbox>
              </w:sdtPr>
              <w:sdtEndPr/>
              <w:sdtContent>
                <w:r w:rsidR="00692107">
                  <w:rPr>
                    <w:rFonts w:ascii="MS Gothic" w:eastAsia="MS Gothic" w:hAnsi="MS Gothic" w:hint="eastAsia"/>
                    <w:sz w:val="18"/>
                  </w:rPr>
                  <w:t>☐</w:t>
                </w:r>
              </w:sdtContent>
            </w:sdt>
            <w:r w:rsidR="00692107">
              <w:rPr>
                <w:sz w:val="18"/>
              </w:rPr>
              <w:t xml:space="preserve"> Mental Illness</w:t>
            </w:r>
          </w:p>
        </w:tc>
      </w:tr>
    </w:tbl>
    <w:p w14:paraId="78C16D8F" w14:textId="77777777" w:rsidR="006F50FC" w:rsidRDefault="00526EB8">
      <w:pPr>
        <w:spacing w:after="40" w:line="240" w:lineRule="auto"/>
      </w:pPr>
      <w:r>
        <w:rPr>
          <w:sz w:val="4"/>
        </w:rPr>
        <w:t xml:space="preserve"> </w:t>
      </w:r>
    </w:p>
    <w:p w14:paraId="2F9507D4" w14:textId="77777777" w:rsidR="006F50FC" w:rsidRDefault="00526EB8">
      <w:pPr>
        <w:spacing w:after="80"/>
      </w:pPr>
      <w:r>
        <w:t>Other (please specify)</w:t>
      </w:r>
    </w:p>
    <w:p w14:paraId="7B73EE1B" w14:textId="29F1BF62" w:rsidR="008C2B3F" w:rsidRDefault="00526EB8">
      <w:pPr>
        <w:pBdr>
          <w:bottom w:val="single" w:sz="4" w:space="0" w:color="B8B8B8"/>
        </w:pBdr>
        <w:spacing w:after="140" w:line="240" w:lineRule="auto"/>
        <w:rPr>
          <w:sz w:val="26"/>
        </w:rPr>
      </w:pPr>
      <w:r>
        <w:rPr>
          <w:sz w:val="26"/>
        </w:rPr>
        <w:t xml:space="preserve"> </w:t>
      </w:r>
      <w:r w:rsidR="00692107">
        <w:rPr>
          <w:sz w:val="26"/>
        </w:rPr>
        <w:t xml:space="preserve">   </w:t>
      </w:r>
      <w:r w:rsidR="008C2B3F">
        <w:rPr>
          <w:sz w:val="26"/>
        </w:rPr>
        <w:t xml:space="preserve">                                                                                                                                                                              </w:t>
      </w:r>
    </w:p>
    <w:p w14:paraId="0CE83441" w14:textId="77777777" w:rsidR="008C2B3F" w:rsidRDefault="008C2B3F">
      <w:pPr>
        <w:pBdr>
          <w:bottom w:val="single" w:sz="4" w:space="0" w:color="B8B8B8"/>
        </w:pBdr>
        <w:spacing w:after="140" w:line="240" w:lineRule="auto"/>
      </w:pPr>
    </w:p>
    <w:tbl>
      <w:tblPr>
        <w:tblW w:w="0" w:type="auto"/>
        <w:tblLayout w:type="fixed"/>
        <w:tblLook w:val="04A0" w:firstRow="1" w:lastRow="0" w:firstColumn="1" w:lastColumn="0" w:noHBand="0" w:noVBand="1"/>
      </w:tblPr>
      <w:tblGrid>
        <w:gridCol w:w="567"/>
        <w:gridCol w:w="9524"/>
      </w:tblGrid>
      <w:tr w:rsidR="006F50FC" w14:paraId="4AE768DC" w14:textId="77777777">
        <w:tc>
          <w:tcPr>
            <w:tcW w:w="567" w:type="dxa"/>
            <w:shd w:val="clear" w:color="auto" w:fill="E3192A"/>
            <w:tcMar>
              <w:top w:w="95" w:type="dxa"/>
              <w:left w:w="95" w:type="dxa"/>
              <w:bottom w:w="95" w:type="dxa"/>
              <w:right w:w="95" w:type="dxa"/>
            </w:tcMar>
            <w:vAlign w:val="center"/>
          </w:tcPr>
          <w:p w14:paraId="31B1AE83" w14:textId="0C2B9C9F" w:rsidR="006F50FC" w:rsidRDefault="00064FE2">
            <w:pPr>
              <w:keepNext/>
              <w:spacing w:after="0"/>
              <w:jc w:val="center"/>
            </w:pPr>
            <w:r>
              <w:rPr>
                <w:b/>
                <w:color w:val="FFFFFF"/>
                <w:sz w:val="20"/>
              </w:rPr>
              <w:t>14</w:t>
            </w:r>
          </w:p>
        </w:tc>
        <w:tc>
          <w:tcPr>
            <w:tcW w:w="9524" w:type="dxa"/>
            <w:shd w:val="clear" w:color="auto" w:fill="151515"/>
            <w:tcMar>
              <w:top w:w="95" w:type="dxa"/>
              <w:left w:w="95" w:type="dxa"/>
              <w:bottom w:w="95" w:type="dxa"/>
              <w:right w:w="95" w:type="dxa"/>
            </w:tcMar>
            <w:vAlign w:val="center"/>
          </w:tcPr>
          <w:p w14:paraId="0880A931" w14:textId="77777777" w:rsidR="006F50FC" w:rsidRDefault="00526EB8">
            <w:pPr>
              <w:keepNext/>
              <w:spacing w:after="0"/>
            </w:pPr>
            <w:r>
              <w:rPr>
                <w:b/>
                <w:color w:val="FFFFFF"/>
                <w:sz w:val="20"/>
              </w:rPr>
              <w:t>SCHOOLING</w:t>
            </w:r>
          </w:p>
        </w:tc>
      </w:tr>
    </w:tbl>
    <w:p w14:paraId="2AAE9245" w14:textId="77777777" w:rsidR="006F50FC" w:rsidRDefault="00526EB8">
      <w:pPr>
        <w:keepNext/>
        <w:spacing w:after="60"/>
      </w:pPr>
      <w:r>
        <w:rPr>
          <w:sz w:val="4"/>
        </w:rPr>
        <w:t xml:space="preserve"> </w:t>
      </w:r>
    </w:p>
    <w:p w14:paraId="062E2C73" w14:textId="77777777" w:rsidR="006F50FC" w:rsidRDefault="00526EB8">
      <w:r>
        <w:t>What is your highest COMPLETED school level? (Please tick) Do not include the year in which you are currently enrolled.</w:t>
      </w:r>
    </w:p>
    <w:p w14:paraId="346BE0EA" w14:textId="7B2371D5" w:rsidR="006F50FC" w:rsidRPr="00692107" w:rsidRDefault="00526EB8">
      <w:pPr>
        <w:rPr>
          <w:sz w:val="22"/>
        </w:rPr>
      </w:pPr>
      <w:r w:rsidRPr="00692107">
        <w:rPr>
          <w:rFonts w:ascii="DejaVu Sans" w:hAnsi="DejaVu Sans"/>
          <w:sz w:val="22"/>
        </w:rPr>
        <w:t xml:space="preserve">Year 12 </w:t>
      </w:r>
      <w:sdt>
        <w:sdtPr>
          <w:rPr>
            <w:rFonts w:ascii="DejaVu Sans" w:hAnsi="DejaVu Sans"/>
            <w:sz w:val="22"/>
          </w:rPr>
          <w:id w:val="131685753"/>
          <w14:checkbox>
            <w14:checked w14:val="0"/>
            <w14:checkedState w14:val="2612" w14:font="MS Gothic"/>
            <w14:uncheckedState w14:val="2610" w14:font="MS Gothic"/>
          </w14:checkbox>
        </w:sdtPr>
        <w:sdtEndPr/>
        <w:sdtContent>
          <w:r w:rsidR="00064FE2" w:rsidRPr="00692107">
            <w:rPr>
              <w:rFonts w:ascii="MS Gothic" w:eastAsia="MS Gothic" w:hAnsi="MS Gothic" w:hint="eastAsia"/>
              <w:sz w:val="22"/>
            </w:rPr>
            <w:t>☐</w:t>
          </w:r>
        </w:sdtContent>
      </w:sdt>
      <w:r w:rsidRPr="00692107">
        <w:rPr>
          <w:rFonts w:ascii="DejaVu Sans" w:hAnsi="DejaVu Sans"/>
          <w:sz w:val="22"/>
        </w:rPr>
        <w:t xml:space="preserve"> </w:t>
      </w:r>
      <w:r w:rsidR="00692107">
        <w:rPr>
          <w:rFonts w:ascii="DejaVu Sans" w:hAnsi="DejaVu Sans"/>
          <w:sz w:val="22"/>
        </w:rPr>
        <w:tab/>
      </w:r>
      <w:r w:rsidR="00692107">
        <w:rPr>
          <w:rFonts w:ascii="DejaVu Sans" w:hAnsi="DejaVu Sans"/>
          <w:sz w:val="22"/>
        </w:rPr>
        <w:tab/>
      </w:r>
      <w:r w:rsidR="00692107">
        <w:rPr>
          <w:rFonts w:ascii="DejaVu Sans" w:hAnsi="DejaVu Sans"/>
          <w:sz w:val="22"/>
        </w:rPr>
        <w:tab/>
      </w:r>
      <w:r w:rsidRPr="00692107">
        <w:rPr>
          <w:rFonts w:ascii="DejaVu Sans" w:hAnsi="DejaVu Sans"/>
          <w:sz w:val="22"/>
        </w:rPr>
        <w:t xml:space="preserve">Year 9 (or equivalent) </w:t>
      </w:r>
      <w:sdt>
        <w:sdtPr>
          <w:rPr>
            <w:rFonts w:ascii="DejaVu Sans" w:hAnsi="DejaVu Sans"/>
            <w:sz w:val="22"/>
          </w:rPr>
          <w:id w:val="732055367"/>
          <w14:checkbox>
            <w14:checked w14:val="0"/>
            <w14:checkedState w14:val="2612" w14:font="MS Gothic"/>
            <w14:uncheckedState w14:val="2610" w14:font="MS Gothic"/>
          </w14:checkbox>
        </w:sdtPr>
        <w:sdtEndPr/>
        <w:sdtContent>
          <w:r w:rsidR="00064FE2" w:rsidRPr="00692107">
            <w:rPr>
              <w:rFonts w:ascii="MS Gothic" w:eastAsia="MS Gothic" w:hAnsi="MS Gothic" w:hint="eastAsia"/>
              <w:sz w:val="22"/>
            </w:rPr>
            <w:t>☐</w:t>
          </w:r>
        </w:sdtContent>
      </w:sdt>
    </w:p>
    <w:p w14:paraId="270B14F6" w14:textId="77777777" w:rsidR="008C2B3F" w:rsidRPr="00692107" w:rsidRDefault="008C2B3F">
      <w:pPr>
        <w:rPr>
          <w:rFonts w:ascii="DejaVu Sans" w:hAnsi="DejaVu Sans" w:hint="eastAsia"/>
          <w:sz w:val="22"/>
        </w:rPr>
      </w:pPr>
    </w:p>
    <w:p w14:paraId="29A04022" w14:textId="4177BE32" w:rsidR="006F50FC" w:rsidRPr="00692107" w:rsidRDefault="00526EB8">
      <w:pPr>
        <w:rPr>
          <w:sz w:val="22"/>
        </w:rPr>
      </w:pPr>
      <w:r w:rsidRPr="00692107">
        <w:rPr>
          <w:rFonts w:ascii="DejaVu Sans" w:hAnsi="DejaVu Sans"/>
          <w:sz w:val="22"/>
        </w:rPr>
        <w:t xml:space="preserve">Year 11 </w:t>
      </w:r>
      <w:sdt>
        <w:sdtPr>
          <w:rPr>
            <w:rFonts w:ascii="DejaVu Sans" w:hAnsi="DejaVu Sans"/>
            <w:sz w:val="22"/>
          </w:rPr>
          <w:id w:val="-1552760999"/>
          <w14:checkbox>
            <w14:checked w14:val="0"/>
            <w14:checkedState w14:val="2612" w14:font="MS Gothic"/>
            <w14:uncheckedState w14:val="2610" w14:font="MS Gothic"/>
          </w14:checkbox>
        </w:sdtPr>
        <w:sdtEndPr/>
        <w:sdtContent>
          <w:r w:rsidR="00064FE2" w:rsidRPr="00692107">
            <w:rPr>
              <w:rFonts w:ascii="MS Gothic" w:eastAsia="MS Gothic" w:hAnsi="MS Gothic" w:hint="eastAsia"/>
              <w:sz w:val="22"/>
            </w:rPr>
            <w:t>☐</w:t>
          </w:r>
        </w:sdtContent>
      </w:sdt>
      <w:r w:rsidRPr="00692107">
        <w:rPr>
          <w:rFonts w:ascii="DejaVu Sans" w:hAnsi="DejaVu Sans"/>
          <w:sz w:val="22"/>
        </w:rPr>
        <w:t xml:space="preserve"> </w:t>
      </w:r>
      <w:r w:rsidR="00692107">
        <w:rPr>
          <w:rFonts w:ascii="DejaVu Sans" w:hAnsi="DejaVu Sans"/>
          <w:sz w:val="22"/>
        </w:rPr>
        <w:tab/>
      </w:r>
      <w:r w:rsidR="00692107">
        <w:rPr>
          <w:rFonts w:ascii="DejaVu Sans" w:hAnsi="DejaVu Sans"/>
          <w:sz w:val="22"/>
        </w:rPr>
        <w:tab/>
      </w:r>
      <w:r w:rsidR="00692107">
        <w:rPr>
          <w:rFonts w:ascii="DejaVu Sans" w:hAnsi="DejaVu Sans"/>
          <w:sz w:val="22"/>
        </w:rPr>
        <w:tab/>
      </w:r>
      <w:r w:rsidRPr="00692107">
        <w:rPr>
          <w:rFonts w:ascii="DejaVu Sans" w:hAnsi="DejaVu Sans"/>
          <w:sz w:val="22"/>
        </w:rPr>
        <w:t xml:space="preserve">Year 8 (or lower) </w:t>
      </w:r>
      <w:sdt>
        <w:sdtPr>
          <w:rPr>
            <w:rFonts w:ascii="DejaVu Sans" w:hAnsi="DejaVu Sans"/>
            <w:sz w:val="22"/>
          </w:rPr>
          <w:id w:val="1113334662"/>
          <w14:checkbox>
            <w14:checked w14:val="0"/>
            <w14:checkedState w14:val="2612" w14:font="MS Gothic"/>
            <w14:uncheckedState w14:val="2610" w14:font="MS Gothic"/>
          </w14:checkbox>
        </w:sdtPr>
        <w:sdtEndPr/>
        <w:sdtContent>
          <w:r w:rsidR="00BA1234">
            <w:rPr>
              <w:rFonts w:ascii="MS Gothic" w:eastAsia="MS Gothic" w:hAnsi="MS Gothic" w:hint="eastAsia"/>
              <w:sz w:val="22"/>
            </w:rPr>
            <w:t>☐</w:t>
          </w:r>
        </w:sdtContent>
      </w:sdt>
    </w:p>
    <w:p w14:paraId="1952D0A7" w14:textId="77777777" w:rsidR="008C2B3F" w:rsidRPr="00692107" w:rsidRDefault="008C2B3F">
      <w:pPr>
        <w:rPr>
          <w:rFonts w:ascii="DejaVu Sans" w:hAnsi="DejaVu Sans" w:hint="eastAsia"/>
          <w:sz w:val="22"/>
        </w:rPr>
      </w:pPr>
    </w:p>
    <w:p w14:paraId="03C92B00" w14:textId="4F5A73B6" w:rsidR="006F50FC" w:rsidRPr="00692107" w:rsidRDefault="00526EB8">
      <w:pPr>
        <w:rPr>
          <w:sz w:val="22"/>
        </w:rPr>
      </w:pPr>
      <w:r w:rsidRPr="00692107">
        <w:rPr>
          <w:rFonts w:ascii="DejaVu Sans" w:hAnsi="DejaVu Sans"/>
          <w:sz w:val="22"/>
        </w:rPr>
        <w:t xml:space="preserve">Year 10 </w:t>
      </w:r>
      <w:sdt>
        <w:sdtPr>
          <w:rPr>
            <w:rFonts w:ascii="DejaVu Sans" w:hAnsi="DejaVu Sans"/>
            <w:sz w:val="22"/>
          </w:rPr>
          <w:id w:val="220337340"/>
          <w14:checkbox>
            <w14:checked w14:val="0"/>
            <w14:checkedState w14:val="2612" w14:font="MS Gothic"/>
            <w14:uncheckedState w14:val="2610" w14:font="MS Gothic"/>
          </w14:checkbox>
        </w:sdtPr>
        <w:sdtEndPr/>
        <w:sdtContent>
          <w:r w:rsidR="00064FE2" w:rsidRPr="00692107">
            <w:rPr>
              <w:rFonts w:ascii="MS Gothic" w:eastAsia="MS Gothic" w:hAnsi="MS Gothic" w:hint="eastAsia"/>
              <w:sz w:val="22"/>
            </w:rPr>
            <w:t>☐</w:t>
          </w:r>
        </w:sdtContent>
      </w:sdt>
      <w:r w:rsidRPr="00692107">
        <w:rPr>
          <w:rFonts w:ascii="DejaVu Sans" w:hAnsi="DejaVu Sans"/>
          <w:sz w:val="22"/>
        </w:rPr>
        <w:t xml:space="preserve"> </w:t>
      </w:r>
      <w:r w:rsidR="00692107">
        <w:rPr>
          <w:rFonts w:ascii="DejaVu Sans" w:hAnsi="DejaVu Sans"/>
          <w:sz w:val="22"/>
        </w:rPr>
        <w:tab/>
      </w:r>
      <w:r w:rsidR="00692107">
        <w:rPr>
          <w:rFonts w:ascii="DejaVu Sans" w:hAnsi="DejaVu Sans"/>
          <w:sz w:val="22"/>
        </w:rPr>
        <w:tab/>
      </w:r>
      <w:r w:rsidR="00692107">
        <w:rPr>
          <w:rFonts w:ascii="DejaVu Sans" w:hAnsi="DejaVu Sans"/>
          <w:sz w:val="22"/>
        </w:rPr>
        <w:tab/>
      </w:r>
      <w:r w:rsidRPr="00692107">
        <w:rPr>
          <w:rFonts w:ascii="DejaVu Sans" w:hAnsi="DejaVu Sans"/>
          <w:sz w:val="22"/>
        </w:rPr>
        <w:t xml:space="preserve">Never attended school </w:t>
      </w:r>
      <w:sdt>
        <w:sdtPr>
          <w:rPr>
            <w:rFonts w:ascii="DejaVu Sans" w:hAnsi="DejaVu Sans"/>
            <w:sz w:val="22"/>
          </w:rPr>
          <w:id w:val="-808623623"/>
          <w14:checkbox>
            <w14:checked w14:val="0"/>
            <w14:checkedState w14:val="2612" w14:font="MS Gothic"/>
            <w14:uncheckedState w14:val="2610" w14:font="MS Gothic"/>
          </w14:checkbox>
        </w:sdtPr>
        <w:sdtEndPr/>
        <w:sdtContent>
          <w:r w:rsidR="00064FE2" w:rsidRPr="00692107">
            <w:rPr>
              <w:rFonts w:ascii="MS Gothic" w:eastAsia="MS Gothic" w:hAnsi="MS Gothic" w:hint="eastAsia"/>
              <w:sz w:val="22"/>
            </w:rPr>
            <w:t>☐</w:t>
          </w:r>
        </w:sdtContent>
      </w:sdt>
    </w:p>
    <w:p w14:paraId="477C792A" w14:textId="77777777" w:rsidR="008C2B3F" w:rsidRPr="00692107" w:rsidRDefault="008C2B3F">
      <w:pPr>
        <w:rPr>
          <w:rFonts w:ascii="DejaVu Sans" w:hAnsi="DejaVu Sans" w:hint="eastAsia"/>
          <w:sz w:val="22"/>
        </w:rPr>
      </w:pPr>
    </w:p>
    <w:p w14:paraId="57835FE3" w14:textId="191B4D98" w:rsidR="006F50FC" w:rsidRPr="00692107" w:rsidRDefault="00526EB8">
      <w:pPr>
        <w:rPr>
          <w:sz w:val="22"/>
        </w:rPr>
      </w:pPr>
      <w:r w:rsidRPr="00692107">
        <w:rPr>
          <w:rFonts w:ascii="DejaVu Sans" w:hAnsi="DejaVu Sans"/>
          <w:sz w:val="22"/>
        </w:rPr>
        <w:t xml:space="preserve">Was this completed in Victoria? (please tick) </w:t>
      </w:r>
      <w:sdt>
        <w:sdtPr>
          <w:rPr>
            <w:rFonts w:ascii="DejaVu Sans" w:hAnsi="DejaVu Sans"/>
            <w:sz w:val="22"/>
          </w:rPr>
          <w:id w:val="429331558"/>
          <w14:checkbox>
            <w14:checked w14:val="0"/>
            <w14:checkedState w14:val="2612" w14:font="MS Gothic"/>
            <w14:uncheckedState w14:val="2610" w14:font="MS Gothic"/>
          </w14:checkbox>
        </w:sdtPr>
        <w:sdtEndPr/>
        <w:sdtContent>
          <w:r w:rsidR="00064FE2" w:rsidRPr="00692107">
            <w:rPr>
              <w:rFonts w:ascii="MS Gothic" w:eastAsia="MS Gothic" w:hAnsi="MS Gothic" w:hint="eastAsia"/>
              <w:sz w:val="22"/>
            </w:rPr>
            <w:t>☐</w:t>
          </w:r>
        </w:sdtContent>
      </w:sdt>
      <w:r w:rsidRPr="00692107">
        <w:rPr>
          <w:rFonts w:ascii="DejaVu Sans" w:hAnsi="DejaVu Sans"/>
          <w:sz w:val="22"/>
        </w:rPr>
        <w:t xml:space="preserve"> YES </w:t>
      </w:r>
      <w:sdt>
        <w:sdtPr>
          <w:rPr>
            <w:rFonts w:ascii="DejaVu Sans" w:hAnsi="DejaVu Sans"/>
            <w:sz w:val="22"/>
          </w:rPr>
          <w:id w:val="-1616745382"/>
          <w14:checkbox>
            <w14:checked w14:val="0"/>
            <w14:checkedState w14:val="2612" w14:font="MS Gothic"/>
            <w14:uncheckedState w14:val="2610" w14:font="MS Gothic"/>
          </w14:checkbox>
        </w:sdtPr>
        <w:sdtEndPr/>
        <w:sdtContent>
          <w:r w:rsidR="00064FE2" w:rsidRPr="00692107">
            <w:rPr>
              <w:rFonts w:ascii="MS Gothic" w:eastAsia="MS Gothic" w:hAnsi="MS Gothic" w:hint="eastAsia"/>
              <w:sz w:val="22"/>
            </w:rPr>
            <w:t>☐</w:t>
          </w:r>
        </w:sdtContent>
      </w:sdt>
      <w:r w:rsidRPr="00692107">
        <w:rPr>
          <w:rFonts w:ascii="DejaVu Sans" w:hAnsi="DejaVu Sans"/>
          <w:sz w:val="22"/>
        </w:rPr>
        <w:t>NO</w:t>
      </w:r>
    </w:p>
    <w:p w14:paraId="15D7FFA7" w14:textId="77777777" w:rsidR="008C2B3F" w:rsidRPr="00692107" w:rsidRDefault="008C2B3F">
      <w:pPr>
        <w:spacing w:after="80"/>
        <w:rPr>
          <w:sz w:val="22"/>
        </w:rPr>
      </w:pPr>
    </w:p>
    <w:p w14:paraId="66026CD7" w14:textId="0D411BE6" w:rsidR="006F50FC" w:rsidRPr="00692107" w:rsidRDefault="00526EB8">
      <w:pPr>
        <w:spacing w:after="80"/>
        <w:rPr>
          <w:sz w:val="22"/>
        </w:rPr>
      </w:pPr>
      <w:r w:rsidRPr="00692107">
        <w:rPr>
          <w:sz w:val="22"/>
        </w:rPr>
        <w:t>If no, please specify which state or country</w:t>
      </w:r>
    </w:p>
    <w:p w14:paraId="06166B18" w14:textId="77777777" w:rsidR="006F50FC" w:rsidRDefault="00526EB8">
      <w:pPr>
        <w:pBdr>
          <w:bottom w:val="single" w:sz="4" w:space="0" w:color="B8B8B8"/>
        </w:pBdr>
        <w:spacing w:after="140" w:line="240" w:lineRule="auto"/>
      </w:pPr>
      <w:r>
        <w:rPr>
          <w:sz w:val="26"/>
        </w:rPr>
        <w:t xml:space="preserve"> </w:t>
      </w:r>
    </w:p>
    <w:p w14:paraId="48EA0B9C" w14:textId="77777777" w:rsidR="00AB072D" w:rsidRDefault="00AB072D">
      <w:pPr>
        <w:rPr>
          <w:rFonts w:ascii="DejaVu Sans" w:hAnsi="DejaVu Sans" w:hint="eastAsia"/>
          <w:sz w:val="18"/>
        </w:rPr>
      </w:pPr>
    </w:p>
    <w:p w14:paraId="59DF182C" w14:textId="77777777" w:rsidR="0063773B" w:rsidRDefault="0063773B">
      <w:pPr>
        <w:rPr>
          <w:rFonts w:ascii="DejaVu Sans" w:hAnsi="DejaVu Sans" w:hint="eastAsia"/>
          <w:sz w:val="18"/>
        </w:rPr>
      </w:pPr>
    </w:p>
    <w:p w14:paraId="050345DE" w14:textId="77777777" w:rsidR="0063773B" w:rsidRDefault="0063773B">
      <w:pPr>
        <w:rPr>
          <w:rFonts w:ascii="DejaVu Sans" w:hAnsi="DejaVu Sans" w:hint="eastAsia"/>
          <w:sz w:val="18"/>
        </w:rPr>
      </w:pPr>
    </w:p>
    <w:p w14:paraId="1F95DF24" w14:textId="77777777" w:rsidR="0063773B" w:rsidRDefault="0063773B">
      <w:pPr>
        <w:rPr>
          <w:rFonts w:ascii="DejaVu Sans" w:hAnsi="DejaVu Sans" w:hint="eastAsia"/>
          <w:sz w:val="18"/>
        </w:rPr>
      </w:pPr>
    </w:p>
    <w:p w14:paraId="73408C01" w14:textId="77777777" w:rsidR="0063773B" w:rsidRDefault="0063773B">
      <w:pPr>
        <w:rPr>
          <w:rFonts w:ascii="DejaVu Sans" w:hAnsi="DejaVu Sans" w:hint="eastAsia"/>
          <w:sz w:val="18"/>
        </w:rPr>
      </w:pPr>
    </w:p>
    <w:p w14:paraId="7C2F9F7D" w14:textId="77777777" w:rsidR="0063773B" w:rsidRDefault="0063773B">
      <w:pPr>
        <w:rPr>
          <w:rFonts w:ascii="DejaVu Sans" w:hAnsi="DejaVu Sans" w:hint="eastAsia"/>
          <w:sz w:val="18"/>
        </w:rPr>
      </w:pPr>
    </w:p>
    <w:p w14:paraId="77E62B53" w14:textId="77777777" w:rsidR="0063773B" w:rsidRDefault="0063773B">
      <w:pPr>
        <w:rPr>
          <w:rFonts w:ascii="DejaVu Sans" w:hAnsi="DejaVu Sans" w:hint="eastAsia"/>
          <w:sz w:val="18"/>
        </w:rPr>
      </w:pPr>
    </w:p>
    <w:p w14:paraId="612F7F37" w14:textId="77777777" w:rsidR="0063773B" w:rsidRDefault="0063773B">
      <w:pPr>
        <w:rPr>
          <w:rFonts w:ascii="DejaVu Sans" w:hAnsi="DejaVu Sans" w:hint="eastAsia"/>
          <w:sz w:val="18"/>
        </w:rPr>
      </w:pPr>
    </w:p>
    <w:p w14:paraId="343071BF" w14:textId="77777777" w:rsidR="0063773B" w:rsidRDefault="0063773B">
      <w:pPr>
        <w:rPr>
          <w:rFonts w:ascii="DejaVu Sans" w:hAnsi="DejaVu Sans" w:hint="eastAsia"/>
          <w:sz w:val="18"/>
        </w:rPr>
      </w:pPr>
    </w:p>
    <w:p w14:paraId="2AB81198" w14:textId="77777777" w:rsidR="0063773B" w:rsidRDefault="0063773B">
      <w:pPr>
        <w:rPr>
          <w:rFonts w:ascii="DejaVu Sans" w:hAnsi="DejaVu Sans" w:hint="eastAsia"/>
          <w:sz w:val="18"/>
        </w:rPr>
      </w:pPr>
    </w:p>
    <w:p w14:paraId="51B7CF61" w14:textId="77777777" w:rsidR="0063773B" w:rsidRDefault="0063773B">
      <w:pPr>
        <w:rPr>
          <w:rFonts w:ascii="DejaVu Sans" w:hAnsi="DejaVu Sans" w:hint="eastAsia"/>
          <w:sz w:val="18"/>
        </w:rPr>
      </w:pPr>
    </w:p>
    <w:p w14:paraId="6F51BC61" w14:textId="77777777" w:rsidR="00DF2608" w:rsidRDefault="00DF2608" w:rsidP="008C2B3F">
      <w:pPr>
        <w:pStyle w:val="Title"/>
      </w:pPr>
    </w:p>
    <w:p w14:paraId="5493FB05" w14:textId="66C6AFC3" w:rsidR="0063773B" w:rsidRPr="008C2B3F" w:rsidRDefault="008C2B3F" w:rsidP="008C2B3F">
      <w:pPr>
        <w:pStyle w:val="Title"/>
      </w:pPr>
      <w:r>
        <w:lastRenderedPageBreak/>
        <w:t>QUALIFICATIONS</w:t>
      </w:r>
    </w:p>
    <w:tbl>
      <w:tblPr>
        <w:tblW w:w="0" w:type="auto"/>
        <w:tblLayout w:type="fixed"/>
        <w:tblLook w:val="04A0" w:firstRow="1" w:lastRow="0" w:firstColumn="1" w:lastColumn="0" w:noHBand="0" w:noVBand="1"/>
      </w:tblPr>
      <w:tblGrid>
        <w:gridCol w:w="567"/>
        <w:gridCol w:w="9524"/>
      </w:tblGrid>
      <w:tr w:rsidR="0063773B" w14:paraId="011EE8D6" w14:textId="77777777" w:rsidTr="00526EB8">
        <w:tc>
          <w:tcPr>
            <w:tcW w:w="567" w:type="dxa"/>
            <w:shd w:val="clear" w:color="auto" w:fill="E3192A"/>
            <w:tcMar>
              <w:top w:w="95" w:type="dxa"/>
              <w:left w:w="95" w:type="dxa"/>
              <w:bottom w:w="95" w:type="dxa"/>
              <w:right w:w="95" w:type="dxa"/>
            </w:tcMar>
            <w:vAlign w:val="center"/>
          </w:tcPr>
          <w:p w14:paraId="09067C50" w14:textId="7C3EE38E" w:rsidR="0063773B" w:rsidRDefault="0063773B" w:rsidP="00526EB8">
            <w:pPr>
              <w:keepNext/>
              <w:spacing w:after="0"/>
              <w:jc w:val="center"/>
            </w:pPr>
            <w:r>
              <w:rPr>
                <w:b/>
                <w:color w:val="FFFFFF"/>
                <w:sz w:val="20"/>
              </w:rPr>
              <w:t xml:space="preserve">15 </w:t>
            </w:r>
          </w:p>
        </w:tc>
        <w:tc>
          <w:tcPr>
            <w:tcW w:w="9524" w:type="dxa"/>
            <w:shd w:val="clear" w:color="auto" w:fill="151515"/>
            <w:tcMar>
              <w:top w:w="95" w:type="dxa"/>
              <w:left w:w="95" w:type="dxa"/>
              <w:bottom w:w="95" w:type="dxa"/>
              <w:right w:w="95" w:type="dxa"/>
            </w:tcMar>
            <w:vAlign w:val="center"/>
          </w:tcPr>
          <w:p w14:paraId="58DBBE43" w14:textId="5FCC74CC" w:rsidR="0063773B" w:rsidRDefault="0063773B" w:rsidP="00526EB8">
            <w:pPr>
              <w:keepNext/>
              <w:spacing w:after="0"/>
            </w:pPr>
            <w:r>
              <w:rPr>
                <w:b/>
                <w:color w:val="FFFFFF"/>
                <w:sz w:val="20"/>
              </w:rPr>
              <w:t xml:space="preserve">Previous Qualifications Achieved </w:t>
            </w:r>
          </w:p>
        </w:tc>
      </w:tr>
    </w:tbl>
    <w:p w14:paraId="17C13D03" w14:textId="77777777" w:rsidR="00AB072D" w:rsidRDefault="00AB072D"/>
    <w:p w14:paraId="2562C176" w14:textId="030210C5" w:rsidR="006F50FC" w:rsidRDefault="0063773B" w:rsidP="0063773B">
      <w:pPr>
        <w:keepNext/>
        <w:spacing w:after="60"/>
      </w:pPr>
      <w:r>
        <w:rPr>
          <w:rFonts w:ascii="DejaVu Sans" w:hAnsi="DejaVu Sans"/>
          <w:sz w:val="18"/>
        </w:rPr>
        <w:t xml:space="preserve">Have you SUCCESSFULLY completed any of the following qualifications? Do not include any certificates completed as part of VCE or secondary school or not yet completed. (Please tick one) </w:t>
      </w:r>
      <w:sdt>
        <w:sdtPr>
          <w:rPr>
            <w:rFonts w:ascii="DejaVu Sans" w:hAnsi="DejaVu Sans"/>
            <w:sz w:val="18"/>
          </w:rPr>
          <w:id w:val="-368840498"/>
          <w14:checkbox>
            <w14:checked w14:val="0"/>
            <w14:checkedState w14:val="2612" w14:font="MS Gothic"/>
            <w14:uncheckedState w14:val="2610" w14:font="MS Gothic"/>
          </w14:checkbox>
        </w:sdtPr>
        <w:sdtEndPr/>
        <w:sdtContent>
          <w:r>
            <w:rPr>
              <w:rFonts w:ascii="MS Gothic" w:eastAsia="MS Gothic" w:hAnsi="MS Gothic" w:hint="eastAsia"/>
              <w:sz w:val="18"/>
            </w:rPr>
            <w:t>☐</w:t>
          </w:r>
        </w:sdtContent>
      </w:sdt>
      <w:r>
        <w:rPr>
          <w:rFonts w:ascii="DejaVu Sans" w:hAnsi="DejaVu Sans"/>
          <w:sz w:val="18"/>
        </w:rPr>
        <w:t xml:space="preserve"> YES </w:t>
      </w:r>
      <w:sdt>
        <w:sdtPr>
          <w:rPr>
            <w:rFonts w:ascii="DejaVu Sans" w:hAnsi="DejaVu Sans"/>
            <w:sz w:val="18"/>
          </w:rPr>
          <w:id w:val="439111666"/>
          <w14:checkbox>
            <w14:checked w14:val="0"/>
            <w14:checkedState w14:val="2612" w14:font="MS Gothic"/>
            <w14:uncheckedState w14:val="2610" w14:font="MS Gothic"/>
          </w14:checkbox>
        </w:sdtPr>
        <w:sdtEndPr/>
        <w:sdtContent>
          <w:r>
            <w:rPr>
              <w:rFonts w:ascii="MS Gothic" w:eastAsia="MS Gothic" w:hAnsi="MS Gothic" w:hint="eastAsia"/>
              <w:sz w:val="18"/>
            </w:rPr>
            <w:t>☐</w:t>
          </w:r>
        </w:sdtContent>
      </w:sdt>
      <w:r>
        <w:rPr>
          <w:rFonts w:ascii="DejaVu Sans" w:hAnsi="DejaVu Sans"/>
          <w:sz w:val="18"/>
        </w:rPr>
        <w:t xml:space="preserve"> NO</w:t>
      </w:r>
    </w:p>
    <w:p w14:paraId="58A49F90" w14:textId="77777777" w:rsidR="006F50FC" w:rsidRDefault="00526EB8">
      <w:r>
        <w:t>If no, please continue to next question</w:t>
      </w:r>
    </w:p>
    <w:p w14:paraId="3E8A2D08" w14:textId="77777777" w:rsidR="006F50FC" w:rsidRDefault="00526EB8">
      <w:r>
        <w:t>If yes, please tick one of these Prior Education Achievement Recognition Identifiers for all applicable qualification levels.</w:t>
      </w:r>
    </w:p>
    <w:p w14:paraId="55EE5DF4" w14:textId="77777777" w:rsidR="006F50FC" w:rsidRDefault="00526EB8">
      <w:r>
        <w:t>A – Australian E – Australian equivalent I – International</w:t>
      </w:r>
    </w:p>
    <w:p w14:paraId="34972F82" w14:textId="77777777" w:rsidR="006F50FC" w:rsidRDefault="00526EB8">
      <w:r>
        <w:t>Note: If you have multiple Prior Education Achievement Recognition Identifiers for any one qualification, use the following priority order to determine which identifier to use:</w:t>
      </w:r>
    </w:p>
    <w:p w14:paraId="27066E36" w14:textId="77777777" w:rsidR="006F50FC" w:rsidRDefault="00526EB8">
      <w:r>
        <w:t>1. Australian</w:t>
      </w:r>
    </w:p>
    <w:p w14:paraId="3CBEDB3E" w14:textId="77777777" w:rsidR="006F50FC" w:rsidRDefault="00526EB8">
      <w:r>
        <w:t>2. Australian equivalent</w:t>
      </w:r>
    </w:p>
    <w:p w14:paraId="00EDBA43" w14:textId="77777777" w:rsidR="006F50FC" w:rsidRDefault="00526EB8">
      <w:r>
        <w:t>3. International</w:t>
      </w:r>
    </w:p>
    <w:p w14:paraId="515FBFFA" w14:textId="77777777" w:rsidR="008C2B3F" w:rsidRDefault="008C2B3F"/>
    <w:p w14:paraId="0C93A881" w14:textId="77777777" w:rsidR="008C2B3F" w:rsidRDefault="008C2B3F"/>
    <w:p w14:paraId="54532CDC" w14:textId="161C5A04" w:rsidR="0063773B" w:rsidRDefault="0063773B"/>
    <w:tbl>
      <w:tblPr>
        <w:tblW w:w="0" w:type="auto"/>
        <w:jc w:val="center"/>
        <w:tblLayout w:type="fixed"/>
        <w:tblLook w:val="04A0" w:firstRow="1" w:lastRow="0" w:firstColumn="1" w:lastColumn="0" w:noHBand="0" w:noVBand="1"/>
      </w:tblPr>
      <w:tblGrid>
        <w:gridCol w:w="7540"/>
        <w:gridCol w:w="850"/>
        <w:gridCol w:w="850"/>
        <w:gridCol w:w="850"/>
      </w:tblGrid>
      <w:tr w:rsidR="006F50FC" w14:paraId="3C2EA2C4" w14:textId="77777777">
        <w:trPr>
          <w:cantSplit/>
          <w:tblHeader/>
          <w:jc w:val="center"/>
        </w:trPr>
        <w:tc>
          <w:tcPr>
            <w:tcW w:w="7540" w:type="dxa"/>
            <w:tcBorders>
              <w:top w:val="single" w:sz="4" w:space="0" w:color="D9D9D9"/>
              <w:left w:val="single" w:sz="4" w:space="0" w:color="D9D9D9"/>
              <w:bottom w:val="single" w:sz="4" w:space="0" w:color="D9D9D9"/>
              <w:right w:val="single" w:sz="4" w:space="0" w:color="D9D9D9"/>
            </w:tcBorders>
            <w:shd w:val="clear" w:color="auto" w:fill="151515"/>
            <w:tcMar>
              <w:top w:w="80" w:type="dxa"/>
              <w:left w:w="80" w:type="dxa"/>
              <w:bottom w:w="80" w:type="dxa"/>
              <w:right w:w="80" w:type="dxa"/>
            </w:tcMar>
            <w:vAlign w:val="center"/>
          </w:tcPr>
          <w:p w14:paraId="3B0F3C8F" w14:textId="77777777" w:rsidR="006F50FC" w:rsidRDefault="00526EB8">
            <w:pPr>
              <w:spacing w:after="0" w:line="252" w:lineRule="auto"/>
            </w:pPr>
            <w:r>
              <w:rPr>
                <w:b/>
                <w:color w:val="FFFFFF"/>
                <w:sz w:val="20"/>
              </w:rPr>
              <w:t>Qualification</w:t>
            </w:r>
          </w:p>
        </w:tc>
        <w:tc>
          <w:tcPr>
            <w:tcW w:w="850" w:type="dxa"/>
            <w:tcBorders>
              <w:top w:val="single" w:sz="4" w:space="0" w:color="D9D9D9"/>
              <w:left w:val="single" w:sz="4" w:space="0" w:color="D9D9D9"/>
              <w:bottom w:val="single" w:sz="4" w:space="0" w:color="D9D9D9"/>
              <w:right w:val="single" w:sz="4" w:space="0" w:color="D9D9D9"/>
            </w:tcBorders>
            <w:shd w:val="clear" w:color="auto" w:fill="151515"/>
            <w:tcMar>
              <w:top w:w="80" w:type="dxa"/>
              <w:left w:w="80" w:type="dxa"/>
              <w:bottom w:w="80" w:type="dxa"/>
              <w:right w:w="80" w:type="dxa"/>
            </w:tcMar>
            <w:vAlign w:val="center"/>
          </w:tcPr>
          <w:p w14:paraId="529317D6" w14:textId="77777777" w:rsidR="006F50FC" w:rsidRDefault="00526EB8">
            <w:pPr>
              <w:spacing w:after="0" w:line="252" w:lineRule="auto"/>
            </w:pPr>
            <w:r>
              <w:rPr>
                <w:b/>
                <w:color w:val="FFFFFF"/>
                <w:sz w:val="20"/>
              </w:rPr>
              <w:t>A</w:t>
            </w:r>
          </w:p>
        </w:tc>
        <w:tc>
          <w:tcPr>
            <w:tcW w:w="850" w:type="dxa"/>
            <w:tcBorders>
              <w:top w:val="single" w:sz="4" w:space="0" w:color="D9D9D9"/>
              <w:left w:val="single" w:sz="4" w:space="0" w:color="D9D9D9"/>
              <w:bottom w:val="single" w:sz="4" w:space="0" w:color="D9D9D9"/>
              <w:right w:val="single" w:sz="4" w:space="0" w:color="D9D9D9"/>
            </w:tcBorders>
            <w:shd w:val="clear" w:color="auto" w:fill="151515"/>
            <w:tcMar>
              <w:top w:w="80" w:type="dxa"/>
              <w:left w:w="80" w:type="dxa"/>
              <w:bottom w:w="80" w:type="dxa"/>
              <w:right w:w="80" w:type="dxa"/>
            </w:tcMar>
            <w:vAlign w:val="center"/>
          </w:tcPr>
          <w:p w14:paraId="70064288" w14:textId="77777777" w:rsidR="006F50FC" w:rsidRDefault="00526EB8">
            <w:pPr>
              <w:spacing w:after="0" w:line="252" w:lineRule="auto"/>
            </w:pPr>
            <w:r>
              <w:rPr>
                <w:b/>
                <w:color w:val="FFFFFF"/>
                <w:sz w:val="20"/>
              </w:rPr>
              <w:t>E</w:t>
            </w:r>
          </w:p>
        </w:tc>
        <w:tc>
          <w:tcPr>
            <w:tcW w:w="850" w:type="dxa"/>
            <w:tcBorders>
              <w:top w:val="single" w:sz="4" w:space="0" w:color="D9D9D9"/>
              <w:left w:val="single" w:sz="4" w:space="0" w:color="D9D9D9"/>
              <w:bottom w:val="single" w:sz="4" w:space="0" w:color="D9D9D9"/>
              <w:right w:val="single" w:sz="4" w:space="0" w:color="D9D9D9"/>
            </w:tcBorders>
            <w:shd w:val="clear" w:color="auto" w:fill="151515"/>
            <w:tcMar>
              <w:top w:w="80" w:type="dxa"/>
              <w:left w:w="80" w:type="dxa"/>
              <w:bottom w:w="80" w:type="dxa"/>
              <w:right w:w="80" w:type="dxa"/>
            </w:tcMar>
            <w:vAlign w:val="center"/>
          </w:tcPr>
          <w:p w14:paraId="3B335AC9" w14:textId="77777777" w:rsidR="006F50FC" w:rsidRDefault="00526EB8">
            <w:pPr>
              <w:spacing w:after="0" w:line="252" w:lineRule="auto"/>
            </w:pPr>
            <w:r>
              <w:rPr>
                <w:b/>
                <w:color w:val="FFFFFF"/>
                <w:sz w:val="20"/>
              </w:rPr>
              <w:t>I</w:t>
            </w:r>
          </w:p>
        </w:tc>
      </w:tr>
      <w:tr w:rsidR="006F50FC" w14:paraId="4C6D78C8" w14:textId="77777777">
        <w:trPr>
          <w:cantSplit/>
          <w:jc w:val="center"/>
        </w:trPr>
        <w:tc>
          <w:tcPr>
            <w:tcW w:w="7540"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6427198F" w14:textId="77777777" w:rsidR="006F50FC" w:rsidRDefault="00526EB8">
            <w:pPr>
              <w:spacing w:after="0" w:line="252" w:lineRule="auto"/>
            </w:pPr>
            <w:r>
              <w:rPr>
                <w:sz w:val="20"/>
              </w:rPr>
              <w:t>Bachelor Degree or Higher Degree</w:t>
            </w:r>
          </w:p>
        </w:tc>
        <w:sdt>
          <w:sdtPr>
            <w:id w:val="-1851628009"/>
            <w14:checkbox>
              <w14:checked w14:val="0"/>
              <w14:checkedState w14:val="2612" w14:font="MS Gothic"/>
              <w14:uncheckedState w14:val="2610" w14:font="MS Gothic"/>
            </w14:checkbox>
          </w:sdtPr>
          <w:sdtEndPr/>
          <w:sdtContent>
            <w:tc>
              <w:tcPr>
                <w:tcW w:w="850"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4B0C736B" w14:textId="75B8D26E" w:rsidR="006F50FC" w:rsidRDefault="0063773B">
                <w:pPr>
                  <w:spacing w:after="0" w:line="252" w:lineRule="auto"/>
                </w:pPr>
                <w:r>
                  <w:rPr>
                    <w:rFonts w:ascii="MS Gothic" w:eastAsia="MS Gothic" w:hAnsi="MS Gothic" w:hint="eastAsia"/>
                  </w:rPr>
                  <w:t>☐</w:t>
                </w:r>
              </w:p>
            </w:tc>
          </w:sdtContent>
        </w:sdt>
        <w:sdt>
          <w:sdtPr>
            <w:rPr>
              <w:sz w:val="20"/>
            </w:rPr>
            <w:id w:val="249624134"/>
            <w14:checkbox>
              <w14:checked w14:val="0"/>
              <w14:checkedState w14:val="2612" w14:font="MS Gothic"/>
              <w14:uncheckedState w14:val="2610" w14:font="MS Gothic"/>
            </w14:checkbox>
          </w:sdtPr>
          <w:sdtEndPr/>
          <w:sdtContent>
            <w:tc>
              <w:tcPr>
                <w:tcW w:w="850"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37B49C00" w14:textId="289F5EDA" w:rsidR="0063773B" w:rsidRPr="0063773B" w:rsidRDefault="0063773B">
                <w:pPr>
                  <w:spacing w:after="0" w:line="252" w:lineRule="auto"/>
                  <w:rPr>
                    <w:sz w:val="20"/>
                  </w:rPr>
                </w:pPr>
                <w:r>
                  <w:rPr>
                    <w:rFonts w:ascii="MS Gothic" w:eastAsia="MS Gothic" w:hAnsi="MS Gothic" w:hint="eastAsia"/>
                    <w:sz w:val="20"/>
                  </w:rPr>
                  <w:t>☐</w:t>
                </w:r>
              </w:p>
            </w:tc>
          </w:sdtContent>
        </w:sdt>
        <w:sdt>
          <w:sdtPr>
            <w:id w:val="707839158"/>
            <w14:checkbox>
              <w14:checked w14:val="0"/>
              <w14:checkedState w14:val="2612" w14:font="MS Gothic"/>
              <w14:uncheckedState w14:val="2610" w14:font="MS Gothic"/>
            </w14:checkbox>
          </w:sdtPr>
          <w:sdtEndPr/>
          <w:sdtContent>
            <w:tc>
              <w:tcPr>
                <w:tcW w:w="850"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26D17475" w14:textId="6CBE5A9E" w:rsidR="006F50FC" w:rsidRDefault="0063773B">
                <w:pPr>
                  <w:spacing w:after="0" w:line="252" w:lineRule="auto"/>
                </w:pPr>
                <w:r>
                  <w:rPr>
                    <w:rFonts w:ascii="MS Gothic" w:eastAsia="MS Gothic" w:hAnsi="MS Gothic" w:hint="eastAsia"/>
                  </w:rPr>
                  <w:t>☐</w:t>
                </w:r>
              </w:p>
            </w:tc>
          </w:sdtContent>
        </w:sdt>
      </w:tr>
      <w:tr w:rsidR="006F50FC" w14:paraId="04ECA690" w14:textId="77777777">
        <w:trPr>
          <w:cantSplit/>
          <w:jc w:val="center"/>
        </w:trPr>
        <w:tc>
          <w:tcPr>
            <w:tcW w:w="754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EBF670D" w14:textId="77777777" w:rsidR="006F50FC" w:rsidRDefault="00526EB8">
            <w:pPr>
              <w:spacing w:after="0" w:line="252" w:lineRule="auto"/>
            </w:pPr>
            <w:r>
              <w:rPr>
                <w:sz w:val="20"/>
              </w:rPr>
              <w:t>Advanced Diploma or Associate Degree</w:t>
            </w:r>
          </w:p>
        </w:tc>
        <w:sdt>
          <w:sdtPr>
            <w:id w:val="37014401"/>
            <w14:checkbox>
              <w14:checked w14:val="0"/>
              <w14:checkedState w14:val="2612" w14:font="MS Gothic"/>
              <w14:uncheckedState w14:val="2610" w14:font="MS Gothic"/>
            </w14:checkbox>
          </w:sdtPr>
          <w:sdtEndPr/>
          <w:sdtContent>
            <w:tc>
              <w:tcPr>
                <w:tcW w:w="85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2FE121C2" w14:textId="3E2A76BB" w:rsidR="006F50FC" w:rsidRDefault="0063773B">
                <w:pPr>
                  <w:spacing w:after="0" w:line="252" w:lineRule="auto"/>
                </w:pPr>
                <w:r>
                  <w:rPr>
                    <w:rFonts w:ascii="MS Gothic" w:eastAsia="MS Gothic" w:hAnsi="MS Gothic" w:hint="eastAsia"/>
                  </w:rPr>
                  <w:t>☐</w:t>
                </w:r>
              </w:p>
            </w:tc>
          </w:sdtContent>
        </w:sdt>
        <w:sdt>
          <w:sdtPr>
            <w:id w:val="-1230075634"/>
            <w14:checkbox>
              <w14:checked w14:val="0"/>
              <w14:checkedState w14:val="2612" w14:font="MS Gothic"/>
              <w14:uncheckedState w14:val="2610" w14:font="MS Gothic"/>
            </w14:checkbox>
          </w:sdtPr>
          <w:sdtEndPr/>
          <w:sdtContent>
            <w:tc>
              <w:tcPr>
                <w:tcW w:w="85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6AD8E69E" w14:textId="202A8BCD" w:rsidR="006F50FC" w:rsidRDefault="0063773B">
                <w:pPr>
                  <w:spacing w:after="0" w:line="252" w:lineRule="auto"/>
                </w:pPr>
                <w:r>
                  <w:rPr>
                    <w:rFonts w:ascii="MS Gothic" w:eastAsia="MS Gothic" w:hAnsi="MS Gothic" w:hint="eastAsia"/>
                  </w:rPr>
                  <w:t>☐</w:t>
                </w:r>
              </w:p>
            </w:tc>
          </w:sdtContent>
        </w:sdt>
        <w:sdt>
          <w:sdtPr>
            <w:id w:val="-1843929497"/>
            <w14:checkbox>
              <w14:checked w14:val="0"/>
              <w14:checkedState w14:val="2612" w14:font="MS Gothic"/>
              <w14:uncheckedState w14:val="2610" w14:font="MS Gothic"/>
            </w14:checkbox>
          </w:sdtPr>
          <w:sdtEndPr/>
          <w:sdtContent>
            <w:tc>
              <w:tcPr>
                <w:tcW w:w="85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E141EC1" w14:textId="461DEEF9" w:rsidR="006F50FC" w:rsidRDefault="0063773B">
                <w:pPr>
                  <w:spacing w:after="0" w:line="252" w:lineRule="auto"/>
                </w:pPr>
                <w:r>
                  <w:rPr>
                    <w:rFonts w:ascii="MS Gothic" w:eastAsia="MS Gothic" w:hAnsi="MS Gothic" w:hint="eastAsia"/>
                  </w:rPr>
                  <w:t>☐</w:t>
                </w:r>
              </w:p>
            </w:tc>
          </w:sdtContent>
        </w:sdt>
      </w:tr>
      <w:tr w:rsidR="006F50FC" w14:paraId="31D384A2" w14:textId="77777777">
        <w:trPr>
          <w:cantSplit/>
          <w:jc w:val="center"/>
        </w:trPr>
        <w:tc>
          <w:tcPr>
            <w:tcW w:w="7540"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05BE8AA1" w14:textId="77777777" w:rsidR="006F50FC" w:rsidRDefault="00526EB8">
            <w:pPr>
              <w:spacing w:after="0" w:line="252" w:lineRule="auto"/>
            </w:pPr>
            <w:r>
              <w:rPr>
                <w:sz w:val="20"/>
              </w:rPr>
              <w:t>Diploma (or Associate Diploma)</w:t>
            </w:r>
          </w:p>
        </w:tc>
        <w:sdt>
          <w:sdtPr>
            <w:id w:val="336963252"/>
            <w14:checkbox>
              <w14:checked w14:val="0"/>
              <w14:checkedState w14:val="2612" w14:font="MS Gothic"/>
              <w14:uncheckedState w14:val="2610" w14:font="MS Gothic"/>
            </w14:checkbox>
          </w:sdtPr>
          <w:sdtEndPr/>
          <w:sdtContent>
            <w:tc>
              <w:tcPr>
                <w:tcW w:w="850"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79D8EB52" w14:textId="5A272DD5" w:rsidR="006F50FC" w:rsidRDefault="0063773B">
                <w:pPr>
                  <w:spacing w:after="0" w:line="252" w:lineRule="auto"/>
                </w:pPr>
                <w:r>
                  <w:rPr>
                    <w:rFonts w:ascii="MS Gothic" w:eastAsia="MS Gothic" w:hAnsi="MS Gothic" w:hint="eastAsia"/>
                  </w:rPr>
                  <w:t>☐</w:t>
                </w:r>
              </w:p>
            </w:tc>
          </w:sdtContent>
        </w:sdt>
        <w:sdt>
          <w:sdtPr>
            <w:id w:val="754173616"/>
            <w14:checkbox>
              <w14:checked w14:val="0"/>
              <w14:checkedState w14:val="2612" w14:font="MS Gothic"/>
              <w14:uncheckedState w14:val="2610" w14:font="MS Gothic"/>
            </w14:checkbox>
          </w:sdtPr>
          <w:sdtEndPr/>
          <w:sdtContent>
            <w:tc>
              <w:tcPr>
                <w:tcW w:w="850"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11C8A8C5" w14:textId="5BB45466" w:rsidR="006F50FC" w:rsidRDefault="0063773B">
                <w:pPr>
                  <w:spacing w:after="0" w:line="252" w:lineRule="auto"/>
                </w:pPr>
                <w:r>
                  <w:rPr>
                    <w:rFonts w:ascii="MS Gothic" w:eastAsia="MS Gothic" w:hAnsi="MS Gothic" w:hint="eastAsia"/>
                  </w:rPr>
                  <w:t>☐</w:t>
                </w:r>
              </w:p>
            </w:tc>
          </w:sdtContent>
        </w:sdt>
        <w:sdt>
          <w:sdtPr>
            <w:id w:val="838580824"/>
            <w14:checkbox>
              <w14:checked w14:val="0"/>
              <w14:checkedState w14:val="2612" w14:font="MS Gothic"/>
              <w14:uncheckedState w14:val="2610" w14:font="MS Gothic"/>
            </w14:checkbox>
          </w:sdtPr>
          <w:sdtEndPr/>
          <w:sdtContent>
            <w:tc>
              <w:tcPr>
                <w:tcW w:w="850"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59FF4A55" w14:textId="12B808F5" w:rsidR="006F50FC" w:rsidRDefault="0063773B">
                <w:pPr>
                  <w:spacing w:after="0" w:line="252" w:lineRule="auto"/>
                </w:pPr>
                <w:r>
                  <w:rPr>
                    <w:rFonts w:ascii="MS Gothic" w:eastAsia="MS Gothic" w:hAnsi="MS Gothic" w:hint="eastAsia"/>
                  </w:rPr>
                  <w:t>☐</w:t>
                </w:r>
              </w:p>
            </w:tc>
          </w:sdtContent>
        </w:sdt>
      </w:tr>
      <w:tr w:rsidR="006F50FC" w14:paraId="075D657A" w14:textId="77777777">
        <w:trPr>
          <w:cantSplit/>
          <w:jc w:val="center"/>
        </w:trPr>
        <w:tc>
          <w:tcPr>
            <w:tcW w:w="754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A9407F5" w14:textId="77777777" w:rsidR="006F50FC" w:rsidRDefault="00526EB8">
            <w:pPr>
              <w:spacing w:after="0" w:line="252" w:lineRule="auto"/>
            </w:pPr>
            <w:r>
              <w:rPr>
                <w:sz w:val="20"/>
              </w:rPr>
              <w:t>Certificate IV (or Advanced Certificate/Technician)</w:t>
            </w:r>
          </w:p>
        </w:tc>
        <w:sdt>
          <w:sdtPr>
            <w:id w:val="258957206"/>
            <w14:checkbox>
              <w14:checked w14:val="0"/>
              <w14:checkedState w14:val="2612" w14:font="MS Gothic"/>
              <w14:uncheckedState w14:val="2610" w14:font="MS Gothic"/>
            </w14:checkbox>
          </w:sdtPr>
          <w:sdtEndPr/>
          <w:sdtContent>
            <w:tc>
              <w:tcPr>
                <w:tcW w:w="85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C01F1F5" w14:textId="2FBB31F6" w:rsidR="006F50FC" w:rsidRDefault="0063773B">
                <w:pPr>
                  <w:spacing w:after="0" w:line="252" w:lineRule="auto"/>
                </w:pPr>
                <w:r>
                  <w:rPr>
                    <w:rFonts w:ascii="MS Gothic" w:eastAsia="MS Gothic" w:hAnsi="MS Gothic" w:hint="eastAsia"/>
                  </w:rPr>
                  <w:t>☐</w:t>
                </w:r>
              </w:p>
            </w:tc>
          </w:sdtContent>
        </w:sdt>
        <w:sdt>
          <w:sdtPr>
            <w:id w:val="581032424"/>
            <w14:checkbox>
              <w14:checked w14:val="0"/>
              <w14:checkedState w14:val="2612" w14:font="MS Gothic"/>
              <w14:uncheckedState w14:val="2610" w14:font="MS Gothic"/>
            </w14:checkbox>
          </w:sdtPr>
          <w:sdtEndPr/>
          <w:sdtContent>
            <w:tc>
              <w:tcPr>
                <w:tcW w:w="85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1AC276F" w14:textId="7D3C57A6" w:rsidR="006F50FC" w:rsidRDefault="0063773B">
                <w:pPr>
                  <w:spacing w:after="0" w:line="252" w:lineRule="auto"/>
                </w:pPr>
                <w:r>
                  <w:rPr>
                    <w:rFonts w:ascii="MS Gothic" w:eastAsia="MS Gothic" w:hAnsi="MS Gothic" w:hint="eastAsia"/>
                  </w:rPr>
                  <w:t>☐</w:t>
                </w:r>
              </w:p>
            </w:tc>
          </w:sdtContent>
        </w:sdt>
        <w:sdt>
          <w:sdtPr>
            <w:id w:val="-1249344567"/>
            <w14:checkbox>
              <w14:checked w14:val="0"/>
              <w14:checkedState w14:val="2612" w14:font="MS Gothic"/>
              <w14:uncheckedState w14:val="2610" w14:font="MS Gothic"/>
            </w14:checkbox>
          </w:sdtPr>
          <w:sdtEndPr/>
          <w:sdtContent>
            <w:tc>
              <w:tcPr>
                <w:tcW w:w="85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471A897" w14:textId="022D2AB1" w:rsidR="006F50FC" w:rsidRDefault="0063773B">
                <w:pPr>
                  <w:spacing w:after="0" w:line="252" w:lineRule="auto"/>
                </w:pPr>
                <w:r>
                  <w:rPr>
                    <w:rFonts w:ascii="MS Gothic" w:eastAsia="MS Gothic" w:hAnsi="MS Gothic" w:hint="eastAsia"/>
                  </w:rPr>
                  <w:t>☐</w:t>
                </w:r>
              </w:p>
            </w:tc>
          </w:sdtContent>
        </w:sdt>
      </w:tr>
      <w:tr w:rsidR="006F50FC" w14:paraId="161ABE49" w14:textId="77777777">
        <w:trPr>
          <w:cantSplit/>
          <w:jc w:val="center"/>
        </w:trPr>
        <w:tc>
          <w:tcPr>
            <w:tcW w:w="7540"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250AAAC6" w14:textId="77777777" w:rsidR="006F50FC" w:rsidRDefault="00526EB8">
            <w:pPr>
              <w:spacing w:after="0" w:line="252" w:lineRule="auto"/>
            </w:pPr>
            <w:r>
              <w:rPr>
                <w:sz w:val="20"/>
              </w:rPr>
              <w:t>Certificate III (or Trade Certificate)</w:t>
            </w:r>
          </w:p>
        </w:tc>
        <w:sdt>
          <w:sdtPr>
            <w:id w:val="1074236620"/>
            <w14:checkbox>
              <w14:checked w14:val="0"/>
              <w14:checkedState w14:val="2612" w14:font="MS Gothic"/>
              <w14:uncheckedState w14:val="2610" w14:font="MS Gothic"/>
            </w14:checkbox>
          </w:sdtPr>
          <w:sdtEndPr/>
          <w:sdtContent>
            <w:tc>
              <w:tcPr>
                <w:tcW w:w="850"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25464346" w14:textId="6230B555" w:rsidR="006F50FC" w:rsidRDefault="0063773B">
                <w:pPr>
                  <w:spacing w:after="0" w:line="252" w:lineRule="auto"/>
                </w:pPr>
                <w:r>
                  <w:rPr>
                    <w:rFonts w:ascii="MS Gothic" w:eastAsia="MS Gothic" w:hAnsi="MS Gothic" w:hint="eastAsia"/>
                  </w:rPr>
                  <w:t>☐</w:t>
                </w:r>
              </w:p>
            </w:tc>
          </w:sdtContent>
        </w:sdt>
        <w:sdt>
          <w:sdtPr>
            <w:id w:val="1284617879"/>
            <w14:checkbox>
              <w14:checked w14:val="0"/>
              <w14:checkedState w14:val="2612" w14:font="MS Gothic"/>
              <w14:uncheckedState w14:val="2610" w14:font="MS Gothic"/>
            </w14:checkbox>
          </w:sdtPr>
          <w:sdtEndPr/>
          <w:sdtContent>
            <w:tc>
              <w:tcPr>
                <w:tcW w:w="850"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138FAA00" w14:textId="1067397E" w:rsidR="006F50FC" w:rsidRDefault="0063773B">
                <w:pPr>
                  <w:spacing w:after="0" w:line="252" w:lineRule="auto"/>
                </w:pPr>
                <w:r>
                  <w:rPr>
                    <w:rFonts w:ascii="MS Gothic" w:eastAsia="MS Gothic" w:hAnsi="MS Gothic" w:hint="eastAsia"/>
                  </w:rPr>
                  <w:t>☐</w:t>
                </w:r>
              </w:p>
            </w:tc>
          </w:sdtContent>
        </w:sdt>
        <w:sdt>
          <w:sdtPr>
            <w:id w:val="243078935"/>
            <w14:checkbox>
              <w14:checked w14:val="0"/>
              <w14:checkedState w14:val="2612" w14:font="MS Gothic"/>
              <w14:uncheckedState w14:val="2610" w14:font="MS Gothic"/>
            </w14:checkbox>
          </w:sdtPr>
          <w:sdtEndPr/>
          <w:sdtContent>
            <w:tc>
              <w:tcPr>
                <w:tcW w:w="850"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0979861D" w14:textId="03EF8104" w:rsidR="006F50FC" w:rsidRDefault="0063773B">
                <w:pPr>
                  <w:spacing w:after="0" w:line="252" w:lineRule="auto"/>
                </w:pPr>
                <w:r>
                  <w:rPr>
                    <w:rFonts w:ascii="MS Gothic" w:eastAsia="MS Gothic" w:hAnsi="MS Gothic" w:hint="eastAsia"/>
                  </w:rPr>
                  <w:t>☐</w:t>
                </w:r>
              </w:p>
            </w:tc>
          </w:sdtContent>
        </w:sdt>
      </w:tr>
      <w:tr w:rsidR="006F50FC" w14:paraId="44834373" w14:textId="77777777">
        <w:trPr>
          <w:cantSplit/>
          <w:jc w:val="center"/>
        </w:trPr>
        <w:tc>
          <w:tcPr>
            <w:tcW w:w="754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B02AF65" w14:textId="77777777" w:rsidR="006F50FC" w:rsidRDefault="00526EB8">
            <w:pPr>
              <w:spacing w:after="0" w:line="252" w:lineRule="auto"/>
            </w:pPr>
            <w:r>
              <w:rPr>
                <w:sz w:val="20"/>
              </w:rPr>
              <w:t>Certificate II</w:t>
            </w:r>
          </w:p>
        </w:tc>
        <w:sdt>
          <w:sdtPr>
            <w:id w:val="794256687"/>
            <w14:checkbox>
              <w14:checked w14:val="0"/>
              <w14:checkedState w14:val="2612" w14:font="MS Gothic"/>
              <w14:uncheckedState w14:val="2610" w14:font="MS Gothic"/>
            </w14:checkbox>
          </w:sdtPr>
          <w:sdtEndPr/>
          <w:sdtContent>
            <w:tc>
              <w:tcPr>
                <w:tcW w:w="85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10F63FF" w14:textId="02B293A0" w:rsidR="006F50FC" w:rsidRDefault="0063773B">
                <w:pPr>
                  <w:spacing w:after="0" w:line="252" w:lineRule="auto"/>
                </w:pPr>
                <w:r>
                  <w:rPr>
                    <w:rFonts w:ascii="MS Gothic" w:eastAsia="MS Gothic" w:hAnsi="MS Gothic" w:hint="eastAsia"/>
                  </w:rPr>
                  <w:t>☐</w:t>
                </w:r>
              </w:p>
            </w:tc>
          </w:sdtContent>
        </w:sdt>
        <w:sdt>
          <w:sdtPr>
            <w:id w:val="1832481853"/>
            <w14:checkbox>
              <w14:checked w14:val="0"/>
              <w14:checkedState w14:val="2612" w14:font="MS Gothic"/>
              <w14:uncheckedState w14:val="2610" w14:font="MS Gothic"/>
            </w14:checkbox>
          </w:sdtPr>
          <w:sdtEndPr/>
          <w:sdtContent>
            <w:tc>
              <w:tcPr>
                <w:tcW w:w="85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67C1137" w14:textId="4C075D8F" w:rsidR="006F50FC" w:rsidRDefault="0063773B">
                <w:pPr>
                  <w:spacing w:after="0" w:line="252" w:lineRule="auto"/>
                </w:pPr>
                <w:r>
                  <w:rPr>
                    <w:rFonts w:ascii="MS Gothic" w:eastAsia="MS Gothic" w:hAnsi="MS Gothic" w:hint="eastAsia"/>
                  </w:rPr>
                  <w:t>☐</w:t>
                </w:r>
              </w:p>
            </w:tc>
          </w:sdtContent>
        </w:sdt>
        <w:sdt>
          <w:sdtPr>
            <w:id w:val="2053649936"/>
            <w14:checkbox>
              <w14:checked w14:val="0"/>
              <w14:checkedState w14:val="2612" w14:font="MS Gothic"/>
              <w14:uncheckedState w14:val="2610" w14:font="MS Gothic"/>
            </w14:checkbox>
          </w:sdtPr>
          <w:sdtEndPr/>
          <w:sdtContent>
            <w:tc>
              <w:tcPr>
                <w:tcW w:w="85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0AD542D" w14:textId="33ECFFC0" w:rsidR="006F50FC" w:rsidRDefault="0063773B">
                <w:pPr>
                  <w:spacing w:after="0" w:line="252" w:lineRule="auto"/>
                </w:pPr>
                <w:r>
                  <w:rPr>
                    <w:rFonts w:ascii="MS Gothic" w:eastAsia="MS Gothic" w:hAnsi="MS Gothic" w:hint="eastAsia"/>
                  </w:rPr>
                  <w:t>☐</w:t>
                </w:r>
              </w:p>
            </w:tc>
          </w:sdtContent>
        </w:sdt>
      </w:tr>
      <w:tr w:rsidR="006F50FC" w14:paraId="008EEB92" w14:textId="77777777">
        <w:trPr>
          <w:cantSplit/>
          <w:jc w:val="center"/>
        </w:trPr>
        <w:tc>
          <w:tcPr>
            <w:tcW w:w="7540"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7ABF6B6A" w14:textId="77777777" w:rsidR="006F50FC" w:rsidRDefault="00526EB8">
            <w:pPr>
              <w:spacing w:after="0" w:line="252" w:lineRule="auto"/>
            </w:pPr>
            <w:r>
              <w:rPr>
                <w:sz w:val="20"/>
              </w:rPr>
              <w:t>Certificate I</w:t>
            </w:r>
          </w:p>
        </w:tc>
        <w:sdt>
          <w:sdtPr>
            <w:id w:val="1195967190"/>
            <w14:checkbox>
              <w14:checked w14:val="0"/>
              <w14:checkedState w14:val="2612" w14:font="MS Gothic"/>
              <w14:uncheckedState w14:val="2610" w14:font="MS Gothic"/>
            </w14:checkbox>
          </w:sdtPr>
          <w:sdtEndPr/>
          <w:sdtContent>
            <w:tc>
              <w:tcPr>
                <w:tcW w:w="850"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1C88BD24" w14:textId="0AF52E44" w:rsidR="006F50FC" w:rsidRDefault="0063773B">
                <w:pPr>
                  <w:spacing w:after="0" w:line="252" w:lineRule="auto"/>
                </w:pPr>
                <w:r>
                  <w:rPr>
                    <w:rFonts w:ascii="MS Gothic" w:eastAsia="MS Gothic" w:hAnsi="MS Gothic" w:hint="eastAsia"/>
                  </w:rPr>
                  <w:t>☐</w:t>
                </w:r>
              </w:p>
            </w:tc>
          </w:sdtContent>
        </w:sdt>
        <w:sdt>
          <w:sdtPr>
            <w:id w:val="-1386717225"/>
            <w14:checkbox>
              <w14:checked w14:val="0"/>
              <w14:checkedState w14:val="2612" w14:font="MS Gothic"/>
              <w14:uncheckedState w14:val="2610" w14:font="MS Gothic"/>
            </w14:checkbox>
          </w:sdtPr>
          <w:sdtEndPr/>
          <w:sdtContent>
            <w:tc>
              <w:tcPr>
                <w:tcW w:w="850"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44CCDCD4" w14:textId="0A1D4343" w:rsidR="006F50FC" w:rsidRDefault="0063773B">
                <w:pPr>
                  <w:spacing w:after="0" w:line="252" w:lineRule="auto"/>
                </w:pPr>
                <w:r>
                  <w:rPr>
                    <w:rFonts w:ascii="MS Gothic" w:eastAsia="MS Gothic" w:hAnsi="MS Gothic" w:hint="eastAsia"/>
                  </w:rPr>
                  <w:t>☐</w:t>
                </w:r>
              </w:p>
            </w:tc>
          </w:sdtContent>
        </w:sdt>
        <w:sdt>
          <w:sdtPr>
            <w:id w:val="1821778414"/>
            <w14:checkbox>
              <w14:checked w14:val="0"/>
              <w14:checkedState w14:val="2612" w14:font="MS Gothic"/>
              <w14:uncheckedState w14:val="2610" w14:font="MS Gothic"/>
            </w14:checkbox>
          </w:sdtPr>
          <w:sdtEndPr/>
          <w:sdtContent>
            <w:tc>
              <w:tcPr>
                <w:tcW w:w="850"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02408730" w14:textId="7ADA5324" w:rsidR="006F50FC" w:rsidRDefault="0063773B">
                <w:pPr>
                  <w:spacing w:after="0" w:line="252" w:lineRule="auto"/>
                </w:pPr>
                <w:r>
                  <w:rPr>
                    <w:rFonts w:ascii="MS Gothic" w:eastAsia="MS Gothic" w:hAnsi="MS Gothic" w:hint="eastAsia"/>
                  </w:rPr>
                  <w:t>☐</w:t>
                </w:r>
              </w:p>
            </w:tc>
          </w:sdtContent>
        </w:sdt>
      </w:tr>
      <w:tr w:rsidR="006F50FC" w14:paraId="61BCC9D1" w14:textId="77777777">
        <w:trPr>
          <w:cantSplit/>
          <w:jc w:val="center"/>
        </w:trPr>
        <w:tc>
          <w:tcPr>
            <w:tcW w:w="754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05EFFD30" w14:textId="77777777" w:rsidR="006F50FC" w:rsidRDefault="00526EB8">
            <w:pPr>
              <w:spacing w:after="0" w:line="252" w:lineRule="auto"/>
            </w:pPr>
            <w:r>
              <w:rPr>
                <w:sz w:val="20"/>
              </w:rPr>
              <w:t>Certificates other than the above</w:t>
            </w:r>
          </w:p>
        </w:tc>
        <w:sdt>
          <w:sdtPr>
            <w:id w:val="683023944"/>
            <w14:checkbox>
              <w14:checked w14:val="0"/>
              <w14:checkedState w14:val="2612" w14:font="MS Gothic"/>
              <w14:uncheckedState w14:val="2610" w14:font="MS Gothic"/>
            </w14:checkbox>
          </w:sdtPr>
          <w:sdtEndPr/>
          <w:sdtContent>
            <w:tc>
              <w:tcPr>
                <w:tcW w:w="85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62D0C6F0" w14:textId="039C7375" w:rsidR="006F50FC" w:rsidRDefault="0063773B">
                <w:pPr>
                  <w:spacing w:after="0" w:line="252" w:lineRule="auto"/>
                </w:pPr>
                <w:r>
                  <w:rPr>
                    <w:rFonts w:ascii="MS Gothic" w:eastAsia="MS Gothic" w:hAnsi="MS Gothic" w:hint="eastAsia"/>
                  </w:rPr>
                  <w:t>☐</w:t>
                </w:r>
              </w:p>
            </w:tc>
          </w:sdtContent>
        </w:sdt>
        <w:sdt>
          <w:sdtPr>
            <w:id w:val="1448581845"/>
            <w14:checkbox>
              <w14:checked w14:val="0"/>
              <w14:checkedState w14:val="2612" w14:font="MS Gothic"/>
              <w14:uncheckedState w14:val="2610" w14:font="MS Gothic"/>
            </w14:checkbox>
          </w:sdtPr>
          <w:sdtEndPr/>
          <w:sdtContent>
            <w:tc>
              <w:tcPr>
                <w:tcW w:w="85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E6CCE37" w14:textId="1E0F1030" w:rsidR="006F50FC" w:rsidRDefault="0063773B">
                <w:pPr>
                  <w:spacing w:after="0" w:line="252" w:lineRule="auto"/>
                </w:pPr>
                <w:r>
                  <w:rPr>
                    <w:rFonts w:ascii="MS Gothic" w:eastAsia="MS Gothic" w:hAnsi="MS Gothic" w:hint="eastAsia"/>
                  </w:rPr>
                  <w:t>☐</w:t>
                </w:r>
              </w:p>
            </w:tc>
          </w:sdtContent>
        </w:sdt>
        <w:sdt>
          <w:sdtPr>
            <w:id w:val="-228082434"/>
            <w14:checkbox>
              <w14:checked w14:val="0"/>
              <w14:checkedState w14:val="2612" w14:font="MS Gothic"/>
              <w14:uncheckedState w14:val="2610" w14:font="MS Gothic"/>
            </w14:checkbox>
          </w:sdtPr>
          <w:sdtEndPr/>
          <w:sdtContent>
            <w:tc>
              <w:tcPr>
                <w:tcW w:w="850"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2F300F04" w14:textId="57653165" w:rsidR="006F50FC" w:rsidRDefault="0063773B">
                <w:pPr>
                  <w:spacing w:after="0" w:line="252" w:lineRule="auto"/>
                </w:pPr>
                <w:r>
                  <w:rPr>
                    <w:rFonts w:ascii="MS Gothic" w:eastAsia="MS Gothic" w:hAnsi="MS Gothic" w:hint="eastAsia"/>
                  </w:rPr>
                  <w:t>☐</w:t>
                </w:r>
              </w:p>
            </w:tc>
          </w:sdtContent>
        </w:sdt>
      </w:tr>
    </w:tbl>
    <w:p w14:paraId="22974E10" w14:textId="77777777" w:rsidR="006F50FC" w:rsidRDefault="00526EB8">
      <w:pPr>
        <w:spacing w:after="40" w:line="240" w:lineRule="auto"/>
      </w:pPr>
      <w:r>
        <w:rPr>
          <w:sz w:val="4"/>
        </w:rPr>
        <w:t xml:space="preserve"> </w:t>
      </w:r>
    </w:p>
    <w:p w14:paraId="219A8E50" w14:textId="77777777" w:rsidR="006F50FC" w:rsidRDefault="00526EB8">
      <w:pPr>
        <w:spacing w:after="80"/>
      </w:pPr>
      <w:r>
        <w:t>Name and Address of last educational institution attended</w:t>
      </w:r>
    </w:p>
    <w:p w14:paraId="41524604" w14:textId="77777777" w:rsidR="006F50FC" w:rsidRDefault="00526EB8">
      <w:pPr>
        <w:pBdr>
          <w:bottom w:val="single" w:sz="4" w:space="0" w:color="B8B8B8"/>
        </w:pBdr>
        <w:spacing w:after="140" w:line="240" w:lineRule="auto"/>
      </w:pPr>
      <w:r>
        <w:rPr>
          <w:sz w:val="26"/>
        </w:rPr>
        <w:t xml:space="preserve"> </w:t>
      </w:r>
    </w:p>
    <w:p w14:paraId="0C54CEB7" w14:textId="77777777" w:rsidR="006F50FC" w:rsidRDefault="00526EB8">
      <w:pPr>
        <w:pBdr>
          <w:bottom w:val="single" w:sz="4" w:space="0" w:color="B8B8B8"/>
        </w:pBdr>
        <w:spacing w:after="140" w:line="240" w:lineRule="auto"/>
      </w:pPr>
      <w:r>
        <w:rPr>
          <w:sz w:val="26"/>
        </w:rPr>
        <w:t xml:space="preserve"> </w:t>
      </w:r>
    </w:p>
    <w:p w14:paraId="2C8AEBFE" w14:textId="77777777" w:rsidR="006F50FC" w:rsidRDefault="00526EB8">
      <w:pPr>
        <w:pBdr>
          <w:bottom w:val="single" w:sz="4" w:space="0" w:color="B8B8B8"/>
        </w:pBdr>
        <w:spacing w:after="140" w:line="240" w:lineRule="auto"/>
      </w:pPr>
      <w:r>
        <w:rPr>
          <w:sz w:val="26"/>
        </w:rPr>
        <w:t xml:space="preserve"> </w:t>
      </w:r>
    </w:p>
    <w:p w14:paraId="688C3AE0" w14:textId="77777777" w:rsidR="006F50FC" w:rsidRDefault="00526EB8">
      <w:r>
        <w:br w:type="page"/>
      </w:r>
    </w:p>
    <w:p w14:paraId="66BB87C7" w14:textId="77777777" w:rsidR="006F50FC" w:rsidRDefault="00526EB8">
      <w:pPr>
        <w:pStyle w:val="Title"/>
      </w:pPr>
      <w:r>
        <w:lastRenderedPageBreak/>
        <w:t>EMPLOYMENT</w:t>
      </w:r>
    </w:p>
    <w:tbl>
      <w:tblPr>
        <w:tblW w:w="0" w:type="auto"/>
        <w:tblLayout w:type="fixed"/>
        <w:tblLook w:val="04A0" w:firstRow="1" w:lastRow="0" w:firstColumn="1" w:lastColumn="0" w:noHBand="0" w:noVBand="1"/>
      </w:tblPr>
      <w:tblGrid>
        <w:gridCol w:w="567"/>
        <w:gridCol w:w="9524"/>
      </w:tblGrid>
      <w:tr w:rsidR="0063773B" w14:paraId="2A4D3D66" w14:textId="77777777" w:rsidTr="00526EB8">
        <w:tc>
          <w:tcPr>
            <w:tcW w:w="567" w:type="dxa"/>
            <w:shd w:val="clear" w:color="auto" w:fill="E3192A"/>
            <w:tcMar>
              <w:top w:w="95" w:type="dxa"/>
              <w:left w:w="95" w:type="dxa"/>
              <w:bottom w:w="95" w:type="dxa"/>
              <w:right w:w="95" w:type="dxa"/>
            </w:tcMar>
            <w:vAlign w:val="center"/>
          </w:tcPr>
          <w:p w14:paraId="5E71AF34" w14:textId="242303E2" w:rsidR="0063773B" w:rsidRDefault="0063773B" w:rsidP="00526EB8">
            <w:pPr>
              <w:keepNext/>
              <w:spacing w:after="0"/>
              <w:jc w:val="center"/>
            </w:pPr>
            <w:r>
              <w:rPr>
                <w:b/>
                <w:color w:val="FFFFFF"/>
                <w:sz w:val="20"/>
              </w:rPr>
              <w:t>16</w:t>
            </w:r>
          </w:p>
        </w:tc>
        <w:tc>
          <w:tcPr>
            <w:tcW w:w="9524" w:type="dxa"/>
            <w:shd w:val="clear" w:color="auto" w:fill="151515"/>
            <w:tcMar>
              <w:top w:w="95" w:type="dxa"/>
              <w:left w:w="95" w:type="dxa"/>
              <w:bottom w:w="95" w:type="dxa"/>
              <w:right w:w="95" w:type="dxa"/>
            </w:tcMar>
            <w:vAlign w:val="center"/>
          </w:tcPr>
          <w:p w14:paraId="4A5B4405" w14:textId="57C3E9B5" w:rsidR="0063773B" w:rsidRDefault="0063773B" w:rsidP="00526EB8">
            <w:pPr>
              <w:keepNext/>
              <w:spacing w:after="0"/>
            </w:pPr>
            <w:r>
              <w:rPr>
                <w:b/>
                <w:color w:val="FFFFFF"/>
                <w:sz w:val="20"/>
              </w:rPr>
              <w:t xml:space="preserve">Employment History </w:t>
            </w:r>
          </w:p>
        </w:tc>
      </w:tr>
    </w:tbl>
    <w:p w14:paraId="72D487FB" w14:textId="77777777" w:rsidR="0063773B" w:rsidRPr="0063773B" w:rsidRDefault="0063773B" w:rsidP="0063773B"/>
    <w:p w14:paraId="4354C66B" w14:textId="77777777" w:rsidR="006F50FC" w:rsidRDefault="00526EB8">
      <w:r>
        <w:t>Of the following categories, which best describes your current employment status? Tick one box only.</w:t>
      </w:r>
    </w:p>
    <w:tbl>
      <w:tblPr>
        <w:tblW w:w="0" w:type="auto"/>
        <w:jc w:val="center"/>
        <w:tblLayout w:type="fixed"/>
        <w:tblLook w:val="04A0" w:firstRow="1" w:lastRow="0" w:firstColumn="1" w:lastColumn="0" w:noHBand="0" w:noVBand="1"/>
      </w:tblPr>
      <w:tblGrid>
        <w:gridCol w:w="5046"/>
        <w:gridCol w:w="5046"/>
      </w:tblGrid>
      <w:tr w:rsidR="006F50FC" w14:paraId="7FBD48A0"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264CCAA5" w14:textId="77777777" w:rsidR="006F50FC" w:rsidRDefault="00526EB8">
            <w:pPr>
              <w:spacing w:after="0" w:line="252" w:lineRule="auto"/>
            </w:pPr>
            <w:r>
              <w:rPr>
                <w:sz w:val="18"/>
              </w:rPr>
              <w:t>☐ Full-time employee</w:t>
            </w:r>
          </w:p>
        </w:tc>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6B06D243" w14:textId="77777777" w:rsidR="006F50FC" w:rsidRDefault="00526EB8">
            <w:pPr>
              <w:spacing w:after="0" w:line="252" w:lineRule="auto"/>
            </w:pPr>
            <w:r>
              <w:rPr>
                <w:sz w:val="18"/>
              </w:rPr>
              <w:t>☐ Part-time employee</w:t>
            </w:r>
          </w:p>
        </w:tc>
      </w:tr>
      <w:tr w:rsidR="006F50FC" w14:paraId="651A89F2"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1B981EBC" w14:textId="77777777" w:rsidR="006F50FC" w:rsidRDefault="00526EB8">
            <w:pPr>
              <w:spacing w:after="0" w:line="252" w:lineRule="auto"/>
            </w:pPr>
            <w:r>
              <w:rPr>
                <w:sz w:val="18"/>
              </w:rPr>
              <w:t xml:space="preserve">☐ </w:t>
            </w:r>
            <w:proofErr w:type="spellStart"/>
            <w:r>
              <w:rPr>
                <w:sz w:val="18"/>
              </w:rPr>
              <w:t>Self employed</w:t>
            </w:r>
            <w:proofErr w:type="spellEnd"/>
            <w:r>
              <w:rPr>
                <w:sz w:val="18"/>
              </w:rPr>
              <w:t xml:space="preserve"> (not employing others)</w:t>
            </w:r>
          </w:p>
        </w:tc>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35DFC879" w14:textId="77777777" w:rsidR="006F50FC" w:rsidRDefault="00526EB8">
            <w:pPr>
              <w:spacing w:after="0" w:line="252" w:lineRule="auto"/>
            </w:pPr>
            <w:r>
              <w:rPr>
                <w:sz w:val="18"/>
              </w:rPr>
              <w:t>☐ Self-employed – employing others</w:t>
            </w:r>
          </w:p>
        </w:tc>
      </w:tr>
      <w:tr w:rsidR="006F50FC" w14:paraId="3EF5B8A1"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462AE766" w14:textId="77777777" w:rsidR="006F50FC" w:rsidRDefault="00526EB8">
            <w:pPr>
              <w:spacing w:after="0" w:line="252" w:lineRule="auto"/>
            </w:pPr>
            <w:r>
              <w:rPr>
                <w:sz w:val="18"/>
              </w:rPr>
              <w:t>☐ Employed (unpaid worker in a family business)</w:t>
            </w:r>
          </w:p>
        </w:tc>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6FC0FC4" w14:textId="77777777" w:rsidR="006F50FC" w:rsidRDefault="00526EB8">
            <w:pPr>
              <w:spacing w:after="0" w:line="252" w:lineRule="auto"/>
            </w:pPr>
            <w:r>
              <w:rPr>
                <w:sz w:val="18"/>
              </w:rPr>
              <w:t>☐ Unemployed (seeking full-time work)</w:t>
            </w:r>
          </w:p>
        </w:tc>
      </w:tr>
      <w:tr w:rsidR="006F50FC" w14:paraId="68CE3BEB"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73B8DE03" w14:textId="77777777" w:rsidR="006F50FC" w:rsidRDefault="00526EB8">
            <w:pPr>
              <w:spacing w:after="0" w:line="252" w:lineRule="auto"/>
            </w:pPr>
            <w:r>
              <w:rPr>
                <w:sz w:val="18"/>
              </w:rPr>
              <w:t>☐ Unemployed (seeking part-time work)</w:t>
            </w:r>
          </w:p>
        </w:tc>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162A1E04" w14:textId="77777777" w:rsidR="006F50FC" w:rsidRDefault="00526EB8">
            <w:pPr>
              <w:spacing w:after="0" w:line="252" w:lineRule="auto"/>
            </w:pPr>
            <w:r>
              <w:rPr>
                <w:sz w:val="18"/>
              </w:rPr>
              <w:t>☐ Not employed (not seeking work)</w:t>
            </w:r>
          </w:p>
        </w:tc>
      </w:tr>
    </w:tbl>
    <w:p w14:paraId="4ADD969D" w14:textId="77777777" w:rsidR="006F50FC" w:rsidRDefault="00526EB8">
      <w:pPr>
        <w:spacing w:after="40" w:line="240" w:lineRule="auto"/>
      </w:pPr>
      <w:r>
        <w:rPr>
          <w:sz w:val="4"/>
        </w:rPr>
        <w:t xml:space="preserve"> </w:t>
      </w:r>
    </w:p>
    <w:tbl>
      <w:tblPr>
        <w:tblW w:w="0" w:type="auto"/>
        <w:shd w:val="clear" w:color="auto" w:fill="D9D9D9" w:themeFill="background1" w:themeFillShade="D9"/>
        <w:tblLayout w:type="fixed"/>
        <w:tblLook w:val="04A0" w:firstRow="1" w:lastRow="0" w:firstColumn="1" w:lastColumn="0" w:noHBand="0" w:noVBand="1"/>
      </w:tblPr>
      <w:tblGrid>
        <w:gridCol w:w="9524"/>
      </w:tblGrid>
      <w:tr w:rsidR="0063773B" w:rsidRPr="0063773B" w14:paraId="674E9948" w14:textId="77777777" w:rsidTr="0063773B">
        <w:tc>
          <w:tcPr>
            <w:tcW w:w="9524" w:type="dxa"/>
            <w:shd w:val="clear" w:color="auto" w:fill="D9D9D9" w:themeFill="background1" w:themeFillShade="D9"/>
            <w:tcMar>
              <w:top w:w="95" w:type="dxa"/>
              <w:left w:w="95" w:type="dxa"/>
              <w:bottom w:w="95" w:type="dxa"/>
              <w:right w:w="95" w:type="dxa"/>
            </w:tcMar>
            <w:vAlign w:val="center"/>
          </w:tcPr>
          <w:p w14:paraId="27EDC295" w14:textId="77777777" w:rsidR="0063773B" w:rsidRPr="0063773B" w:rsidRDefault="0063773B">
            <w:pPr>
              <w:keepNext/>
              <w:spacing w:after="0"/>
              <w:rPr>
                <w:color w:val="auto"/>
              </w:rPr>
            </w:pPr>
            <w:r w:rsidRPr="0063773B">
              <w:rPr>
                <w:b/>
                <w:color w:val="auto"/>
                <w:sz w:val="20"/>
              </w:rPr>
              <w:t>OCCUPATION</w:t>
            </w:r>
          </w:p>
        </w:tc>
      </w:tr>
    </w:tbl>
    <w:p w14:paraId="4D5B401D" w14:textId="77777777" w:rsidR="006F50FC" w:rsidRDefault="00526EB8">
      <w:pPr>
        <w:keepNext/>
        <w:spacing w:after="60"/>
      </w:pPr>
      <w:r>
        <w:rPr>
          <w:sz w:val="4"/>
        </w:rPr>
        <w:t xml:space="preserve"> </w:t>
      </w:r>
    </w:p>
    <w:p w14:paraId="40B77406" w14:textId="77777777" w:rsidR="006F50FC" w:rsidRDefault="00526EB8">
      <w:r>
        <w:t>Which of the following classifications best describes your current or recent occupation (if never employed do not answer)? Tick one box only.</w:t>
      </w:r>
    </w:p>
    <w:tbl>
      <w:tblPr>
        <w:tblW w:w="0" w:type="auto"/>
        <w:jc w:val="center"/>
        <w:tblLayout w:type="fixed"/>
        <w:tblLook w:val="04A0" w:firstRow="1" w:lastRow="0" w:firstColumn="1" w:lastColumn="0" w:noHBand="0" w:noVBand="1"/>
      </w:tblPr>
      <w:tblGrid>
        <w:gridCol w:w="5046"/>
        <w:gridCol w:w="5046"/>
      </w:tblGrid>
      <w:tr w:rsidR="006F50FC" w14:paraId="78CC5BEF"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8EADBB3" w14:textId="77777777" w:rsidR="006F50FC" w:rsidRDefault="00526EB8">
            <w:pPr>
              <w:spacing w:after="0" w:line="252" w:lineRule="auto"/>
            </w:pPr>
            <w:r>
              <w:rPr>
                <w:sz w:val="18"/>
              </w:rPr>
              <w:t>☐ 1. Managers</w:t>
            </w:r>
          </w:p>
        </w:tc>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44FB53D8" w14:textId="77777777" w:rsidR="006F50FC" w:rsidRDefault="00526EB8">
            <w:pPr>
              <w:spacing w:after="0" w:line="252" w:lineRule="auto"/>
            </w:pPr>
            <w:r>
              <w:rPr>
                <w:sz w:val="18"/>
              </w:rPr>
              <w:t>☐ 2. Professionals</w:t>
            </w:r>
          </w:p>
        </w:tc>
      </w:tr>
      <w:tr w:rsidR="006F50FC" w14:paraId="0A5696E5"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52EFD131" w14:textId="77777777" w:rsidR="006F50FC" w:rsidRDefault="00526EB8">
            <w:pPr>
              <w:spacing w:after="0" w:line="252" w:lineRule="auto"/>
            </w:pPr>
            <w:r>
              <w:rPr>
                <w:sz w:val="18"/>
              </w:rPr>
              <w:t>☐ 3. Technician or Trade Workers</w:t>
            </w:r>
          </w:p>
        </w:tc>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553917E5" w14:textId="77777777" w:rsidR="006F50FC" w:rsidRDefault="00526EB8">
            <w:pPr>
              <w:spacing w:after="0" w:line="252" w:lineRule="auto"/>
            </w:pPr>
            <w:r>
              <w:rPr>
                <w:sz w:val="18"/>
              </w:rPr>
              <w:t>☐ 4. Community or Personal Service Workers</w:t>
            </w:r>
          </w:p>
        </w:tc>
      </w:tr>
      <w:tr w:rsidR="006F50FC" w14:paraId="613E9761"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36E7757B" w14:textId="77777777" w:rsidR="006F50FC" w:rsidRDefault="00526EB8">
            <w:pPr>
              <w:spacing w:after="0" w:line="252" w:lineRule="auto"/>
            </w:pPr>
            <w:r>
              <w:rPr>
                <w:sz w:val="18"/>
              </w:rPr>
              <w:t>☐ 5. Clerical or Administrative Workers</w:t>
            </w:r>
          </w:p>
        </w:tc>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6892C28D" w14:textId="77777777" w:rsidR="006F50FC" w:rsidRDefault="00526EB8">
            <w:pPr>
              <w:spacing w:after="0" w:line="252" w:lineRule="auto"/>
            </w:pPr>
            <w:r>
              <w:rPr>
                <w:sz w:val="18"/>
              </w:rPr>
              <w:t>☐ 6. Sales Workers</w:t>
            </w:r>
          </w:p>
        </w:tc>
      </w:tr>
      <w:tr w:rsidR="006F50FC" w14:paraId="2A9181C8"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39423D41" w14:textId="77777777" w:rsidR="006F50FC" w:rsidRDefault="00526EB8">
            <w:pPr>
              <w:spacing w:after="0" w:line="252" w:lineRule="auto"/>
            </w:pPr>
            <w:r>
              <w:rPr>
                <w:sz w:val="18"/>
              </w:rPr>
              <w:t>☐ 7. Machinery Operator or Drivers</w:t>
            </w:r>
          </w:p>
        </w:tc>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3D34B85C" w14:textId="77777777" w:rsidR="006F50FC" w:rsidRDefault="00526EB8">
            <w:pPr>
              <w:spacing w:after="0" w:line="252" w:lineRule="auto"/>
            </w:pPr>
            <w:r>
              <w:rPr>
                <w:sz w:val="18"/>
              </w:rPr>
              <w:t xml:space="preserve">☐ 8. </w:t>
            </w:r>
            <w:proofErr w:type="spellStart"/>
            <w:r>
              <w:rPr>
                <w:sz w:val="18"/>
              </w:rPr>
              <w:t>Labourers</w:t>
            </w:r>
            <w:proofErr w:type="spellEnd"/>
          </w:p>
        </w:tc>
      </w:tr>
      <w:tr w:rsidR="006F50FC" w14:paraId="2E793D8D"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2B2C9FC3" w14:textId="77777777" w:rsidR="006F50FC" w:rsidRDefault="00526EB8">
            <w:pPr>
              <w:spacing w:after="0" w:line="252" w:lineRule="auto"/>
            </w:pPr>
            <w:r>
              <w:rPr>
                <w:sz w:val="18"/>
              </w:rPr>
              <w:t>☐ 9. Others</w:t>
            </w:r>
          </w:p>
        </w:tc>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69F9C7F7" w14:textId="77777777" w:rsidR="006F50FC" w:rsidRDefault="006F50FC">
            <w:pPr>
              <w:spacing w:after="0" w:line="252" w:lineRule="auto"/>
            </w:pPr>
          </w:p>
        </w:tc>
      </w:tr>
    </w:tbl>
    <w:p w14:paraId="7C3B167F" w14:textId="77777777" w:rsidR="006F50FC" w:rsidRDefault="00526EB8">
      <w:pPr>
        <w:spacing w:after="40" w:line="240" w:lineRule="auto"/>
      </w:pPr>
      <w:r>
        <w:rPr>
          <w:sz w:val="4"/>
        </w:rPr>
        <w:t xml:space="preserve"> </w:t>
      </w:r>
    </w:p>
    <w:tbl>
      <w:tblPr>
        <w:tblW w:w="0" w:type="auto"/>
        <w:shd w:val="clear" w:color="auto" w:fill="D9D9D9" w:themeFill="background1" w:themeFillShade="D9"/>
        <w:tblLayout w:type="fixed"/>
        <w:tblLook w:val="04A0" w:firstRow="1" w:lastRow="0" w:firstColumn="1" w:lastColumn="0" w:noHBand="0" w:noVBand="1"/>
      </w:tblPr>
      <w:tblGrid>
        <w:gridCol w:w="9524"/>
      </w:tblGrid>
      <w:tr w:rsidR="0063773B" w:rsidRPr="0063773B" w14:paraId="1BBF9B16" w14:textId="77777777" w:rsidTr="0063773B">
        <w:tc>
          <w:tcPr>
            <w:tcW w:w="9524" w:type="dxa"/>
            <w:shd w:val="clear" w:color="auto" w:fill="D9D9D9" w:themeFill="background1" w:themeFillShade="D9"/>
            <w:tcMar>
              <w:top w:w="95" w:type="dxa"/>
              <w:left w:w="95" w:type="dxa"/>
              <w:bottom w:w="95" w:type="dxa"/>
              <w:right w:w="95" w:type="dxa"/>
            </w:tcMar>
            <w:vAlign w:val="center"/>
          </w:tcPr>
          <w:p w14:paraId="4A0ACF4D" w14:textId="77777777" w:rsidR="0063773B" w:rsidRPr="0063773B" w:rsidRDefault="0063773B">
            <w:pPr>
              <w:keepNext/>
              <w:spacing w:after="0"/>
              <w:rPr>
                <w:color w:val="auto"/>
              </w:rPr>
            </w:pPr>
            <w:r w:rsidRPr="0063773B">
              <w:rPr>
                <w:b/>
                <w:color w:val="auto"/>
                <w:sz w:val="20"/>
              </w:rPr>
              <w:t>INDUSTRY</w:t>
            </w:r>
          </w:p>
        </w:tc>
      </w:tr>
    </w:tbl>
    <w:p w14:paraId="20AD6ADE" w14:textId="77777777" w:rsidR="006F50FC" w:rsidRDefault="00526EB8">
      <w:pPr>
        <w:keepNext/>
        <w:spacing w:after="60"/>
      </w:pPr>
      <w:r>
        <w:rPr>
          <w:sz w:val="4"/>
        </w:rPr>
        <w:t xml:space="preserve"> </w:t>
      </w:r>
    </w:p>
    <w:p w14:paraId="37E99240" w14:textId="77777777" w:rsidR="006F50FC" w:rsidRDefault="00526EB8">
      <w:r>
        <w:t>Which of the following classifications best describes the industry of your current or previous employer (if employed, if never employed do not answer)? Tick one box only.</w:t>
      </w:r>
    </w:p>
    <w:tbl>
      <w:tblPr>
        <w:tblW w:w="0" w:type="auto"/>
        <w:jc w:val="center"/>
        <w:tblLayout w:type="fixed"/>
        <w:tblLook w:val="04A0" w:firstRow="1" w:lastRow="0" w:firstColumn="1" w:lastColumn="0" w:noHBand="0" w:noVBand="1"/>
      </w:tblPr>
      <w:tblGrid>
        <w:gridCol w:w="5046"/>
        <w:gridCol w:w="5046"/>
      </w:tblGrid>
      <w:tr w:rsidR="006F50FC" w14:paraId="23827F85"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69C85A8" w14:textId="77777777" w:rsidR="006F50FC" w:rsidRDefault="00526EB8">
            <w:pPr>
              <w:spacing w:after="0" w:line="252" w:lineRule="auto"/>
            </w:pPr>
            <w:r>
              <w:rPr>
                <w:sz w:val="18"/>
              </w:rPr>
              <w:t>☐ A. Agriculture, Forestry and Fishing</w:t>
            </w:r>
          </w:p>
        </w:tc>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0DC040CC" w14:textId="77777777" w:rsidR="006F50FC" w:rsidRDefault="00526EB8">
            <w:pPr>
              <w:spacing w:after="0" w:line="252" w:lineRule="auto"/>
            </w:pPr>
            <w:r>
              <w:rPr>
                <w:sz w:val="18"/>
              </w:rPr>
              <w:t>☐ B. Mining</w:t>
            </w:r>
          </w:p>
        </w:tc>
      </w:tr>
      <w:tr w:rsidR="006F50FC" w14:paraId="1793A71C"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6062C7A3" w14:textId="77777777" w:rsidR="006F50FC" w:rsidRDefault="00526EB8">
            <w:pPr>
              <w:spacing w:after="0" w:line="252" w:lineRule="auto"/>
            </w:pPr>
            <w:r>
              <w:rPr>
                <w:sz w:val="18"/>
              </w:rPr>
              <w:t>☐ C. Manufacturing</w:t>
            </w:r>
          </w:p>
        </w:tc>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4891AC81" w14:textId="77777777" w:rsidR="006F50FC" w:rsidRDefault="00526EB8">
            <w:pPr>
              <w:spacing w:after="0" w:line="252" w:lineRule="auto"/>
            </w:pPr>
            <w:r>
              <w:rPr>
                <w:sz w:val="18"/>
              </w:rPr>
              <w:t>☐ D. Electricity, Gas, Water and Waste Services</w:t>
            </w:r>
          </w:p>
        </w:tc>
      </w:tr>
      <w:tr w:rsidR="006F50FC" w14:paraId="2D792762"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67E9346" w14:textId="77777777" w:rsidR="006F50FC" w:rsidRDefault="00526EB8">
            <w:pPr>
              <w:spacing w:after="0" w:line="252" w:lineRule="auto"/>
            </w:pPr>
            <w:r>
              <w:rPr>
                <w:sz w:val="18"/>
              </w:rPr>
              <w:t>☐ E. Construction</w:t>
            </w:r>
          </w:p>
        </w:tc>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0E49D74" w14:textId="77777777" w:rsidR="006F50FC" w:rsidRDefault="00526EB8">
            <w:pPr>
              <w:spacing w:after="0" w:line="252" w:lineRule="auto"/>
            </w:pPr>
            <w:r>
              <w:rPr>
                <w:sz w:val="18"/>
              </w:rPr>
              <w:t>☐ F. Wholesale Trade</w:t>
            </w:r>
          </w:p>
        </w:tc>
      </w:tr>
      <w:tr w:rsidR="006F50FC" w14:paraId="7F90EC68"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1BE8B5F1" w14:textId="77777777" w:rsidR="006F50FC" w:rsidRDefault="00526EB8">
            <w:pPr>
              <w:spacing w:after="0" w:line="252" w:lineRule="auto"/>
            </w:pPr>
            <w:r>
              <w:rPr>
                <w:sz w:val="18"/>
              </w:rPr>
              <w:t>☐ G. Retail Trade</w:t>
            </w:r>
          </w:p>
        </w:tc>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4998A223" w14:textId="77777777" w:rsidR="006F50FC" w:rsidRDefault="00526EB8">
            <w:pPr>
              <w:spacing w:after="0" w:line="252" w:lineRule="auto"/>
            </w:pPr>
            <w:r>
              <w:rPr>
                <w:sz w:val="18"/>
              </w:rPr>
              <w:t>☐ H. Accommodation and Feed Services</w:t>
            </w:r>
          </w:p>
        </w:tc>
      </w:tr>
      <w:tr w:rsidR="006F50FC" w14:paraId="161937D3"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5CA4DDC" w14:textId="77777777" w:rsidR="006F50FC" w:rsidRDefault="00526EB8">
            <w:pPr>
              <w:spacing w:after="0" w:line="252" w:lineRule="auto"/>
            </w:pPr>
            <w:r>
              <w:rPr>
                <w:sz w:val="18"/>
              </w:rPr>
              <w:t>☐ I. Transport, Postal and Warehousing</w:t>
            </w:r>
          </w:p>
        </w:tc>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6D19E954" w14:textId="77777777" w:rsidR="006F50FC" w:rsidRDefault="00526EB8">
            <w:pPr>
              <w:spacing w:after="0" w:line="252" w:lineRule="auto"/>
            </w:pPr>
            <w:r>
              <w:rPr>
                <w:sz w:val="18"/>
              </w:rPr>
              <w:t>☐ J. Information Media and Telecommunications</w:t>
            </w:r>
          </w:p>
        </w:tc>
      </w:tr>
      <w:tr w:rsidR="006F50FC" w14:paraId="16C1458B"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607F5A50" w14:textId="77777777" w:rsidR="006F50FC" w:rsidRDefault="00526EB8">
            <w:pPr>
              <w:spacing w:after="0" w:line="252" w:lineRule="auto"/>
            </w:pPr>
            <w:r>
              <w:rPr>
                <w:sz w:val="18"/>
              </w:rPr>
              <w:t>☐ K. Financial and Insurance Services</w:t>
            </w:r>
          </w:p>
        </w:tc>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10B8A5E7" w14:textId="77777777" w:rsidR="006F50FC" w:rsidRDefault="00526EB8">
            <w:pPr>
              <w:spacing w:after="0" w:line="252" w:lineRule="auto"/>
            </w:pPr>
            <w:r>
              <w:rPr>
                <w:sz w:val="18"/>
              </w:rPr>
              <w:t>☐ L. Rental, Hiring and Real Estate Services</w:t>
            </w:r>
          </w:p>
        </w:tc>
      </w:tr>
      <w:tr w:rsidR="006F50FC" w14:paraId="43969817"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0F95A8EF" w14:textId="77777777" w:rsidR="006F50FC" w:rsidRDefault="00526EB8">
            <w:pPr>
              <w:spacing w:after="0" w:line="252" w:lineRule="auto"/>
            </w:pPr>
            <w:r>
              <w:rPr>
                <w:sz w:val="18"/>
              </w:rPr>
              <w:t>☐ M. Professional, Scientific and Technical Services</w:t>
            </w:r>
          </w:p>
        </w:tc>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7B7E9E94" w14:textId="77777777" w:rsidR="006F50FC" w:rsidRDefault="00526EB8">
            <w:pPr>
              <w:spacing w:after="0" w:line="252" w:lineRule="auto"/>
            </w:pPr>
            <w:r>
              <w:rPr>
                <w:sz w:val="18"/>
              </w:rPr>
              <w:t>☐ N. Administrative and Support Services</w:t>
            </w:r>
          </w:p>
        </w:tc>
      </w:tr>
      <w:tr w:rsidR="006F50FC" w14:paraId="7311EE60"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03557BCE" w14:textId="77777777" w:rsidR="006F50FC" w:rsidRDefault="00526EB8">
            <w:pPr>
              <w:spacing w:after="0" w:line="252" w:lineRule="auto"/>
            </w:pPr>
            <w:r>
              <w:rPr>
                <w:sz w:val="18"/>
              </w:rPr>
              <w:t>☐ O. Public Administration and Safety</w:t>
            </w:r>
          </w:p>
        </w:tc>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017B5253" w14:textId="77777777" w:rsidR="006F50FC" w:rsidRDefault="00526EB8">
            <w:pPr>
              <w:spacing w:after="0" w:line="252" w:lineRule="auto"/>
            </w:pPr>
            <w:r>
              <w:rPr>
                <w:sz w:val="18"/>
              </w:rPr>
              <w:t>☐ P. Education and Training</w:t>
            </w:r>
          </w:p>
        </w:tc>
      </w:tr>
      <w:tr w:rsidR="006F50FC" w14:paraId="219575DC"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11F2C9DF" w14:textId="77777777" w:rsidR="006F50FC" w:rsidRDefault="00526EB8">
            <w:pPr>
              <w:spacing w:after="0" w:line="252" w:lineRule="auto"/>
            </w:pPr>
            <w:r>
              <w:rPr>
                <w:sz w:val="18"/>
              </w:rPr>
              <w:t>☐ Q. Health Care and Social Assistance</w:t>
            </w:r>
          </w:p>
        </w:tc>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2A372BBB" w14:textId="77777777" w:rsidR="006F50FC" w:rsidRDefault="00526EB8">
            <w:pPr>
              <w:spacing w:after="0" w:line="252" w:lineRule="auto"/>
            </w:pPr>
            <w:r>
              <w:rPr>
                <w:sz w:val="18"/>
              </w:rPr>
              <w:t>☐ R. Arts and Recreation Services</w:t>
            </w:r>
          </w:p>
        </w:tc>
      </w:tr>
      <w:tr w:rsidR="006F50FC" w14:paraId="05DC1D7E"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7DD732FD" w14:textId="77777777" w:rsidR="006F50FC" w:rsidRDefault="00526EB8">
            <w:pPr>
              <w:spacing w:after="0" w:line="252" w:lineRule="auto"/>
            </w:pPr>
            <w:r>
              <w:rPr>
                <w:sz w:val="18"/>
              </w:rPr>
              <w:t>☐ S. Other Services</w:t>
            </w:r>
          </w:p>
        </w:tc>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43CC0B59" w14:textId="77777777" w:rsidR="006F50FC" w:rsidRDefault="006F50FC">
            <w:pPr>
              <w:spacing w:after="0" w:line="252" w:lineRule="auto"/>
            </w:pPr>
          </w:p>
        </w:tc>
      </w:tr>
    </w:tbl>
    <w:p w14:paraId="68641B2D" w14:textId="77777777" w:rsidR="006F50FC" w:rsidRDefault="00526EB8">
      <w:pPr>
        <w:spacing w:after="40" w:line="240" w:lineRule="auto"/>
      </w:pPr>
      <w:r>
        <w:rPr>
          <w:sz w:val="4"/>
        </w:rPr>
        <w:t xml:space="preserve"> </w:t>
      </w:r>
    </w:p>
    <w:p w14:paraId="63737439" w14:textId="77777777" w:rsidR="006F50FC" w:rsidRDefault="00526EB8">
      <w:r>
        <w:br w:type="page"/>
      </w:r>
    </w:p>
    <w:p w14:paraId="5F3E979B" w14:textId="77777777" w:rsidR="006F50FC" w:rsidRDefault="00526EB8">
      <w:pPr>
        <w:pStyle w:val="Title"/>
      </w:pPr>
      <w:r>
        <w:lastRenderedPageBreak/>
        <w:t>VICTORIAN STUDENT NUMBER</w:t>
      </w:r>
    </w:p>
    <w:tbl>
      <w:tblPr>
        <w:tblW w:w="0" w:type="auto"/>
        <w:tblLayout w:type="fixed"/>
        <w:tblLook w:val="04A0" w:firstRow="1" w:lastRow="0" w:firstColumn="1" w:lastColumn="0" w:noHBand="0" w:noVBand="1"/>
      </w:tblPr>
      <w:tblGrid>
        <w:gridCol w:w="567"/>
        <w:gridCol w:w="9524"/>
      </w:tblGrid>
      <w:tr w:rsidR="0063773B" w14:paraId="59A16690" w14:textId="77777777" w:rsidTr="00526EB8">
        <w:tc>
          <w:tcPr>
            <w:tcW w:w="567" w:type="dxa"/>
            <w:shd w:val="clear" w:color="auto" w:fill="E3192A"/>
            <w:tcMar>
              <w:top w:w="95" w:type="dxa"/>
              <w:left w:w="95" w:type="dxa"/>
              <w:bottom w:w="95" w:type="dxa"/>
              <w:right w:w="95" w:type="dxa"/>
            </w:tcMar>
            <w:vAlign w:val="center"/>
          </w:tcPr>
          <w:p w14:paraId="1160C462" w14:textId="6D25D3AA" w:rsidR="0063773B" w:rsidRDefault="0063773B" w:rsidP="00526EB8">
            <w:pPr>
              <w:keepNext/>
              <w:spacing w:after="0"/>
              <w:jc w:val="center"/>
            </w:pPr>
            <w:r>
              <w:rPr>
                <w:b/>
                <w:color w:val="FFFFFF"/>
                <w:sz w:val="20"/>
              </w:rPr>
              <w:t>17</w:t>
            </w:r>
          </w:p>
        </w:tc>
        <w:tc>
          <w:tcPr>
            <w:tcW w:w="9524" w:type="dxa"/>
            <w:shd w:val="clear" w:color="auto" w:fill="151515"/>
            <w:tcMar>
              <w:top w:w="95" w:type="dxa"/>
              <w:left w:w="95" w:type="dxa"/>
              <w:bottom w:w="95" w:type="dxa"/>
              <w:right w:w="95" w:type="dxa"/>
            </w:tcMar>
            <w:vAlign w:val="center"/>
          </w:tcPr>
          <w:p w14:paraId="485AACBB" w14:textId="68F7951C" w:rsidR="0063773B" w:rsidRDefault="0063773B" w:rsidP="00526EB8">
            <w:pPr>
              <w:keepNext/>
              <w:spacing w:after="0"/>
            </w:pPr>
            <w:r>
              <w:rPr>
                <w:b/>
                <w:color w:val="FFFFFF"/>
                <w:sz w:val="20"/>
              </w:rPr>
              <w:t>VSN</w:t>
            </w:r>
          </w:p>
        </w:tc>
      </w:tr>
    </w:tbl>
    <w:p w14:paraId="3C472B9C" w14:textId="77777777" w:rsidR="0063773B" w:rsidRPr="0063773B" w:rsidRDefault="0063773B" w:rsidP="0063773B"/>
    <w:p w14:paraId="7F4AFA88" w14:textId="77777777" w:rsidR="006F50FC" w:rsidRDefault="00526EB8">
      <w:r>
        <w:t>For new students only</w:t>
      </w:r>
    </w:p>
    <w:p w14:paraId="7A7A42D1" w14:textId="77777777" w:rsidR="006F50FC" w:rsidRDefault="00526EB8">
      <w:r>
        <w:t>A Victorian Student Number (VSN) is allocated to all school and VET students up to 24 years of age upon their first enrolment in Victorian school from 2009 or their first enrolment in a VET training provider from 2011.</w:t>
      </w:r>
    </w:p>
    <w:p w14:paraId="3F623F3E" w14:textId="77777777" w:rsidR="006F50FC" w:rsidRDefault="00526EB8">
      <w:pPr>
        <w:spacing w:after="80"/>
      </w:pPr>
      <w:r>
        <w:t>Enter your Victorian Student Number (VSN)</w:t>
      </w:r>
    </w:p>
    <w:p w14:paraId="3720F5FB" w14:textId="54BBFD19" w:rsidR="006F50FC" w:rsidRDefault="00526EB8">
      <w:pPr>
        <w:pBdr>
          <w:bottom w:val="single" w:sz="4" w:space="0" w:color="B8B8B8"/>
        </w:pBdr>
        <w:spacing w:after="140" w:line="240" w:lineRule="auto"/>
      </w:pPr>
      <w:r>
        <w:rPr>
          <w:sz w:val="26"/>
        </w:rPr>
        <w:t xml:space="preserve"> </w:t>
      </w:r>
    </w:p>
    <w:p w14:paraId="06896A77" w14:textId="77777777" w:rsidR="006F50FC" w:rsidRDefault="00526EB8">
      <w:r>
        <w:t>(nine digits, no letters)</w:t>
      </w:r>
    </w:p>
    <w:p w14:paraId="60C60742" w14:textId="77777777" w:rsidR="006F50FC" w:rsidRDefault="00526EB8">
      <w:r>
        <w:t>If you provided your VSN, please go to “Study Reason”.</w:t>
      </w:r>
    </w:p>
    <w:p w14:paraId="28115960" w14:textId="77777777" w:rsidR="006F50FC" w:rsidRDefault="00526EB8">
      <w:r>
        <w:t xml:space="preserve">Have you attended any Victorian school since 2009 or done any training with a vocational education and training (VET) registered training </w:t>
      </w:r>
      <w:proofErr w:type="spellStart"/>
      <w:r>
        <w:t>organisation</w:t>
      </w:r>
      <w:proofErr w:type="spellEnd"/>
      <w:r>
        <w:t xml:space="preserve"> or an Adult and Community Education provider since 2011?</w:t>
      </w:r>
    </w:p>
    <w:p w14:paraId="3C9E8F04" w14:textId="5DE155B3" w:rsidR="006F50FC" w:rsidRDefault="00AF7103">
      <w:sdt>
        <w:sdtPr>
          <w:rPr>
            <w:rFonts w:ascii="DejaVu Sans" w:hAnsi="DejaVu Sans"/>
            <w:sz w:val="18"/>
          </w:rPr>
          <w:id w:val="1351224501"/>
          <w14:checkbox>
            <w14:checked w14:val="0"/>
            <w14:checkedState w14:val="2612" w14:font="MS Gothic"/>
            <w14:uncheckedState w14:val="2610" w14:font="MS Gothic"/>
          </w14:checkbox>
        </w:sdtPr>
        <w:sdtEndPr/>
        <w:sdtContent>
          <w:r w:rsidR="00056452">
            <w:rPr>
              <w:rFonts w:ascii="MS Gothic" w:eastAsia="MS Gothic" w:hAnsi="MS Gothic" w:hint="eastAsia"/>
              <w:sz w:val="18"/>
            </w:rPr>
            <w:t>☐</w:t>
          </w:r>
        </w:sdtContent>
      </w:sdt>
      <w:r w:rsidR="00056452">
        <w:rPr>
          <w:rFonts w:ascii="DejaVu Sans" w:hAnsi="DejaVu Sans"/>
          <w:sz w:val="18"/>
        </w:rPr>
        <w:t>No – I have not attended a Victorian school since 2009 or a TAFE or other VET training provider since the beginning of 2011</w:t>
      </w:r>
    </w:p>
    <w:p w14:paraId="29E16FCF" w14:textId="77777777" w:rsidR="006F50FC" w:rsidRDefault="00526EB8">
      <w:r>
        <w:t>If you answer “No” above, please go to “Study Reason”.</w:t>
      </w:r>
    </w:p>
    <w:p w14:paraId="488B2C7E" w14:textId="3D89D055" w:rsidR="006F50FC" w:rsidRDefault="00AF7103">
      <w:sdt>
        <w:sdtPr>
          <w:rPr>
            <w:rFonts w:ascii="DejaVu Sans" w:hAnsi="DejaVu Sans"/>
            <w:sz w:val="18"/>
          </w:rPr>
          <w:id w:val="725955346"/>
          <w14:checkbox>
            <w14:checked w14:val="0"/>
            <w14:checkedState w14:val="2612" w14:font="MS Gothic"/>
            <w14:uncheckedState w14:val="2610" w14:font="MS Gothic"/>
          </w14:checkbox>
        </w:sdtPr>
        <w:sdtEndPr/>
        <w:sdtContent>
          <w:r w:rsidR="00056452">
            <w:rPr>
              <w:rFonts w:ascii="MS Gothic" w:eastAsia="MS Gothic" w:hAnsi="MS Gothic" w:hint="eastAsia"/>
              <w:sz w:val="18"/>
            </w:rPr>
            <w:t>☐</w:t>
          </w:r>
        </w:sdtContent>
      </w:sdt>
      <w:r w:rsidR="00056452">
        <w:rPr>
          <w:rFonts w:ascii="DejaVu Sans" w:hAnsi="DejaVu Sans"/>
          <w:sz w:val="18"/>
        </w:rPr>
        <w:t xml:space="preserve"> Yes – I have attended a Victorian school since 2009:</w:t>
      </w:r>
    </w:p>
    <w:p w14:paraId="1E36C4E1" w14:textId="77777777" w:rsidR="006F50FC" w:rsidRDefault="00526EB8">
      <w:pPr>
        <w:spacing w:after="80"/>
      </w:pPr>
      <w:r>
        <w:t>Most recent Victorian school attended</w:t>
      </w:r>
    </w:p>
    <w:p w14:paraId="362B9CD1" w14:textId="77777777" w:rsidR="006F50FC" w:rsidRDefault="00526EB8">
      <w:pPr>
        <w:pBdr>
          <w:bottom w:val="single" w:sz="4" w:space="0" w:color="B8B8B8"/>
        </w:pBdr>
        <w:spacing w:after="140" w:line="240" w:lineRule="auto"/>
      </w:pPr>
      <w:r>
        <w:rPr>
          <w:sz w:val="26"/>
        </w:rPr>
        <w:t xml:space="preserve"> </w:t>
      </w:r>
    </w:p>
    <w:p w14:paraId="422BD6CA" w14:textId="77777777" w:rsidR="006F50FC" w:rsidRDefault="00526EB8">
      <w:r>
        <w:t>And/or</w:t>
      </w:r>
    </w:p>
    <w:p w14:paraId="26DBED8F" w14:textId="57C3881C" w:rsidR="006F50FC" w:rsidRDefault="00AF7103">
      <w:sdt>
        <w:sdtPr>
          <w:rPr>
            <w:rFonts w:ascii="DejaVu Sans" w:hAnsi="DejaVu Sans"/>
            <w:sz w:val="18"/>
          </w:rPr>
          <w:id w:val="1170135819"/>
          <w14:checkbox>
            <w14:checked w14:val="0"/>
            <w14:checkedState w14:val="2612" w14:font="MS Gothic"/>
            <w14:uncheckedState w14:val="2610" w14:font="MS Gothic"/>
          </w14:checkbox>
        </w:sdtPr>
        <w:sdtEndPr/>
        <w:sdtContent>
          <w:r w:rsidR="00056452">
            <w:rPr>
              <w:rFonts w:ascii="MS Gothic" w:eastAsia="MS Gothic" w:hAnsi="MS Gothic" w:hint="eastAsia"/>
              <w:sz w:val="18"/>
            </w:rPr>
            <w:t>☐</w:t>
          </w:r>
        </w:sdtContent>
      </w:sdt>
      <w:r w:rsidR="00056452">
        <w:rPr>
          <w:rFonts w:ascii="DejaVu Sans" w:hAnsi="DejaVu Sans"/>
          <w:sz w:val="18"/>
        </w:rPr>
        <w:t xml:space="preserve"> Yes – I have participated in training at a TAFE or other training </w:t>
      </w:r>
      <w:proofErr w:type="spellStart"/>
      <w:r w:rsidR="00056452">
        <w:rPr>
          <w:rFonts w:ascii="DejaVu Sans" w:hAnsi="DejaVu Sans"/>
          <w:sz w:val="18"/>
        </w:rPr>
        <w:t>organisation</w:t>
      </w:r>
      <w:proofErr w:type="spellEnd"/>
      <w:r w:rsidR="00056452">
        <w:rPr>
          <w:rFonts w:ascii="DejaVu Sans" w:hAnsi="DejaVu Sans"/>
          <w:sz w:val="18"/>
        </w:rPr>
        <w:t xml:space="preserve"> since the beginning of 2011.</w:t>
      </w:r>
    </w:p>
    <w:p w14:paraId="5E35492F" w14:textId="77777777" w:rsidR="006F50FC" w:rsidRDefault="00526EB8">
      <w:pPr>
        <w:spacing w:after="80"/>
      </w:pPr>
      <w:r>
        <w:t xml:space="preserve">List the most recent training </w:t>
      </w:r>
      <w:proofErr w:type="spellStart"/>
      <w:r>
        <w:t>organisations</w:t>
      </w:r>
      <w:proofErr w:type="spellEnd"/>
      <w:r>
        <w:t xml:space="preserve"> with which you have participated in training in Victoria since 2011 (List up to 3 training </w:t>
      </w:r>
      <w:proofErr w:type="spellStart"/>
      <w:r>
        <w:t>organisations</w:t>
      </w:r>
      <w:proofErr w:type="spellEnd"/>
      <w:r>
        <w:t>).</w:t>
      </w:r>
    </w:p>
    <w:p w14:paraId="2E4461EB" w14:textId="290F663C" w:rsidR="006F50FC" w:rsidRDefault="00526EB8">
      <w:pPr>
        <w:pBdr>
          <w:bottom w:val="single" w:sz="4" w:space="0" w:color="B8B8B8"/>
        </w:pBdr>
        <w:spacing w:after="140" w:line="240" w:lineRule="auto"/>
      </w:pPr>
      <w:r>
        <w:rPr>
          <w:sz w:val="26"/>
        </w:rPr>
        <w:t xml:space="preserve"> </w:t>
      </w:r>
    </w:p>
    <w:p w14:paraId="106D3FAD" w14:textId="77777777" w:rsidR="006F50FC" w:rsidRDefault="00526EB8">
      <w:pPr>
        <w:pBdr>
          <w:bottom w:val="single" w:sz="4" w:space="0" w:color="B8B8B8"/>
        </w:pBdr>
        <w:spacing w:after="140" w:line="240" w:lineRule="auto"/>
      </w:pPr>
      <w:r>
        <w:rPr>
          <w:sz w:val="26"/>
        </w:rPr>
        <w:t xml:space="preserve"> </w:t>
      </w:r>
    </w:p>
    <w:tbl>
      <w:tblPr>
        <w:tblW w:w="0" w:type="auto"/>
        <w:tblLayout w:type="fixed"/>
        <w:tblLook w:val="04A0" w:firstRow="1" w:lastRow="0" w:firstColumn="1" w:lastColumn="0" w:noHBand="0" w:noVBand="1"/>
      </w:tblPr>
      <w:tblGrid>
        <w:gridCol w:w="567"/>
        <w:gridCol w:w="9524"/>
      </w:tblGrid>
      <w:tr w:rsidR="006F50FC" w14:paraId="0C172B52" w14:textId="77777777">
        <w:tc>
          <w:tcPr>
            <w:tcW w:w="567" w:type="dxa"/>
            <w:shd w:val="clear" w:color="auto" w:fill="E3192A"/>
            <w:tcMar>
              <w:top w:w="95" w:type="dxa"/>
              <w:left w:w="95" w:type="dxa"/>
              <w:bottom w:w="95" w:type="dxa"/>
              <w:right w:w="95" w:type="dxa"/>
            </w:tcMar>
            <w:vAlign w:val="center"/>
          </w:tcPr>
          <w:p w14:paraId="4A309861" w14:textId="2C02B03F" w:rsidR="006F50FC" w:rsidRDefault="00056452">
            <w:pPr>
              <w:keepNext/>
              <w:spacing w:after="0"/>
              <w:jc w:val="center"/>
            </w:pPr>
            <w:r>
              <w:rPr>
                <w:b/>
                <w:color w:val="FFFFFF"/>
                <w:sz w:val="20"/>
              </w:rPr>
              <w:t>18</w:t>
            </w:r>
          </w:p>
        </w:tc>
        <w:tc>
          <w:tcPr>
            <w:tcW w:w="9524" w:type="dxa"/>
            <w:shd w:val="clear" w:color="auto" w:fill="151515"/>
            <w:tcMar>
              <w:top w:w="95" w:type="dxa"/>
              <w:left w:w="95" w:type="dxa"/>
              <w:bottom w:w="95" w:type="dxa"/>
              <w:right w:w="95" w:type="dxa"/>
            </w:tcMar>
            <w:vAlign w:val="center"/>
          </w:tcPr>
          <w:p w14:paraId="4552947C" w14:textId="77777777" w:rsidR="006F50FC" w:rsidRDefault="00526EB8">
            <w:pPr>
              <w:keepNext/>
              <w:spacing w:after="0"/>
            </w:pPr>
            <w:r>
              <w:rPr>
                <w:b/>
                <w:color w:val="FFFFFF"/>
                <w:sz w:val="20"/>
              </w:rPr>
              <w:t>STUDY REASON</w:t>
            </w:r>
          </w:p>
        </w:tc>
      </w:tr>
    </w:tbl>
    <w:p w14:paraId="6FE5AD32" w14:textId="77777777" w:rsidR="006F50FC" w:rsidRDefault="00526EB8">
      <w:pPr>
        <w:keepNext/>
        <w:spacing w:after="60"/>
      </w:pPr>
      <w:r>
        <w:rPr>
          <w:sz w:val="4"/>
        </w:rPr>
        <w:t xml:space="preserve"> </w:t>
      </w:r>
    </w:p>
    <w:p w14:paraId="59325125" w14:textId="77777777" w:rsidR="006F50FC" w:rsidRDefault="00526EB8">
      <w:r>
        <w:t>Of the following categories, which best describes your main reason for undertaking this course?</w:t>
      </w:r>
    </w:p>
    <w:p w14:paraId="7A5FED8D" w14:textId="77777777" w:rsidR="006F50FC" w:rsidRDefault="00526EB8">
      <w:r>
        <w:t>(Tick one box only)</w:t>
      </w:r>
    </w:p>
    <w:tbl>
      <w:tblPr>
        <w:tblW w:w="0" w:type="auto"/>
        <w:jc w:val="center"/>
        <w:tblLayout w:type="fixed"/>
        <w:tblLook w:val="04A0" w:firstRow="1" w:lastRow="0" w:firstColumn="1" w:lastColumn="0" w:noHBand="0" w:noVBand="1"/>
      </w:tblPr>
      <w:tblGrid>
        <w:gridCol w:w="5046"/>
        <w:gridCol w:w="5046"/>
      </w:tblGrid>
      <w:tr w:rsidR="006F50FC" w14:paraId="7834608D"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4D2936C1" w14:textId="001596DC" w:rsidR="006F50FC" w:rsidRDefault="00AF7103">
            <w:pPr>
              <w:spacing w:after="0" w:line="252" w:lineRule="auto"/>
            </w:pPr>
            <w:sdt>
              <w:sdtPr>
                <w:rPr>
                  <w:sz w:val="18"/>
                </w:rPr>
                <w:id w:val="1516969851"/>
                <w14:checkbox>
                  <w14:checked w14:val="0"/>
                  <w14:checkedState w14:val="2612" w14:font="MS Gothic"/>
                  <w14:uncheckedState w14:val="2610" w14:font="MS Gothic"/>
                </w14:checkbox>
              </w:sdtPr>
              <w:sdtEndPr/>
              <w:sdtContent>
                <w:r w:rsidR="00056452">
                  <w:rPr>
                    <w:rFonts w:ascii="MS Gothic" w:eastAsia="MS Gothic" w:hAnsi="MS Gothic" w:hint="eastAsia"/>
                    <w:sz w:val="18"/>
                  </w:rPr>
                  <w:t>☐</w:t>
                </w:r>
              </w:sdtContent>
            </w:sdt>
            <w:r w:rsidR="00056452">
              <w:rPr>
                <w:sz w:val="18"/>
              </w:rPr>
              <w:t>To get a job</w:t>
            </w:r>
          </w:p>
        </w:tc>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41265FC2" w14:textId="1291A998" w:rsidR="006F50FC" w:rsidRDefault="00AF7103">
            <w:pPr>
              <w:spacing w:after="0" w:line="252" w:lineRule="auto"/>
            </w:pPr>
            <w:sdt>
              <w:sdtPr>
                <w:rPr>
                  <w:sz w:val="18"/>
                </w:rPr>
                <w:id w:val="-1390798453"/>
                <w14:checkbox>
                  <w14:checked w14:val="0"/>
                  <w14:checkedState w14:val="2612" w14:font="MS Gothic"/>
                  <w14:uncheckedState w14:val="2610" w14:font="MS Gothic"/>
                </w14:checkbox>
              </w:sdtPr>
              <w:sdtEndPr/>
              <w:sdtContent>
                <w:r w:rsidR="00056452">
                  <w:rPr>
                    <w:rFonts w:ascii="MS Gothic" w:eastAsia="MS Gothic" w:hAnsi="MS Gothic" w:hint="eastAsia"/>
                    <w:sz w:val="18"/>
                  </w:rPr>
                  <w:t>☐</w:t>
                </w:r>
              </w:sdtContent>
            </w:sdt>
            <w:r w:rsidR="00056452">
              <w:rPr>
                <w:sz w:val="18"/>
              </w:rPr>
              <w:t xml:space="preserve"> It was required of my job</w:t>
            </w:r>
          </w:p>
        </w:tc>
      </w:tr>
      <w:tr w:rsidR="006F50FC" w14:paraId="2836D81C"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0C690194" w14:textId="3156A149" w:rsidR="006F50FC" w:rsidRDefault="00AF7103">
            <w:pPr>
              <w:spacing w:after="0" w:line="252" w:lineRule="auto"/>
            </w:pPr>
            <w:sdt>
              <w:sdtPr>
                <w:rPr>
                  <w:sz w:val="18"/>
                </w:rPr>
                <w:id w:val="878592519"/>
                <w14:checkbox>
                  <w14:checked w14:val="0"/>
                  <w14:checkedState w14:val="2612" w14:font="MS Gothic"/>
                  <w14:uncheckedState w14:val="2610" w14:font="MS Gothic"/>
                </w14:checkbox>
              </w:sdtPr>
              <w:sdtEndPr/>
              <w:sdtContent>
                <w:r w:rsidR="00056452">
                  <w:rPr>
                    <w:rFonts w:ascii="MS Gothic" w:eastAsia="MS Gothic" w:hAnsi="MS Gothic" w:hint="eastAsia"/>
                    <w:sz w:val="18"/>
                  </w:rPr>
                  <w:t>☐</w:t>
                </w:r>
              </w:sdtContent>
            </w:sdt>
            <w:r w:rsidR="00056452">
              <w:rPr>
                <w:sz w:val="18"/>
              </w:rPr>
              <w:t xml:space="preserve"> To develop my existing business</w:t>
            </w:r>
          </w:p>
        </w:tc>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336E4416" w14:textId="5471F34A" w:rsidR="006F50FC" w:rsidRDefault="00AF7103">
            <w:pPr>
              <w:spacing w:after="0" w:line="252" w:lineRule="auto"/>
            </w:pPr>
            <w:sdt>
              <w:sdtPr>
                <w:rPr>
                  <w:sz w:val="18"/>
                </w:rPr>
                <w:id w:val="-167648240"/>
                <w14:checkbox>
                  <w14:checked w14:val="0"/>
                  <w14:checkedState w14:val="2612" w14:font="MS Gothic"/>
                  <w14:uncheckedState w14:val="2610" w14:font="MS Gothic"/>
                </w14:checkbox>
              </w:sdtPr>
              <w:sdtEndPr/>
              <w:sdtContent>
                <w:r w:rsidR="00056452">
                  <w:rPr>
                    <w:rFonts w:ascii="MS Gothic" w:eastAsia="MS Gothic" w:hAnsi="MS Gothic" w:hint="eastAsia"/>
                    <w:sz w:val="18"/>
                  </w:rPr>
                  <w:t>☐</w:t>
                </w:r>
              </w:sdtContent>
            </w:sdt>
            <w:r w:rsidR="00056452">
              <w:rPr>
                <w:sz w:val="18"/>
              </w:rPr>
              <w:t xml:space="preserve"> I want extra skills for my job</w:t>
            </w:r>
          </w:p>
        </w:tc>
      </w:tr>
      <w:tr w:rsidR="006F50FC" w14:paraId="3421B019"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B0D7506" w14:textId="3257ED8B" w:rsidR="006F50FC" w:rsidRDefault="00AF7103">
            <w:pPr>
              <w:spacing w:after="0" w:line="252" w:lineRule="auto"/>
            </w:pPr>
            <w:sdt>
              <w:sdtPr>
                <w:rPr>
                  <w:sz w:val="18"/>
                </w:rPr>
                <w:id w:val="69854443"/>
                <w14:checkbox>
                  <w14:checked w14:val="0"/>
                  <w14:checkedState w14:val="2612" w14:font="MS Gothic"/>
                  <w14:uncheckedState w14:val="2610" w14:font="MS Gothic"/>
                </w14:checkbox>
              </w:sdtPr>
              <w:sdtEndPr/>
              <w:sdtContent>
                <w:r w:rsidR="00056452">
                  <w:rPr>
                    <w:rFonts w:ascii="MS Gothic" w:eastAsia="MS Gothic" w:hAnsi="MS Gothic" w:hint="eastAsia"/>
                    <w:sz w:val="18"/>
                  </w:rPr>
                  <w:t>☐</w:t>
                </w:r>
              </w:sdtContent>
            </w:sdt>
            <w:r w:rsidR="00056452">
              <w:rPr>
                <w:sz w:val="18"/>
              </w:rPr>
              <w:t>To start my own business</w:t>
            </w:r>
          </w:p>
        </w:tc>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2E4F52A1" w14:textId="0252BE1F" w:rsidR="006F50FC" w:rsidRDefault="00AF7103">
            <w:pPr>
              <w:spacing w:after="0" w:line="252" w:lineRule="auto"/>
            </w:pPr>
            <w:sdt>
              <w:sdtPr>
                <w:rPr>
                  <w:sz w:val="18"/>
                </w:rPr>
                <w:id w:val="-863057880"/>
                <w14:checkbox>
                  <w14:checked w14:val="0"/>
                  <w14:checkedState w14:val="2612" w14:font="MS Gothic"/>
                  <w14:uncheckedState w14:val="2610" w14:font="MS Gothic"/>
                </w14:checkbox>
              </w:sdtPr>
              <w:sdtEndPr/>
              <w:sdtContent>
                <w:r w:rsidR="00056452">
                  <w:rPr>
                    <w:rFonts w:ascii="MS Gothic" w:eastAsia="MS Gothic" w:hAnsi="MS Gothic" w:hint="eastAsia"/>
                    <w:sz w:val="18"/>
                  </w:rPr>
                  <w:t>☐</w:t>
                </w:r>
              </w:sdtContent>
            </w:sdt>
            <w:r w:rsidR="00056452">
              <w:rPr>
                <w:sz w:val="18"/>
              </w:rPr>
              <w:t xml:space="preserve"> To get into another course of study</w:t>
            </w:r>
          </w:p>
        </w:tc>
      </w:tr>
      <w:tr w:rsidR="006F50FC" w14:paraId="02F71A7F"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0B6D7F1C" w14:textId="0EC44808" w:rsidR="006F50FC" w:rsidRDefault="00AF7103">
            <w:pPr>
              <w:spacing w:after="0" w:line="252" w:lineRule="auto"/>
            </w:pPr>
            <w:sdt>
              <w:sdtPr>
                <w:rPr>
                  <w:sz w:val="18"/>
                </w:rPr>
                <w:id w:val="36238189"/>
                <w14:checkbox>
                  <w14:checked w14:val="0"/>
                  <w14:checkedState w14:val="2612" w14:font="MS Gothic"/>
                  <w14:uncheckedState w14:val="2610" w14:font="MS Gothic"/>
                </w14:checkbox>
              </w:sdtPr>
              <w:sdtEndPr/>
              <w:sdtContent>
                <w:r w:rsidR="00056452">
                  <w:rPr>
                    <w:rFonts w:ascii="MS Gothic" w:eastAsia="MS Gothic" w:hAnsi="MS Gothic" w:hint="eastAsia"/>
                    <w:sz w:val="18"/>
                  </w:rPr>
                  <w:t>☐</w:t>
                </w:r>
              </w:sdtContent>
            </w:sdt>
            <w:r w:rsidR="00056452">
              <w:rPr>
                <w:sz w:val="18"/>
              </w:rPr>
              <w:t xml:space="preserve"> To try for a different career</w:t>
            </w:r>
          </w:p>
        </w:tc>
        <w:tc>
          <w:tcPr>
            <w:tcW w:w="5046" w:type="dxa"/>
            <w:tcBorders>
              <w:top w:val="single" w:sz="4" w:space="0" w:color="D9D9D9"/>
              <w:left w:val="single" w:sz="4" w:space="0" w:color="D9D9D9"/>
              <w:bottom w:val="single" w:sz="4" w:space="0" w:color="D9D9D9"/>
              <w:right w:val="single" w:sz="4" w:space="0" w:color="D9D9D9"/>
            </w:tcBorders>
            <w:shd w:val="clear" w:color="auto" w:fill="F2F2F2"/>
            <w:tcMar>
              <w:top w:w="80" w:type="dxa"/>
              <w:left w:w="80" w:type="dxa"/>
              <w:bottom w:w="80" w:type="dxa"/>
              <w:right w:w="80" w:type="dxa"/>
            </w:tcMar>
            <w:vAlign w:val="center"/>
          </w:tcPr>
          <w:p w14:paraId="02B2085A" w14:textId="29312FE3" w:rsidR="006F50FC" w:rsidRDefault="00AF7103">
            <w:pPr>
              <w:spacing w:after="0" w:line="252" w:lineRule="auto"/>
            </w:pPr>
            <w:sdt>
              <w:sdtPr>
                <w:rPr>
                  <w:sz w:val="18"/>
                </w:rPr>
                <w:id w:val="-121775591"/>
                <w14:checkbox>
                  <w14:checked w14:val="0"/>
                  <w14:checkedState w14:val="2612" w14:font="MS Gothic"/>
                  <w14:uncheckedState w14:val="2610" w14:font="MS Gothic"/>
                </w14:checkbox>
              </w:sdtPr>
              <w:sdtEndPr/>
              <w:sdtContent>
                <w:r w:rsidR="00056452">
                  <w:rPr>
                    <w:rFonts w:ascii="MS Gothic" w:eastAsia="MS Gothic" w:hAnsi="MS Gothic" w:hint="eastAsia"/>
                    <w:sz w:val="18"/>
                  </w:rPr>
                  <w:t>☐</w:t>
                </w:r>
              </w:sdtContent>
            </w:sdt>
            <w:r w:rsidR="00056452">
              <w:rPr>
                <w:sz w:val="18"/>
              </w:rPr>
              <w:t xml:space="preserve"> For personal interest or self-development</w:t>
            </w:r>
          </w:p>
        </w:tc>
      </w:tr>
      <w:tr w:rsidR="006F50FC" w14:paraId="55D71509" w14:textId="77777777">
        <w:trPr>
          <w:cantSplit/>
          <w:jc w:val="center"/>
        </w:trPr>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CC03DA6" w14:textId="783B3D10" w:rsidR="006F50FC" w:rsidRDefault="00AF7103">
            <w:pPr>
              <w:spacing w:after="0" w:line="252" w:lineRule="auto"/>
            </w:pPr>
            <w:sdt>
              <w:sdtPr>
                <w:rPr>
                  <w:sz w:val="18"/>
                </w:rPr>
                <w:id w:val="1856532973"/>
                <w14:checkbox>
                  <w14:checked w14:val="0"/>
                  <w14:checkedState w14:val="2612" w14:font="MS Gothic"/>
                  <w14:uncheckedState w14:val="2610" w14:font="MS Gothic"/>
                </w14:checkbox>
              </w:sdtPr>
              <w:sdtEndPr/>
              <w:sdtContent>
                <w:r w:rsidR="00056452">
                  <w:rPr>
                    <w:rFonts w:ascii="MS Gothic" w:eastAsia="MS Gothic" w:hAnsi="MS Gothic" w:hint="eastAsia"/>
                    <w:sz w:val="18"/>
                  </w:rPr>
                  <w:t>☐</w:t>
                </w:r>
              </w:sdtContent>
            </w:sdt>
            <w:r w:rsidR="00056452">
              <w:rPr>
                <w:sz w:val="18"/>
              </w:rPr>
              <w:t xml:space="preserve"> To get a better job or promotion</w:t>
            </w:r>
          </w:p>
        </w:tc>
        <w:tc>
          <w:tcPr>
            <w:tcW w:w="5046" w:type="dxa"/>
            <w:tcBorders>
              <w:top w:val="single" w:sz="4" w:space="0" w:color="D9D9D9"/>
              <w:left w:val="single" w:sz="4" w:space="0" w:color="D9D9D9"/>
              <w:bottom w:val="single" w:sz="4" w:space="0" w:color="D9D9D9"/>
              <w:right w:val="single" w:sz="4" w:space="0" w:color="D9D9D9"/>
            </w:tcBorders>
            <w:shd w:val="clear" w:color="auto" w:fill="FFFFFF"/>
            <w:tcMar>
              <w:top w:w="80" w:type="dxa"/>
              <w:left w:w="80" w:type="dxa"/>
              <w:bottom w:w="80" w:type="dxa"/>
              <w:right w:w="80" w:type="dxa"/>
            </w:tcMar>
            <w:vAlign w:val="center"/>
          </w:tcPr>
          <w:p w14:paraId="5609ED07" w14:textId="65E3F40F" w:rsidR="006F50FC" w:rsidRDefault="00AF7103">
            <w:pPr>
              <w:spacing w:after="0" w:line="252" w:lineRule="auto"/>
            </w:pPr>
            <w:sdt>
              <w:sdtPr>
                <w:rPr>
                  <w:sz w:val="18"/>
                </w:rPr>
                <w:id w:val="-2113890383"/>
                <w14:checkbox>
                  <w14:checked w14:val="0"/>
                  <w14:checkedState w14:val="2612" w14:font="MS Gothic"/>
                  <w14:uncheckedState w14:val="2610" w14:font="MS Gothic"/>
                </w14:checkbox>
              </w:sdtPr>
              <w:sdtEndPr/>
              <w:sdtContent>
                <w:r w:rsidR="00056452">
                  <w:rPr>
                    <w:rFonts w:ascii="MS Gothic" w:eastAsia="MS Gothic" w:hAnsi="MS Gothic" w:hint="eastAsia"/>
                    <w:sz w:val="18"/>
                  </w:rPr>
                  <w:t>☐</w:t>
                </w:r>
              </w:sdtContent>
            </w:sdt>
            <w:r w:rsidR="00056452">
              <w:rPr>
                <w:sz w:val="18"/>
              </w:rPr>
              <w:t xml:space="preserve"> Other reasons</w:t>
            </w:r>
          </w:p>
        </w:tc>
      </w:tr>
    </w:tbl>
    <w:p w14:paraId="374EDEE6" w14:textId="77777777" w:rsidR="006F50FC" w:rsidRDefault="00526EB8">
      <w:pPr>
        <w:spacing w:after="40" w:line="240" w:lineRule="auto"/>
      </w:pPr>
      <w:r>
        <w:rPr>
          <w:sz w:val="4"/>
        </w:rPr>
        <w:t xml:space="preserve"> </w:t>
      </w:r>
    </w:p>
    <w:tbl>
      <w:tblPr>
        <w:tblW w:w="0" w:type="auto"/>
        <w:tblLayout w:type="fixed"/>
        <w:tblLook w:val="04A0" w:firstRow="1" w:lastRow="0" w:firstColumn="1" w:lastColumn="0" w:noHBand="0" w:noVBand="1"/>
      </w:tblPr>
      <w:tblGrid>
        <w:gridCol w:w="567"/>
        <w:gridCol w:w="9524"/>
      </w:tblGrid>
      <w:tr w:rsidR="006F50FC" w14:paraId="7E6E5D58" w14:textId="77777777">
        <w:tc>
          <w:tcPr>
            <w:tcW w:w="567" w:type="dxa"/>
            <w:shd w:val="clear" w:color="auto" w:fill="E3192A"/>
            <w:tcMar>
              <w:top w:w="95" w:type="dxa"/>
              <w:left w:w="95" w:type="dxa"/>
              <w:bottom w:w="95" w:type="dxa"/>
              <w:right w:w="95" w:type="dxa"/>
            </w:tcMar>
            <w:vAlign w:val="center"/>
          </w:tcPr>
          <w:p w14:paraId="67C9F538" w14:textId="4D6B7C66" w:rsidR="006F50FC" w:rsidRDefault="00056452">
            <w:pPr>
              <w:keepNext/>
              <w:spacing w:after="0"/>
              <w:jc w:val="center"/>
            </w:pPr>
            <w:r>
              <w:rPr>
                <w:b/>
                <w:color w:val="FFFFFF"/>
                <w:sz w:val="20"/>
              </w:rPr>
              <w:t>19</w:t>
            </w:r>
          </w:p>
        </w:tc>
        <w:tc>
          <w:tcPr>
            <w:tcW w:w="9524" w:type="dxa"/>
            <w:shd w:val="clear" w:color="auto" w:fill="151515"/>
            <w:tcMar>
              <w:top w:w="95" w:type="dxa"/>
              <w:left w:w="95" w:type="dxa"/>
              <w:bottom w:w="95" w:type="dxa"/>
              <w:right w:w="95" w:type="dxa"/>
            </w:tcMar>
            <w:vAlign w:val="center"/>
          </w:tcPr>
          <w:p w14:paraId="49D1531D" w14:textId="77777777" w:rsidR="006F50FC" w:rsidRDefault="00526EB8">
            <w:pPr>
              <w:keepNext/>
              <w:spacing w:after="0"/>
            </w:pPr>
            <w:r>
              <w:rPr>
                <w:b/>
                <w:color w:val="FFFFFF"/>
                <w:sz w:val="20"/>
              </w:rPr>
              <w:t>VICTORIAN GOVERNMENT VET STUDENT ENROLMENT PRIVACY NOTICE</w:t>
            </w:r>
          </w:p>
        </w:tc>
      </w:tr>
    </w:tbl>
    <w:p w14:paraId="6AFFE2B1" w14:textId="77777777" w:rsidR="006F50FC" w:rsidRDefault="00526EB8">
      <w:pPr>
        <w:keepNext/>
        <w:spacing w:after="60"/>
      </w:pPr>
      <w:r>
        <w:rPr>
          <w:sz w:val="4"/>
        </w:rPr>
        <w:t xml:space="preserve"> </w:t>
      </w:r>
    </w:p>
    <w:p w14:paraId="75A88587" w14:textId="77777777" w:rsidR="006F50FC" w:rsidRDefault="00526EB8">
      <w:r>
        <w:t>I acknowledge that I have read the Victorian Government’s VET Student Enrolment Privacy Notice in the student handbook.</w:t>
      </w:r>
    </w:p>
    <w:p w14:paraId="5D17752A" w14:textId="77777777" w:rsidR="006F50FC" w:rsidRDefault="00526EB8">
      <w:pPr>
        <w:spacing w:after="80"/>
      </w:pPr>
      <w:r>
        <w:t>Student signature • Date</w:t>
      </w:r>
    </w:p>
    <w:p w14:paraId="67F6C677" w14:textId="101F7856" w:rsidR="006F50FC" w:rsidRDefault="00526EB8">
      <w:pPr>
        <w:pBdr>
          <w:bottom w:val="single" w:sz="4" w:space="0" w:color="B8B8B8"/>
        </w:pBdr>
        <w:spacing w:after="140" w:line="240" w:lineRule="auto"/>
      </w:pPr>
      <w:r>
        <w:rPr>
          <w:sz w:val="26"/>
        </w:rPr>
        <w:t xml:space="preserve"> </w:t>
      </w:r>
      <w:r w:rsidR="00056452">
        <w:rPr>
          <w:sz w:val="26"/>
        </w:rPr>
        <w:t xml:space="preserve">                                                                                                                                    </w:t>
      </w:r>
    </w:p>
    <w:p w14:paraId="0128A6E4" w14:textId="77777777" w:rsidR="006F50FC" w:rsidRDefault="00526EB8">
      <w:pPr>
        <w:spacing w:after="80"/>
      </w:pPr>
      <w:r>
        <w:t>Parent or guardian signature • Date</w:t>
      </w:r>
    </w:p>
    <w:p w14:paraId="5CFC319E" w14:textId="77777777" w:rsidR="00056452" w:rsidRDefault="00526EB8" w:rsidP="00056452">
      <w:pPr>
        <w:pBdr>
          <w:bottom w:val="single" w:sz="4" w:space="0" w:color="B8B8B8"/>
        </w:pBdr>
        <w:spacing w:after="140" w:line="240" w:lineRule="auto"/>
      </w:pPr>
      <w:r>
        <w:rPr>
          <w:sz w:val="26"/>
        </w:rPr>
        <w:t xml:space="preserve"> </w:t>
      </w:r>
      <w:r w:rsidR="00056452">
        <w:rPr>
          <w:sz w:val="26"/>
        </w:rPr>
        <w:t xml:space="preserve">                                                                                                                 </w:t>
      </w:r>
    </w:p>
    <w:p w14:paraId="332459B0" w14:textId="2AF6E6AD" w:rsidR="006F50FC" w:rsidRDefault="00526EB8" w:rsidP="00056452">
      <w:pPr>
        <w:pBdr>
          <w:bottom w:val="single" w:sz="4" w:space="0" w:color="B8B8B8"/>
        </w:pBdr>
        <w:spacing w:after="140" w:line="240" w:lineRule="auto"/>
      </w:pPr>
      <w:r>
        <w:t>Parental/guardian consent is required for all students under the age of 18.</w:t>
      </w:r>
    </w:p>
    <w:p w14:paraId="14917305" w14:textId="5643E6DB" w:rsidR="006F50FC" w:rsidRDefault="006F50FC"/>
    <w:p w14:paraId="2AF639E2" w14:textId="77777777" w:rsidR="006F50FC" w:rsidRDefault="00526EB8">
      <w:pPr>
        <w:pStyle w:val="Title"/>
      </w:pPr>
      <w:r>
        <w:t>PRE TRAINING REVIEW</w:t>
      </w:r>
    </w:p>
    <w:tbl>
      <w:tblPr>
        <w:tblW w:w="0" w:type="auto"/>
        <w:tblLayout w:type="fixed"/>
        <w:tblLook w:val="04A0" w:firstRow="1" w:lastRow="0" w:firstColumn="1" w:lastColumn="0" w:noHBand="0" w:noVBand="1"/>
      </w:tblPr>
      <w:tblGrid>
        <w:gridCol w:w="567"/>
        <w:gridCol w:w="9524"/>
      </w:tblGrid>
      <w:tr w:rsidR="00056452" w14:paraId="70A13CDB" w14:textId="77777777" w:rsidTr="00526EB8">
        <w:tc>
          <w:tcPr>
            <w:tcW w:w="567" w:type="dxa"/>
            <w:shd w:val="clear" w:color="auto" w:fill="E3192A"/>
            <w:tcMar>
              <w:top w:w="95" w:type="dxa"/>
              <w:left w:w="95" w:type="dxa"/>
              <w:bottom w:w="95" w:type="dxa"/>
              <w:right w:w="95" w:type="dxa"/>
            </w:tcMar>
            <w:vAlign w:val="center"/>
          </w:tcPr>
          <w:p w14:paraId="7CBF2260" w14:textId="44F39AD5" w:rsidR="00056452" w:rsidRDefault="00056452" w:rsidP="00526EB8">
            <w:pPr>
              <w:keepNext/>
              <w:spacing w:after="0"/>
              <w:jc w:val="center"/>
            </w:pPr>
            <w:r>
              <w:rPr>
                <w:b/>
                <w:color w:val="FFFFFF"/>
                <w:sz w:val="20"/>
              </w:rPr>
              <w:t>20</w:t>
            </w:r>
          </w:p>
        </w:tc>
        <w:tc>
          <w:tcPr>
            <w:tcW w:w="9524" w:type="dxa"/>
            <w:shd w:val="clear" w:color="auto" w:fill="151515"/>
            <w:tcMar>
              <w:top w:w="95" w:type="dxa"/>
              <w:left w:w="95" w:type="dxa"/>
              <w:bottom w:w="95" w:type="dxa"/>
              <w:right w:w="95" w:type="dxa"/>
            </w:tcMar>
            <w:vAlign w:val="center"/>
          </w:tcPr>
          <w:p w14:paraId="4B96BB6E" w14:textId="533E789B" w:rsidR="00056452" w:rsidRDefault="00056452" w:rsidP="00526EB8">
            <w:pPr>
              <w:keepNext/>
              <w:spacing w:after="0"/>
            </w:pPr>
            <w:r>
              <w:rPr>
                <w:b/>
                <w:color w:val="FFFFFF"/>
                <w:sz w:val="20"/>
              </w:rPr>
              <w:t xml:space="preserve">AIMS </w:t>
            </w:r>
          </w:p>
        </w:tc>
      </w:tr>
    </w:tbl>
    <w:p w14:paraId="5AC96F49" w14:textId="77777777" w:rsidR="00056452" w:rsidRPr="00056452" w:rsidRDefault="00056452" w:rsidP="00056452"/>
    <w:p w14:paraId="431751A1" w14:textId="77777777" w:rsidR="006F50FC" w:rsidRDefault="00526EB8">
      <w:r>
        <w:t>As part of your pre-training review process, you are required to complete the following language, literacy and numeracy (LLN) exercises.</w:t>
      </w:r>
    </w:p>
    <w:p w14:paraId="5AC35B82" w14:textId="77777777" w:rsidR="006F50FC" w:rsidRDefault="00526EB8">
      <w:pPr>
        <w:keepNext/>
        <w:spacing w:after="60"/>
      </w:pPr>
      <w:r>
        <w:rPr>
          <w:sz w:val="4"/>
        </w:rPr>
        <w:t xml:space="preserve"> </w:t>
      </w:r>
    </w:p>
    <w:p w14:paraId="139A609F" w14:textId="77777777" w:rsidR="006F50FC" w:rsidRDefault="00526EB8">
      <w:pPr>
        <w:spacing w:after="80"/>
      </w:pPr>
      <w:r>
        <w:t>What do you hope to achieve by doing this course?</w:t>
      </w:r>
    </w:p>
    <w:p w14:paraId="62F5A440" w14:textId="409E4D1B" w:rsidR="006F50FC" w:rsidRDefault="00526EB8">
      <w:pPr>
        <w:pBdr>
          <w:bottom w:val="single" w:sz="4" w:space="0" w:color="B8B8B8"/>
        </w:pBdr>
        <w:spacing w:after="140" w:line="240" w:lineRule="auto"/>
      </w:pPr>
      <w:r>
        <w:rPr>
          <w:sz w:val="26"/>
        </w:rPr>
        <w:t xml:space="preserve">  </w:t>
      </w:r>
    </w:p>
    <w:p w14:paraId="04AB0E9C" w14:textId="77777777" w:rsidR="006F50FC" w:rsidRDefault="00526EB8">
      <w:pPr>
        <w:pBdr>
          <w:bottom w:val="single" w:sz="4" w:space="0" w:color="B8B8B8"/>
        </w:pBdr>
        <w:spacing w:after="140" w:line="240" w:lineRule="auto"/>
        <w:rPr>
          <w:sz w:val="26"/>
        </w:rPr>
      </w:pPr>
      <w:r>
        <w:rPr>
          <w:sz w:val="26"/>
        </w:rPr>
        <w:t xml:space="preserve"> </w:t>
      </w:r>
    </w:p>
    <w:p w14:paraId="04AB813E" w14:textId="77777777" w:rsidR="00A26D40" w:rsidRDefault="00A26D40">
      <w:pPr>
        <w:pBdr>
          <w:bottom w:val="single" w:sz="4" w:space="0" w:color="B8B8B8"/>
        </w:pBdr>
        <w:spacing w:after="140" w:line="240" w:lineRule="auto"/>
      </w:pPr>
    </w:p>
    <w:tbl>
      <w:tblPr>
        <w:tblW w:w="0" w:type="auto"/>
        <w:shd w:val="clear" w:color="auto" w:fill="D9D9D9" w:themeFill="background1" w:themeFillShade="D9"/>
        <w:tblLayout w:type="fixed"/>
        <w:tblLook w:val="04A0" w:firstRow="1" w:lastRow="0" w:firstColumn="1" w:lastColumn="0" w:noHBand="0" w:noVBand="1"/>
      </w:tblPr>
      <w:tblGrid>
        <w:gridCol w:w="9524"/>
      </w:tblGrid>
      <w:tr w:rsidR="008C2B3F" w:rsidRPr="008C2B3F" w14:paraId="565D4E75" w14:textId="77777777" w:rsidTr="008C2B3F">
        <w:tc>
          <w:tcPr>
            <w:tcW w:w="9524" w:type="dxa"/>
            <w:shd w:val="clear" w:color="auto" w:fill="D9D9D9" w:themeFill="background1" w:themeFillShade="D9"/>
            <w:tcMar>
              <w:top w:w="95" w:type="dxa"/>
              <w:left w:w="95" w:type="dxa"/>
              <w:bottom w:w="95" w:type="dxa"/>
              <w:right w:w="95" w:type="dxa"/>
            </w:tcMar>
            <w:vAlign w:val="center"/>
          </w:tcPr>
          <w:p w14:paraId="1CED4ADA" w14:textId="77777777" w:rsidR="008C2B3F" w:rsidRPr="008C2B3F" w:rsidRDefault="008C2B3F">
            <w:pPr>
              <w:keepNext/>
              <w:spacing w:after="0"/>
              <w:rPr>
                <w:color w:val="auto"/>
              </w:rPr>
            </w:pPr>
            <w:r w:rsidRPr="008C2B3F">
              <w:rPr>
                <w:b/>
                <w:color w:val="auto"/>
                <w:sz w:val="20"/>
              </w:rPr>
              <w:t>EXERCISE 1</w:t>
            </w:r>
          </w:p>
        </w:tc>
      </w:tr>
    </w:tbl>
    <w:p w14:paraId="5497C05C" w14:textId="77777777" w:rsidR="006F50FC" w:rsidRDefault="00526EB8">
      <w:pPr>
        <w:keepNext/>
        <w:spacing w:after="60"/>
      </w:pPr>
      <w:r>
        <w:rPr>
          <w:sz w:val="4"/>
        </w:rPr>
        <w:t xml:space="preserve"> </w:t>
      </w:r>
    </w:p>
    <w:p w14:paraId="5CBB6BCD" w14:textId="77777777" w:rsidR="006F50FC" w:rsidRDefault="00526EB8">
      <w:r>
        <w:t>Simone’s study aspirations are outlined below. You are required to read the following and answer the questions.</w:t>
      </w:r>
    </w:p>
    <w:p w14:paraId="1D238445" w14:textId="77777777" w:rsidR="006F50FC" w:rsidRDefault="00526EB8">
      <w:r>
        <w:t xml:space="preserve">Simone is 20 years old, she has been dancing since she was 3 and wants to pursue a career in musical theatre. She is outgoing, friendly and loves to paint and play piano in her spare time. Simone is looking to develop the appropriate training in musical theatre to increase her skills so she </w:t>
      </w:r>
      <w:proofErr w:type="spellStart"/>
      <w:r>
        <w:t>enrols</w:t>
      </w:r>
      <w:proofErr w:type="spellEnd"/>
      <w:r>
        <w:t xml:space="preserve"> in a 1 year full time musical theatre course to gain a qualification.</w:t>
      </w:r>
    </w:p>
    <w:p w14:paraId="76961B03" w14:textId="77777777" w:rsidR="006F50FC" w:rsidRDefault="00526EB8">
      <w:pPr>
        <w:spacing w:after="80"/>
      </w:pPr>
      <w:r>
        <w:t>How old was Simone when she started dancing?</w:t>
      </w:r>
    </w:p>
    <w:p w14:paraId="77973B05" w14:textId="77777777" w:rsidR="006F50FC" w:rsidRDefault="00526EB8">
      <w:pPr>
        <w:pBdr>
          <w:bottom w:val="single" w:sz="4" w:space="0" w:color="B8B8B8"/>
        </w:pBdr>
        <w:spacing w:after="140" w:line="240" w:lineRule="auto"/>
      </w:pPr>
      <w:r>
        <w:rPr>
          <w:sz w:val="26"/>
        </w:rPr>
        <w:t xml:space="preserve"> </w:t>
      </w:r>
    </w:p>
    <w:p w14:paraId="7FC0359C" w14:textId="77777777" w:rsidR="006F50FC" w:rsidRDefault="00526EB8">
      <w:pPr>
        <w:spacing w:after="80"/>
      </w:pPr>
      <w:r>
        <w:t>How old is Simone now?</w:t>
      </w:r>
    </w:p>
    <w:p w14:paraId="0BD59930" w14:textId="77777777" w:rsidR="006F50FC" w:rsidRDefault="00526EB8">
      <w:pPr>
        <w:pBdr>
          <w:bottom w:val="single" w:sz="4" w:space="0" w:color="B8B8B8"/>
        </w:pBdr>
        <w:spacing w:after="140" w:line="240" w:lineRule="auto"/>
      </w:pPr>
      <w:r>
        <w:rPr>
          <w:sz w:val="26"/>
        </w:rPr>
        <w:t xml:space="preserve"> </w:t>
      </w:r>
    </w:p>
    <w:p w14:paraId="1C626F20" w14:textId="77777777" w:rsidR="006F50FC" w:rsidRDefault="00526EB8">
      <w:pPr>
        <w:spacing w:after="80"/>
      </w:pPr>
      <w:r>
        <w:t>What does Simone like to do in her spare time?</w:t>
      </w:r>
    </w:p>
    <w:p w14:paraId="074DEA4E" w14:textId="77777777" w:rsidR="006F50FC" w:rsidRDefault="00526EB8">
      <w:pPr>
        <w:pBdr>
          <w:bottom w:val="single" w:sz="4" w:space="0" w:color="B8B8B8"/>
        </w:pBdr>
        <w:spacing w:after="140" w:line="240" w:lineRule="auto"/>
      </w:pPr>
      <w:r>
        <w:rPr>
          <w:sz w:val="26"/>
        </w:rPr>
        <w:t xml:space="preserve"> </w:t>
      </w:r>
    </w:p>
    <w:p w14:paraId="53227758" w14:textId="77777777" w:rsidR="006F50FC" w:rsidRDefault="00526EB8">
      <w:pPr>
        <w:spacing w:after="80"/>
      </w:pPr>
      <w:r>
        <w:t>What is the duration of the full time course Simone wants to attend?</w:t>
      </w:r>
    </w:p>
    <w:p w14:paraId="6C494FF8" w14:textId="77777777" w:rsidR="006F50FC" w:rsidRDefault="00526EB8">
      <w:pPr>
        <w:pBdr>
          <w:bottom w:val="single" w:sz="4" w:space="0" w:color="B8B8B8"/>
        </w:pBdr>
        <w:spacing w:after="140" w:line="240" w:lineRule="auto"/>
      </w:pPr>
      <w:r>
        <w:rPr>
          <w:sz w:val="26"/>
        </w:rPr>
        <w:t xml:space="preserve"> </w:t>
      </w:r>
    </w:p>
    <w:tbl>
      <w:tblPr>
        <w:tblW w:w="0" w:type="auto"/>
        <w:shd w:val="clear" w:color="auto" w:fill="D9D9D9" w:themeFill="background1" w:themeFillShade="D9"/>
        <w:tblLayout w:type="fixed"/>
        <w:tblLook w:val="04A0" w:firstRow="1" w:lastRow="0" w:firstColumn="1" w:lastColumn="0" w:noHBand="0" w:noVBand="1"/>
      </w:tblPr>
      <w:tblGrid>
        <w:gridCol w:w="9524"/>
      </w:tblGrid>
      <w:tr w:rsidR="008C2B3F" w:rsidRPr="008C2B3F" w14:paraId="0767D9BB" w14:textId="77777777" w:rsidTr="008C2B3F">
        <w:tc>
          <w:tcPr>
            <w:tcW w:w="9524" w:type="dxa"/>
            <w:shd w:val="clear" w:color="auto" w:fill="D9D9D9" w:themeFill="background1" w:themeFillShade="D9"/>
            <w:tcMar>
              <w:top w:w="95" w:type="dxa"/>
              <w:left w:w="95" w:type="dxa"/>
              <w:bottom w:w="95" w:type="dxa"/>
              <w:right w:w="95" w:type="dxa"/>
            </w:tcMar>
            <w:vAlign w:val="center"/>
          </w:tcPr>
          <w:p w14:paraId="03950830" w14:textId="77777777" w:rsidR="008C2B3F" w:rsidRPr="008C2B3F" w:rsidRDefault="008C2B3F">
            <w:pPr>
              <w:keepNext/>
              <w:spacing w:after="0"/>
              <w:rPr>
                <w:color w:val="auto"/>
              </w:rPr>
            </w:pPr>
            <w:r w:rsidRPr="008C2B3F">
              <w:rPr>
                <w:b/>
                <w:color w:val="auto"/>
                <w:sz w:val="20"/>
              </w:rPr>
              <w:t>EXERCISE 2</w:t>
            </w:r>
          </w:p>
        </w:tc>
      </w:tr>
    </w:tbl>
    <w:p w14:paraId="36188891" w14:textId="77777777" w:rsidR="006F50FC" w:rsidRDefault="00526EB8">
      <w:pPr>
        <w:keepNext/>
        <w:spacing w:after="60"/>
      </w:pPr>
      <w:r>
        <w:rPr>
          <w:sz w:val="4"/>
        </w:rPr>
        <w:t xml:space="preserve"> </w:t>
      </w:r>
    </w:p>
    <w:p w14:paraId="663BEDE7" w14:textId="77777777" w:rsidR="006F50FC" w:rsidRDefault="00526EB8">
      <w:r>
        <w:t>You were taught 4 x 8 counts of choreography, now the teacher removes 1 x 8 counts of choreography, how many counts in total will you now need to dance? ANSWER:</w:t>
      </w:r>
    </w:p>
    <w:p w14:paraId="24229ED8" w14:textId="77777777" w:rsidR="006F50FC" w:rsidRDefault="00526EB8">
      <w:pPr>
        <w:spacing w:after="80"/>
      </w:pPr>
      <w:r>
        <w:t>Answer</w:t>
      </w:r>
    </w:p>
    <w:p w14:paraId="5F349BD5" w14:textId="77777777" w:rsidR="006F50FC" w:rsidRDefault="00526EB8">
      <w:pPr>
        <w:pBdr>
          <w:bottom w:val="single" w:sz="4" w:space="0" w:color="B8B8B8"/>
        </w:pBdr>
        <w:spacing w:after="140" w:line="240" w:lineRule="auto"/>
      </w:pPr>
      <w:r>
        <w:rPr>
          <w:sz w:val="26"/>
        </w:rPr>
        <w:t xml:space="preserve"> </w:t>
      </w:r>
    </w:p>
    <w:tbl>
      <w:tblPr>
        <w:tblW w:w="0" w:type="auto"/>
        <w:shd w:val="clear" w:color="auto" w:fill="D9D9D9" w:themeFill="background1" w:themeFillShade="D9"/>
        <w:tblLayout w:type="fixed"/>
        <w:tblLook w:val="04A0" w:firstRow="1" w:lastRow="0" w:firstColumn="1" w:lastColumn="0" w:noHBand="0" w:noVBand="1"/>
      </w:tblPr>
      <w:tblGrid>
        <w:gridCol w:w="9524"/>
      </w:tblGrid>
      <w:tr w:rsidR="008C2B3F" w:rsidRPr="008C2B3F" w14:paraId="1028B475" w14:textId="77777777" w:rsidTr="008C2B3F">
        <w:tc>
          <w:tcPr>
            <w:tcW w:w="9524" w:type="dxa"/>
            <w:shd w:val="clear" w:color="auto" w:fill="D9D9D9" w:themeFill="background1" w:themeFillShade="D9"/>
            <w:tcMar>
              <w:top w:w="95" w:type="dxa"/>
              <w:left w:w="95" w:type="dxa"/>
              <w:bottom w:w="95" w:type="dxa"/>
              <w:right w:w="95" w:type="dxa"/>
            </w:tcMar>
            <w:vAlign w:val="center"/>
          </w:tcPr>
          <w:p w14:paraId="5FE28582" w14:textId="77777777" w:rsidR="008C2B3F" w:rsidRPr="008C2B3F" w:rsidRDefault="008C2B3F">
            <w:pPr>
              <w:keepNext/>
              <w:spacing w:after="0"/>
              <w:rPr>
                <w:color w:val="auto"/>
              </w:rPr>
            </w:pPr>
            <w:r w:rsidRPr="008C2B3F">
              <w:rPr>
                <w:b/>
                <w:color w:val="auto"/>
                <w:sz w:val="20"/>
              </w:rPr>
              <w:t>EXERCISE 3</w:t>
            </w:r>
          </w:p>
        </w:tc>
      </w:tr>
    </w:tbl>
    <w:p w14:paraId="049FA168" w14:textId="77777777" w:rsidR="006F50FC" w:rsidRDefault="00526EB8">
      <w:pPr>
        <w:keepNext/>
        <w:spacing w:after="60"/>
      </w:pPr>
      <w:r>
        <w:rPr>
          <w:sz w:val="4"/>
        </w:rPr>
        <w:t xml:space="preserve"> </w:t>
      </w:r>
    </w:p>
    <w:p w14:paraId="7AFFCF65" w14:textId="77777777" w:rsidR="006F50FC" w:rsidRDefault="00526EB8">
      <w:r>
        <w:t>You are required to purchase 3 tickets for your end of term performance; each ticket costs $40, tick how much you need to pay in total for your 3 tickets</w:t>
      </w:r>
    </w:p>
    <w:p w14:paraId="42C453DF" w14:textId="1ECDBEC1" w:rsidR="006F50FC" w:rsidRDefault="00AF7103">
      <w:sdt>
        <w:sdtPr>
          <w:rPr>
            <w:rFonts w:ascii="DejaVu Sans" w:hAnsi="DejaVu Sans"/>
            <w:sz w:val="18"/>
          </w:rPr>
          <w:id w:val="-1378153576"/>
          <w14:checkbox>
            <w14:checked w14:val="0"/>
            <w14:checkedState w14:val="2612" w14:font="MS Gothic"/>
            <w14:uncheckedState w14:val="2610" w14:font="MS Gothic"/>
          </w14:checkbox>
        </w:sdtPr>
        <w:sdtEndPr/>
        <w:sdtContent>
          <w:r w:rsidR="008C2B3F">
            <w:rPr>
              <w:rFonts w:ascii="MS Gothic" w:eastAsia="MS Gothic" w:hAnsi="MS Gothic" w:hint="eastAsia"/>
              <w:sz w:val="18"/>
            </w:rPr>
            <w:t>☐</w:t>
          </w:r>
        </w:sdtContent>
      </w:sdt>
      <w:r w:rsidR="008C2B3F">
        <w:rPr>
          <w:rFonts w:ascii="DejaVu Sans" w:hAnsi="DejaVu Sans"/>
          <w:sz w:val="18"/>
        </w:rPr>
        <w:t xml:space="preserve"> $100 </w:t>
      </w:r>
      <w:sdt>
        <w:sdtPr>
          <w:rPr>
            <w:rFonts w:ascii="DejaVu Sans" w:hAnsi="DejaVu Sans"/>
            <w:sz w:val="18"/>
          </w:rPr>
          <w:id w:val="1451827255"/>
          <w14:checkbox>
            <w14:checked w14:val="0"/>
            <w14:checkedState w14:val="2612" w14:font="MS Gothic"/>
            <w14:uncheckedState w14:val="2610" w14:font="MS Gothic"/>
          </w14:checkbox>
        </w:sdtPr>
        <w:sdtEndPr/>
        <w:sdtContent>
          <w:r w:rsidR="008C2B3F">
            <w:rPr>
              <w:rFonts w:ascii="MS Gothic" w:eastAsia="MS Gothic" w:hAnsi="MS Gothic" w:hint="eastAsia"/>
              <w:sz w:val="18"/>
            </w:rPr>
            <w:t>☐</w:t>
          </w:r>
        </w:sdtContent>
      </w:sdt>
      <w:r w:rsidR="008C2B3F">
        <w:rPr>
          <w:rFonts w:ascii="DejaVu Sans" w:hAnsi="DejaVu Sans"/>
          <w:sz w:val="18"/>
        </w:rPr>
        <w:t xml:space="preserve"> $120 </w:t>
      </w:r>
      <w:sdt>
        <w:sdtPr>
          <w:rPr>
            <w:rFonts w:ascii="DejaVu Sans" w:hAnsi="DejaVu Sans"/>
            <w:sz w:val="18"/>
          </w:rPr>
          <w:id w:val="2140298550"/>
          <w14:checkbox>
            <w14:checked w14:val="0"/>
            <w14:checkedState w14:val="2612" w14:font="MS Gothic"/>
            <w14:uncheckedState w14:val="2610" w14:font="MS Gothic"/>
          </w14:checkbox>
        </w:sdtPr>
        <w:sdtEndPr/>
        <w:sdtContent>
          <w:r w:rsidR="008C2B3F">
            <w:rPr>
              <w:rFonts w:ascii="MS Gothic" w:eastAsia="MS Gothic" w:hAnsi="MS Gothic" w:hint="eastAsia"/>
              <w:sz w:val="18"/>
            </w:rPr>
            <w:t>☐</w:t>
          </w:r>
        </w:sdtContent>
      </w:sdt>
      <w:r w:rsidR="008C2B3F">
        <w:rPr>
          <w:rFonts w:ascii="DejaVu Sans" w:hAnsi="DejaVu Sans"/>
          <w:sz w:val="18"/>
        </w:rPr>
        <w:t xml:space="preserve"> $180</w:t>
      </w:r>
    </w:p>
    <w:p w14:paraId="00D2675C" w14:textId="286B1545" w:rsidR="006F50FC" w:rsidRDefault="00AF7103">
      <w:sdt>
        <w:sdtPr>
          <w:rPr>
            <w:rFonts w:ascii="DejaVu Sans" w:hAnsi="DejaVu Sans"/>
            <w:sz w:val="18"/>
          </w:rPr>
          <w:id w:val="-1396961559"/>
          <w14:checkbox>
            <w14:checked w14:val="0"/>
            <w14:checkedState w14:val="2612" w14:font="MS Gothic"/>
            <w14:uncheckedState w14:val="2610" w14:font="MS Gothic"/>
          </w14:checkbox>
        </w:sdtPr>
        <w:sdtEndPr/>
        <w:sdtContent>
          <w:r w:rsidR="008C2B3F">
            <w:rPr>
              <w:rFonts w:ascii="MS Gothic" w:eastAsia="MS Gothic" w:hAnsi="MS Gothic" w:hint="eastAsia"/>
              <w:sz w:val="18"/>
            </w:rPr>
            <w:t>☐</w:t>
          </w:r>
        </w:sdtContent>
      </w:sdt>
      <w:r w:rsidR="008C2B3F">
        <w:rPr>
          <w:rFonts w:ascii="DejaVu Sans" w:hAnsi="DejaVu Sans"/>
          <w:sz w:val="18"/>
        </w:rPr>
        <w:t xml:space="preserve"> I have completed this form myself</w:t>
      </w:r>
    </w:p>
    <w:p w14:paraId="22D3E3A1" w14:textId="77777777" w:rsidR="006F50FC" w:rsidRDefault="00526EB8">
      <w:r>
        <w:t>Name ____________________ Signature ____________________ Date __________</w:t>
      </w:r>
    </w:p>
    <w:p w14:paraId="35D05B9A" w14:textId="77777777" w:rsidR="006F50FC" w:rsidRDefault="00526EB8">
      <w:r>
        <w:t>PLEASE CHECK THAT ALL SECTIONS ARE COMPLETE AND RETURN ALL PAGES</w:t>
      </w:r>
    </w:p>
    <w:sectPr w:rsidR="006F50FC" w:rsidSect="00034616">
      <w:headerReference w:type="default" r:id="rId10"/>
      <w:footerReference w:type="default" r:id="rId11"/>
      <w:pgSz w:w="11909" w:h="16834"/>
      <w:pgMar w:top="850" w:right="907" w:bottom="850" w:left="907" w:header="340" w:footer="3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060274" w14:textId="77777777" w:rsidR="008354D9" w:rsidRDefault="008354D9">
      <w:pPr>
        <w:spacing w:after="0" w:line="240" w:lineRule="auto"/>
      </w:pPr>
      <w:r>
        <w:separator/>
      </w:r>
    </w:p>
  </w:endnote>
  <w:endnote w:type="continuationSeparator" w:id="0">
    <w:p w14:paraId="58832B75" w14:textId="77777777" w:rsidR="008354D9" w:rsidRDefault="00835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F6D456" w14:textId="6336492F" w:rsidR="00526EB8" w:rsidRDefault="00526EB8">
    <w:pPr>
      <w:pStyle w:val="Footer"/>
    </w:pPr>
    <w:r>
      <w:rPr>
        <w:color w:val="666666"/>
        <w:sz w:val="16"/>
      </w:rPr>
      <w:t xml:space="preserve">ENROLMENT FORM  </w:t>
    </w:r>
    <w:r w:rsidR="00692107">
      <w:rPr>
        <w:color w:val="666666"/>
        <w:sz w:val="16"/>
      </w:rPr>
      <w:tab/>
    </w:r>
    <w:r w:rsidR="00692107">
      <w:rPr>
        <w:color w:val="666666"/>
        <w:sz w:val="16"/>
      </w:rPr>
      <w:tab/>
    </w:r>
    <w:r>
      <w:t xml:space="preserve">PAGE </w:t>
    </w:r>
    <w:r>
      <w:fldChar w:fldCharType="begin"/>
    </w:r>
    <w:r>
      <w:instrText>PAGE</w:instrText>
    </w:r>
    <w:r>
      <w:fldChar w:fldCharType="separate"/>
    </w:r>
    <w:r w:rsidR="00AF7103">
      <w:rPr>
        <w:noProof/>
      </w:rPr>
      <w:t>10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15642B" w14:textId="77777777" w:rsidR="008354D9" w:rsidRDefault="008354D9">
      <w:pPr>
        <w:spacing w:after="0" w:line="240" w:lineRule="auto"/>
      </w:pPr>
      <w:r>
        <w:separator/>
      </w:r>
    </w:p>
  </w:footnote>
  <w:footnote w:type="continuationSeparator" w:id="0">
    <w:p w14:paraId="3C4C733F" w14:textId="77777777" w:rsidR="008354D9" w:rsidRDefault="008354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3965D1" w14:textId="77777777" w:rsidR="00526EB8" w:rsidRDefault="00526EB8">
    <w:pPr>
      <w:pStyle w:val="Header"/>
    </w:pPr>
    <w:r>
      <w:rPr>
        <w:b/>
        <w:color w:val="E3192A"/>
        <w:sz w:val="16"/>
      </w:rPr>
      <w:t xml:space="preserve">DANCE </w:t>
    </w:r>
    <w:proofErr w:type="gramStart"/>
    <w:r>
      <w:rPr>
        <w:b/>
        <w:color w:val="E3192A"/>
        <w:sz w:val="16"/>
      </w:rPr>
      <w:t>FACTORY  /</w:t>
    </w:r>
    <w:proofErr w:type="gramEnd"/>
    <w:r>
      <w:rPr>
        <w:b/>
        <w:color w:val="E3192A"/>
        <w:sz w:val="16"/>
      </w:rPr>
      <w:t xml:space="preserve">  CUA20120 CERTIFICATE II IN DANCE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BD04F71"/>
    <w:multiLevelType w:val="hybridMultilevel"/>
    <w:tmpl w:val="DEC237B8"/>
    <w:lvl w:ilvl="0" w:tplc="50DECBF4">
      <w:numFmt w:val="bullet"/>
      <w:lvlText w:val="-"/>
      <w:lvlJc w:val="left"/>
      <w:pPr>
        <w:ind w:left="2940" w:hanging="360"/>
      </w:pPr>
      <w:rPr>
        <w:rFonts w:ascii="Calibri" w:eastAsiaTheme="minorEastAsia" w:hAnsi="Calibri" w:cs="Calibri" w:hint="default"/>
      </w:rPr>
    </w:lvl>
    <w:lvl w:ilvl="1" w:tplc="0C090003" w:tentative="1">
      <w:start w:val="1"/>
      <w:numFmt w:val="bullet"/>
      <w:lvlText w:val="o"/>
      <w:lvlJc w:val="left"/>
      <w:pPr>
        <w:ind w:left="3660" w:hanging="360"/>
      </w:pPr>
      <w:rPr>
        <w:rFonts w:ascii="Courier New" w:hAnsi="Courier New" w:cs="Courier New" w:hint="default"/>
      </w:rPr>
    </w:lvl>
    <w:lvl w:ilvl="2" w:tplc="0C090005" w:tentative="1">
      <w:start w:val="1"/>
      <w:numFmt w:val="bullet"/>
      <w:lvlText w:val=""/>
      <w:lvlJc w:val="left"/>
      <w:pPr>
        <w:ind w:left="4380" w:hanging="360"/>
      </w:pPr>
      <w:rPr>
        <w:rFonts w:ascii="Wingdings" w:hAnsi="Wingdings" w:hint="default"/>
      </w:rPr>
    </w:lvl>
    <w:lvl w:ilvl="3" w:tplc="0C090001" w:tentative="1">
      <w:start w:val="1"/>
      <w:numFmt w:val="bullet"/>
      <w:lvlText w:val=""/>
      <w:lvlJc w:val="left"/>
      <w:pPr>
        <w:ind w:left="5100" w:hanging="360"/>
      </w:pPr>
      <w:rPr>
        <w:rFonts w:ascii="Symbol" w:hAnsi="Symbol" w:hint="default"/>
      </w:rPr>
    </w:lvl>
    <w:lvl w:ilvl="4" w:tplc="0C090003" w:tentative="1">
      <w:start w:val="1"/>
      <w:numFmt w:val="bullet"/>
      <w:lvlText w:val="o"/>
      <w:lvlJc w:val="left"/>
      <w:pPr>
        <w:ind w:left="5820" w:hanging="360"/>
      </w:pPr>
      <w:rPr>
        <w:rFonts w:ascii="Courier New" w:hAnsi="Courier New" w:cs="Courier New" w:hint="default"/>
      </w:rPr>
    </w:lvl>
    <w:lvl w:ilvl="5" w:tplc="0C090005" w:tentative="1">
      <w:start w:val="1"/>
      <w:numFmt w:val="bullet"/>
      <w:lvlText w:val=""/>
      <w:lvlJc w:val="left"/>
      <w:pPr>
        <w:ind w:left="6540" w:hanging="360"/>
      </w:pPr>
      <w:rPr>
        <w:rFonts w:ascii="Wingdings" w:hAnsi="Wingdings" w:hint="default"/>
      </w:rPr>
    </w:lvl>
    <w:lvl w:ilvl="6" w:tplc="0C090001" w:tentative="1">
      <w:start w:val="1"/>
      <w:numFmt w:val="bullet"/>
      <w:lvlText w:val=""/>
      <w:lvlJc w:val="left"/>
      <w:pPr>
        <w:ind w:left="7260" w:hanging="360"/>
      </w:pPr>
      <w:rPr>
        <w:rFonts w:ascii="Symbol" w:hAnsi="Symbol" w:hint="default"/>
      </w:rPr>
    </w:lvl>
    <w:lvl w:ilvl="7" w:tplc="0C090003" w:tentative="1">
      <w:start w:val="1"/>
      <w:numFmt w:val="bullet"/>
      <w:lvlText w:val="o"/>
      <w:lvlJc w:val="left"/>
      <w:pPr>
        <w:ind w:left="7980" w:hanging="360"/>
      </w:pPr>
      <w:rPr>
        <w:rFonts w:ascii="Courier New" w:hAnsi="Courier New" w:cs="Courier New" w:hint="default"/>
      </w:rPr>
    </w:lvl>
    <w:lvl w:ilvl="8" w:tplc="0C090005" w:tentative="1">
      <w:start w:val="1"/>
      <w:numFmt w:val="bullet"/>
      <w:lvlText w:val=""/>
      <w:lvlJc w:val="left"/>
      <w:pPr>
        <w:ind w:left="870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15B32"/>
    <w:rsid w:val="00034616"/>
    <w:rsid w:val="00056452"/>
    <w:rsid w:val="0006063C"/>
    <w:rsid w:val="00064FE2"/>
    <w:rsid w:val="0015074B"/>
    <w:rsid w:val="0029639D"/>
    <w:rsid w:val="00326F90"/>
    <w:rsid w:val="00380281"/>
    <w:rsid w:val="00467A77"/>
    <w:rsid w:val="00526EB8"/>
    <w:rsid w:val="005D0F66"/>
    <w:rsid w:val="0062055C"/>
    <w:rsid w:val="00621FB7"/>
    <w:rsid w:val="0063773B"/>
    <w:rsid w:val="00692107"/>
    <w:rsid w:val="006F50FC"/>
    <w:rsid w:val="008354D9"/>
    <w:rsid w:val="008A06B3"/>
    <w:rsid w:val="008C1A66"/>
    <w:rsid w:val="008C2B3F"/>
    <w:rsid w:val="008C6E2C"/>
    <w:rsid w:val="00972940"/>
    <w:rsid w:val="00A26D40"/>
    <w:rsid w:val="00A364A3"/>
    <w:rsid w:val="00AA1D8D"/>
    <w:rsid w:val="00AB072D"/>
    <w:rsid w:val="00AF7103"/>
    <w:rsid w:val="00B17D7F"/>
    <w:rsid w:val="00B45E37"/>
    <w:rsid w:val="00B47730"/>
    <w:rsid w:val="00BA1234"/>
    <w:rsid w:val="00C15492"/>
    <w:rsid w:val="00C52A8B"/>
    <w:rsid w:val="00C72CFD"/>
    <w:rsid w:val="00C7684B"/>
    <w:rsid w:val="00CB0664"/>
    <w:rsid w:val="00DF2608"/>
    <w:rsid w:val="00EA78CB"/>
    <w:rsid w:val="00F81D7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9A058F"/>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color w:val="242424"/>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1515"/>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151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b/>
      <w:color w:val="E3192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526E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EB8"/>
    <w:rPr>
      <w:rFonts w:ascii="Tahoma" w:hAnsi="Tahoma" w:cs="Tahoma"/>
      <w:color w:val="242424"/>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color w:val="242424"/>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51515"/>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5151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b/>
      <w:color w:val="E3192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526E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EB8"/>
    <w:rPr>
      <w:rFonts w:ascii="Tahoma" w:hAnsi="Tahoma" w:cs="Tahoma"/>
      <w:color w:val="242424"/>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294984-0C3A-40F6-BD4E-D89771CE7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2073</Words>
  <Characters>11820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Dance Factory Certificate II in Dance Enrolment Form 2026</vt:lpstr>
    </vt:vector>
  </TitlesOfParts>
  <Company/>
  <LinksUpToDate>false</LinksUpToDate>
  <CharactersWithSpaces>13866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Dance Factory Certificate II in Dance Enrolment Form 2026</dc:title>
  <dc:creator>Dance Factory</dc:creator>
  <cp:lastModifiedBy>Mark Laguerre</cp:lastModifiedBy>
  <cp:revision>2</cp:revision>
  <cp:lastPrinted>2026-10-21T01:54:00Z</cp:lastPrinted>
  <dcterms:created xsi:type="dcterms:W3CDTF">2026-10-22T06:45:00Z</dcterms:created>
  <dcterms:modified xsi:type="dcterms:W3CDTF">2026-10-22T06:45:00Z</dcterms:modified>
</cp:coreProperties>
</file>