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8447"/>
        <w:gridCol w:w="1757"/>
      </w:tblGrid>
      <w:tr w:rsidR="00284027" w14:paraId="01D8D5A2" w14:textId="77777777">
        <w:tc>
          <w:tcPr>
            <w:tcW w:w="8447" w:type="dxa"/>
            <w:shd w:val="clear" w:color="auto" w:fill="E3192A"/>
            <w:tcMar>
              <w:top w:w="140" w:type="dxa"/>
              <w:bottom w:w="140" w:type="dxa"/>
            </w:tcMar>
            <w:vAlign w:val="center"/>
          </w:tcPr>
          <w:p w14:paraId="7931EE19" w14:textId="5E3E6D75" w:rsidR="00284027" w:rsidRDefault="002B450F" w:rsidP="00E85CC2">
            <w:pPr>
              <w:pStyle w:val="Title"/>
              <w:spacing w:after="0"/>
              <w:jc w:val="center"/>
            </w:pPr>
            <w:r>
              <w:rPr>
                <w:rFonts w:ascii="Calibri" w:hAnsi="Calibri"/>
                <w:b w:val="0"/>
                <w:color w:val="FFFFFF"/>
                <w:sz w:val="24"/>
              </w:rPr>
              <w:t>PRIVAT</w:t>
            </w:r>
            <w:r w:rsidR="00D72082">
              <w:rPr>
                <w:rFonts w:ascii="Calibri" w:hAnsi="Calibri"/>
                <w:b w:val="0"/>
                <w:color w:val="FFFFFF"/>
                <w:sz w:val="24"/>
              </w:rPr>
              <w:t>E LESSONS FOR INDIVIDUALS</w:t>
            </w:r>
            <w:r w:rsidR="00E85CC2">
              <w:rPr>
                <w:rFonts w:ascii="Calibri" w:hAnsi="Calibri"/>
                <w:b w:val="0"/>
                <w:color w:val="FFFFFF"/>
                <w:sz w:val="24"/>
              </w:rPr>
              <w:t xml:space="preserve"> AND</w:t>
            </w:r>
            <w:r w:rsidR="004C1094">
              <w:rPr>
                <w:rFonts w:ascii="Calibri" w:hAnsi="Calibri"/>
                <w:b w:val="0"/>
                <w:color w:val="FFFFFF"/>
                <w:spacing w:val="35"/>
                <w:sz w:val="48"/>
              </w:rPr>
              <w:t xml:space="preserve"> </w:t>
            </w:r>
            <w:r w:rsidR="00E85CC2">
              <w:rPr>
                <w:rFonts w:ascii="Calibri" w:hAnsi="Calibri"/>
                <w:b w:val="0"/>
                <w:color w:val="FFFFFF"/>
                <w:sz w:val="24"/>
              </w:rPr>
              <w:t>GROUPS</w:t>
            </w:r>
            <w:r>
              <w:rPr>
                <w:rFonts w:ascii="Calibri" w:hAnsi="Calibri"/>
                <w:b w:val="0"/>
                <w:color w:val="FFFFFF"/>
                <w:spacing w:val="35"/>
                <w:sz w:val="48"/>
              </w:rPr>
              <w:br/>
              <w:t>BOOKING FORM</w:t>
            </w:r>
          </w:p>
        </w:tc>
        <w:tc>
          <w:tcPr>
            <w:tcW w:w="1757" w:type="dxa"/>
            <w:shd w:val="clear" w:color="auto" w:fill="E3192A"/>
            <w:tcMar>
              <w:top w:w="140" w:type="dxa"/>
              <w:bottom w:w="140" w:type="dxa"/>
            </w:tcMar>
            <w:vAlign w:val="center"/>
          </w:tcPr>
          <w:p w14:paraId="0B882AA6" w14:textId="77777777" w:rsidR="00284027" w:rsidRDefault="002B450F">
            <w:pPr>
              <w:spacing w:after="0"/>
              <w:jc w:val="center"/>
            </w:pPr>
            <w:r>
              <w:rPr>
                <w:noProof/>
                <w:color w:val="FFFFFF"/>
                <w:lang w:val="en-AU" w:eastAsia="en-AU"/>
              </w:rPr>
              <w:drawing>
                <wp:inline distT="0" distB="0" distL="0" distR="0" wp14:anchorId="16C8AAA7" wp14:editId="2B477613">
                  <wp:extent cx="720000" cy="480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F CLEANED UP 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4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6886B95" w14:textId="3110E527" w:rsidR="00284027" w:rsidRDefault="002B450F">
      <w:pPr>
        <w:spacing w:before="100" w:after="100"/>
        <w:jc w:val="center"/>
      </w:pPr>
      <w:r>
        <w:rPr>
          <w:color w:val="555555"/>
          <w:sz w:val="16"/>
        </w:rPr>
        <w:t xml:space="preserve">Personalised dance and wedding </w:t>
      </w:r>
      <w:r w:rsidR="00D72082">
        <w:rPr>
          <w:color w:val="555555"/>
          <w:sz w:val="16"/>
        </w:rPr>
        <w:t xml:space="preserve">lessons </w:t>
      </w:r>
      <w:proofErr w:type="gramStart"/>
      <w:r w:rsidR="00D72082">
        <w:rPr>
          <w:color w:val="555555"/>
          <w:sz w:val="16"/>
        </w:rPr>
        <w:t>|</w:t>
      </w:r>
      <w:r>
        <w:rPr>
          <w:color w:val="555555"/>
          <w:sz w:val="16"/>
        </w:rPr>
        <w:t xml:space="preserve">  Payment</w:t>
      </w:r>
      <w:proofErr w:type="gramEnd"/>
      <w:r>
        <w:rPr>
          <w:color w:val="555555"/>
          <w:sz w:val="16"/>
        </w:rPr>
        <w:t xml:space="preserve"> required upon booking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205"/>
      </w:tblGrid>
      <w:tr w:rsidR="00284027" w14:paraId="53AD1F1A" w14:textId="77777777">
        <w:tc>
          <w:tcPr>
            <w:tcW w:w="10205" w:type="dxa"/>
            <w:shd w:val="clear" w:color="auto" w:fill="FFFFFF"/>
            <w:tcMar>
              <w:top w:w="45" w:type="dxa"/>
              <w:left w:w="130" w:type="dxa"/>
              <w:bottom w:w="45" w:type="dxa"/>
              <w:right w:w="130" w:type="dxa"/>
            </w:tcMar>
          </w:tcPr>
          <w:p w14:paraId="6A943B20" w14:textId="77777777" w:rsidR="00284027" w:rsidRDefault="002B450F">
            <w:pPr>
              <w:keepNext/>
              <w:spacing w:after="0"/>
            </w:pPr>
            <w:r>
              <w:rPr>
                <w:color w:val="333333"/>
                <w:spacing w:val="20"/>
              </w:rPr>
              <w:t>BOOKING DETAILS</w:t>
            </w:r>
          </w:p>
        </w:tc>
      </w:tr>
    </w:tbl>
    <w:tbl>
      <w:tblPr>
        <w:tblpPr w:leftFromText="180" w:rightFromText="180" w:vertAnchor="text" w:horzAnchor="margin" w:tblpY="47"/>
        <w:tblW w:w="0" w:type="auto"/>
        <w:tblLayout w:type="fixed"/>
        <w:tblLook w:val="04A0" w:firstRow="1" w:lastRow="0" w:firstColumn="1" w:lastColumn="0" w:noHBand="0" w:noVBand="1"/>
      </w:tblPr>
      <w:tblGrid>
        <w:gridCol w:w="5102"/>
        <w:gridCol w:w="5102"/>
      </w:tblGrid>
      <w:tr w:rsidR="006D360C" w14:paraId="35BE51F8" w14:textId="77777777" w:rsidTr="006D360C">
        <w:trPr>
          <w:cantSplit/>
        </w:trPr>
        <w:tc>
          <w:tcPr>
            <w:tcW w:w="5102" w:type="dxa"/>
            <w:tcBorders>
              <w:top w:val="nil"/>
              <w:left w:val="nil"/>
              <w:bottom w:val="single" w:sz="3" w:space="0" w:color="D6D6D6"/>
              <w:right w:val="nil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91204CF" w14:textId="77777777" w:rsidR="006D360C" w:rsidRDefault="006D360C" w:rsidP="006D360C">
            <w:pPr>
              <w:spacing w:after="0"/>
            </w:pPr>
            <w:r>
              <w:rPr>
                <w:sz w:val="18"/>
              </w:rPr>
              <w:t xml:space="preserve">Name: </w:t>
            </w:r>
          </w:p>
        </w:tc>
        <w:tc>
          <w:tcPr>
            <w:tcW w:w="5102" w:type="dxa"/>
            <w:tcBorders>
              <w:top w:val="nil"/>
              <w:left w:val="nil"/>
              <w:bottom w:val="single" w:sz="3" w:space="0" w:color="D6D6D6"/>
              <w:right w:val="nil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34F56B6" w14:textId="77777777" w:rsidR="006D360C" w:rsidRDefault="006D360C" w:rsidP="006D360C">
            <w:pPr>
              <w:spacing w:after="0"/>
            </w:pPr>
            <w:r>
              <w:rPr>
                <w:sz w:val="18"/>
              </w:rPr>
              <w:t xml:space="preserve">Contact Number: </w:t>
            </w:r>
          </w:p>
        </w:tc>
      </w:tr>
      <w:tr w:rsidR="006D360C" w14:paraId="798958F1" w14:textId="77777777" w:rsidTr="006D360C">
        <w:trPr>
          <w:cantSplit/>
        </w:trPr>
        <w:tc>
          <w:tcPr>
            <w:tcW w:w="5102" w:type="dxa"/>
            <w:tcBorders>
              <w:top w:val="nil"/>
              <w:left w:val="nil"/>
              <w:bottom w:val="single" w:sz="3" w:space="0" w:color="D6D6D6"/>
              <w:right w:val="nil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15B665E" w14:textId="77777777" w:rsidR="006D360C" w:rsidRDefault="006D360C" w:rsidP="006D360C">
            <w:pPr>
              <w:spacing w:after="0"/>
            </w:pPr>
            <w:r>
              <w:rPr>
                <w:sz w:val="18"/>
              </w:rPr>
              <w:t>Email:</w:t>
            </w:r>
          </w:p>
        </w:tc>
        <w:tc>
          <w:tcPr>
            <w:tcW w:w="5102" w:type="dxa"/>
            <w:tcBorders>
              <w:top w:val="nil"/>
              <w:left w:val="nil"/>
              <w:bottom w:val="single" w:sz="3" w:space="0" w:color="D6D6D6"/>
              <w:right w:val="nil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A7304BC" w14:textId="77777777" w:rsidR="006D360C" w:rsidRDefault="006D360C" w:rsidP="006D360C">
            <w:pPr>
              <w:spacing w:after="0"/>
            </w:pPr>
            <w:r>
              <w:rPr>
                <w:sz w:val="18"/>
              </w:rPr>
              <w:t>Number of Students:</w:t>
            </w:r>
          </w:p>
        </w:tc>
      </w:tr>
      <w:tr w:rsidR="006D360C" w14:paraId="37150C54" w14:textId="77777777" w:rsidTr="006D360C">
        <w:trPr>
          <w:cantSplit/>
        </w:trPr>
        <w:tc>
          <w:tcPr>
            <w:tcW w:w="5102" w:type="dxa"/>
            <w:tcBorders>
              <w:top w:val="nil"/>
              <w:left w:val="nil"/>
              <w:bottom w:val="single" w:sz="3" w:space="0" w:color="D6D6D6"/>
              <w:right w:val="nil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525FBAE" w14:textId="77777777" w:rsidR="006D360C" w:rsidRDefault="006D360C" w:rsidP="006D360C">
            <w:pPr>
              <w:spacing w:after="0"/>
            </w:pPr>
            <w:r>
              <w:rPr>
                <w:sz w:val="18"/>
              </w:rPr>
              <w:t>Group / Organization:</w:t>
            </w:r>
          </w:p>
        </w:tc>
        <w:tc>
          <w:tcPr>
            <w:tcW w:w="5102" w:type="dxa"/>
            <w:tcBorders>
              <w:top w:val="nil"/>
              <w:left w:val="nil"/>
              <w:bottom w:val="single" w:sz="3" w:space="0" w:color="D6D6D6"/>
              <w:right w:val="nil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D350BDE" w14:textId="77777777" w:rsidR="006D360C" w:rsidRDefault="006D360C" w:rsidP="006D360C">
            <w:pPr>
              <w:spacing w:after="0"/>
            </w:pPr>
            <w:r>
              <w:rPr>
                <w:sz w:val="18"/>
              </w:rPr>
              <w:t>Preferred Venue:</w:t>
            </w:r>
          </w:p>
        </w:tc>
      </w:tr>
    </w:tbl>
    <w:p w14:paraId="338F188A" w14:textId="77777777" w:rsidR="00284027" w:rsidRDefault="002B450F">
      <w:pPr>
        <w:keepNext/>
        <w:spacing w:after="20" w:line="240" w:lineRule="auto"/>
      </w:pPr>
      <w:r>
        <w:rPr>
          <w:sz w:val="2"/>
        </w:rPr>
        <w:t xml:space="preserve"> </w:t>
      </w:r>
    </w:p>
    <w:tbl>
      <w:tblPr>
        <w:tblpPr w:leftFromText="180" w:rightFromText="180" w:vertAnchor="text" w:horzAnchor="margin" w:tblpY="-48"/>
        <w:tblW w:w="0" w:type="auto"/>
        <w:tblLayout w:type="fixed"/>
        <w:tblLook w:val="04A0" w:firstRow="1" w:lastRow="0" w:firstColumn="1" w:lastColumn="0" w:noHBand="0" w:noVBand="1"/>
      </w:tblPr>
      <w:tblGrid>
        <w:gridCol w:w="10205"/>
      </w:tblGrid>
      <w:tr w:rsidR="006D360C" w14:paraId="02300FB5" w14:textId="77777777" w:rsidTr="006D360C">
        <w:tc>
          <w:tcPr>
            <w:tcW w:w="10205" w:type="dxa"/>
            <w:shd w:val="clear" w:color="auto" w:fill="FFFFFF"/>
            <w:tcMar>
              <w:top w:w="45" w:type="dxa"/>
              <w:left w:w="130" w:type="dxa"/>
              <w:bottom w:w="45" w:type="dxa"/>
              <w:right w:w="130" w:type="dxa"/>
            </w:tcMar>
          </w:tcPr>
          <w:p w14:paraId="048BCC7A" w14:textId="7F256118" w:rsidR="006D360C" w:rsidRDefault="006D360C" w:rsidP="006D360C">
            <w:pPr>
              <w:keepNext/>
              <w:spacing w:after="0"/>
            </w:pPr>
            <w:r>
              <w:rPr>
                <w:color w:val="333333"/>
                <w:spacing w:val="20"/>
              </w:rPr>
              <w:t>PRIVATE LESSONS FO</w:t>
            </w:r>
            <w:r w:rsidR="00BF48FC">
              <w:rPr>
                <w:color w:val="333333"/>
                <w:spacing w:val="20"/>
              </w:rPr>
              <w:t xml:space="preserve">R INDIVIDUALS </w:t>
            </w:r>
            <w:bookmarkStart w:id="0" w:name="_GoBack"/>
            <w:bookmarkEnd w:id="0"/>
            <w:r w:rsidR="00BF48FC">
              <w:rPr>
                <w:color w:val="333333"/>
                <w:spacing w:val="20"/>
              </w:rPr>
              <w:t>AND GROUPS</w:t>
            </w:r>
            <w:r>
              <w:rPr>
                <w:color w:val="333333"/>
                <w:spacing w:val="20"/>
              </w:rPr>
              <w:t>:</w:t>
            </w:r>
            <w:r>
              <w:rPr>
                <w:color w:val="333333"/>
                <w:spacing w:val="20"/>
              </w:rPr>
              <w:br/>
            </w:r>
            <w:r w:rsidRPr="00D72082">
              <w:rPr>
                <w:b/>
                <w:bCs/>
                <w:color w:val="333333"/>
                <w:spacing w:val="20"/>
              </w:rPr>
              <w:t>PACKAGES</w:t>
            </w:r>
          </w:p>
        </w:tc>
      </w:tr>
    </w:tbl>
    <w:p w14:paraId="27B4E457" w14:textId="11A07527" w:rsidR="00284027" w:rsidRDefault="002B450F" w:rsidP="006D360C">
      <w:pPr>
        <w:spacing w:after="20" w:line="240" w:lineRule="auto"/>
      </w:pPr>
      <w:r>
        <w:rPr>
          <w:sz w:val="17"/>
        </w:rPr>
        <w:t>Tick one package. Groups of 11 or more use the group rates shown below.</w:t>
      </w:r>
    </w:p>
    <w:tbl>
      <w:tblPr>
        <w:tblpPr w:leftFromText="180" w:rightFromText="180" w:vertAnchor="text" w:horzAnchor="margin" w:tblpY="181"/>
        <w:tblW w:w="0" w:type="auto"/>
        <w:tblLayout w:type="fixed"/>
        <w:tblLook w:val="04A0" w:firstRow="1" w:lastRow="0" w:firstColumn="1" w:lastColumn="0" w:noHBand="0" w:noVBand="1"/>
      </w:tblPr>
      <w:tblGrid>
        <w:gridCol w:w="3341"/>
        <w:gridCol w:w="1701"/>
        <w:gridCol w:w="1701"/>
        <w:gridCol w:w="1559"/>
        <w:gridCol w:w="1843"/>
      </w:tblGrid>
      <w:tr w:rsidR="006D360C" w14:paraId="0EA35C7C" w14:textId="77777777" w:rsidTr="006D360C">
        <w:trPr>
          <w:cantSplit/>
          <w:tblHeader/>
        </w:trPr>
        <w:tc>
          <w:tcPr>
            <w:tcW w:w="3341" w:type="dxa"/>
            <w:tcBorders>
              <w:top w:val="single" w:sz="3" w:space="0" w:color="D6D6D6"/>
              <w:left w:val="single" w:sz="3" w:space="0" w:color="D6D6D6"/>
              <w:bottom w:val="single" w:sz="3" w:space="0" w:color="D6D6D6"/>
              <w:right w:val="single" w:sz="3" w:space="0" w:color="D6D6D6"/>
            </w:tcBorders>
            <w:shd w:val="clear" w:color="auto" w:fill="E3192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68E7C90" w14:textId="77777777" w:rsidR="006D360C" w:rsidRDefault="006D360C" w:rsidP="006D360C">
            <w:pPr>
              <w:spacing w:after="0"/>
            </w:pPr>
            <w:r>
              <w:rPr>
                <w:b/>
                <w:color w:val="FFFFFF"/>
                <w:sz w:val="17"/>
              </w:rPr>
              <w:t>Students</w:t>
            </w:r>
          </w:p>
        </w:tc>
        <w:tc>
          <w:tcPr>
            <w:tcW w:w="1701" w:type="dxa"/>
            <w:tcBorders>
              <w:top w:val="single" w:sz="3" w:space="0" w:color="D6D6D6"/>
              <w:left w:val="single" w:sz="3" w:space="0" w:color="D6D6D6"/>
              <w:bottom w:val="single" w:sz="3" w:space="0" w:color="D6D6D6"/>
              <w:right w:val="single" w:sz="3" w:space="0" w:color="D6D6D6"/>
            </w:tcBorders>
            <w:shd w:val="clear" w:color="auto" w:fill="E3192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34D9653" w14:textId="77777777" w:rsidR="006D360C" w:rsidRDefault="006D360C" w:rsidP="006D360C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1-4</w:t>
            </w:r>
          </w:p>
        </w:tc>
        <w:tc>
          <w:tcPr>
            <w:tcW w:w="1701" w:type="dxa"/>
            <w:tcBorders>
              <w:top w:val="single" w:sz="3" w:space="0" w:color="D6D6D6"/>
              <w:left w:val="single" w:sz="3" w:space="0" w:color="D6D6D6"/>
              <w:bottom w:val="single" w:sz="3" w:space="0" w:color="D6D6D6"/>
              <w:right w:val="single" w:sz="3" w:space="0" w:color="D6D6D6"/>
            </w:tcBorders>
            <w:shd w:val="clear" w:color="auto" w:fill="E3192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28CCB49" w14:textId="77777777" w:rsidR="006D360C" w:rsidRDefault="006D360C" w:rsidP="006D360C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5-10</w:t>
            </w:r>
          </w:p>
        </w:tc>
        <w:tc>
          <w:tcPr>
            <w:tcW w:w="1559" w:type="dxa"/>
            <w:tcBorders>
              <w:top w:val="single" w:sz="3" w:space="0" w:color="D6D6D6"/>
              <w:left w:val="single" w:sz="3" w:space="0" w:color="D6D6D6"/>
              <w:bottom w:val="single" w:sz="3" w:space="0" w:color="D6D6D6"/>
              <w:right w:val="single" w:sz="3" w:space="0" w:color="D6D6D6"/>
            </w:tcBorders>
            <w:shd w:val="clear" w:color="auto" w:fill="E3192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E5FA741" w14:textId="77777777" w:rsidR="006D360C" w:rsidRDefault="006D360C" w:rsidP="006D360C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11-20</w:t>
            </w:r>
          </w:p>
        </w:tc>
        <w:tc>
          <w:tcPr>
            <w:tcW w:w="1843" w:type="dxa"/>
            <w:tcBorders>
              <w:top w:val="single" w:sz="3" w:space="0" w:color="D6D6D6"/>
              <w:left w:val="single" w:sz="3" w:space="0" w:color="D6D6D6"/>
              <w:bottom w:val="single" w:sz="3" w:space="0" w:color="D6D6D6"/>
              <w:right w:val="single" w:sz="3" w:space="0" w:color="D6D6D6"/>
            </w:tcBorders>
            <w:shd w:val="clear" w:color="auto" w:fill="E3192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6A04C7E" w14:textId="77777777" w:rsidR="006D360C" w:rsidRDefault="006D360C" w:rsidP="006D360C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21-30</w:t>
            </w:r>
          </w:p>
        </w:tc>
      </w:tr>
      <w:tr w:rsidR="006D360C" w14:paraId="31CBF0B2" w14:textId="77777777" w:rsidTr="006D360C">
        <w:trPr>
          <w:cantSplit/>
        </w:trPr>
        <w:tc>
          <w:tcPr>
            <w:tcW w:w="3341" w:type="dxa"/>
            <w:tcBorders>
              <w:top w:val="single" w:sz="3" w:space="0" w:color="D6D6D6"/>
              <w:left w:val="single" w:sz="3" w:space="0" w:color="D6D6D6"/>
              <w:bottom w:val="single" w:sz="3" w:space="0" w:color="D6D6D6"/>
              <w:right w:val="single" w:sz="3" w:space="0" w:color="D6D6D6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C1FCB4D" w14:textId="77777777" w:rsidR="006D360C" w:rsidRDefault="006D360C" w:rsidP="006D360C">
            <w:pPr>
              <w:spacing w:after="0"/>
            </w:pPr>
            <w:r>
              <w:rPr>
                <w:sz w:val="17"/>
              </w:rPr>
              <w:t>1 x 30 mins</w:t>
            </w:r>
          </w:p>
        </w:tc>
        <w:tc>
          <w:tcPr>
            <w:tcW w:w="1701" w:type="dxa"/>
            <w:tcBorders>
              <w:top w:val="single" w:sz="3" w:space="0" w:color="D6D6D6"/>
              <w:left w:val="single" w:sz="3" w:space="0" w:color="D6D6D6"/>
              <w:bottom w:val="single" w:sz="3" w:space="0" w:color="D6D6D6"/>
              <w:right w:val="single" w:sz="3" w:space="0" w:color="D6D6D6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AC72309" w14:textId="77777777" w:rsidR="006D360C" w:rsidRDefault="00866830" w:rsidP="006D360C">
            <w:pPr>
              <w:spacing w:after="0"/>
              <w:jc w:val="center"/>
            </w:pPr>
            <w:sdt>
              <w:sdtPr>
                <w:rPr>
                  <w:rFonts w:ascii="DejaVu Sans" w:hAnsi="DejaVu Sans"/>
                  <w:sz w:val="17"/>
                </w:rPr>
                <w:id w:val="3339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360C"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 w:rsidR="006D360C">
              <w:rPr>
                <w:rFonts w:ascii="DejaVu Sans" w:hAnsi="DejaVu Sans"/>
                <w:sz w:val="17"/>
              </w:rPr>
              <w:t>$120</w:t>
            </w:r>
          </w:p>
        </w:tc>
        <w:tc>
          <w:tcPr>
            <w:tcW w:w="1701" w:type="dxa"/>
            <w:tcBorders>
              <w:top w:val="single" w:sz="3" w:space="0" w:color="D6D6D6"/>
              <w:left w:val="single" w:sz="3" w:space="0" w:color="D6D6D6"/>
              <w:bottom w:val="single" w:sz="3" w:space="0" w:color="D6D6D6"/>
              <w:right w:val="single" w:sz="3" w:space="0" w:color="D6D6D6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497F6D9" w14:textId="77777777" w:rsidR="006D360C" w:rsidRDefault="00866830" w:rsidP="006D360C">
            <w:pPr>
              <w:spacing w:after="0"/>
              <w:jc w:val="center"/>
            </w:pPr>
            <w:sdt>
              <w:sdtPr>
                <w:rPr>
                  <w:rFonts w:ascii="DejaVu Sans" w:hAnsi="DejaVu Sans"/>
                  <w:sz w:val="17"/>
                </w:rPr>
                <w:id w:val="-13804714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360C"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 w:rsidR="006D360C">
              <w:rPr>
                <w:rFonts w:ascii="DejaVu Sans" w:hAnsi="DejaVu Sans"/>
                <w:sz w:val="17"/>
              </w:rPr>
              <w:t xml:space="preserve"> $190</w:t>
            </w:r>
          </w:p>
        </w:tc>
        <w:tc>
          <w:tcPr>
            <w:tcW w:w="1559" w:type="dxa"/>
            <w:tcBorders>
              <w:top w:val="single" w:sz="3" w:space="0" w:color="D6D6D6"/>
              <w:left w:val="single" w:sz="3" w:space="0" w:color="D6D6D6"/>
              <w:bottom w:val="single" w:sz="3" w:space="0" w:color="D6D6D6"/>
              <w:right w:val="single" w:sz="3" w:space="0" w:color="D6D6D6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4E5AFDB" w14:textId="77777777" w:rsidR="006D360C" w:rsidRDefault="006D360C" w:rsidP="006D360C">
            <w:pPr>
              <w:spacing w:after="0"/>
              <w:jc w:val="center"/>
            </w:pPr>
            <w:r>
              <w:t>-</w:t>
            </w:r>
          </w:p>
        </w:tc>
        <w:tc>
          <w:tcPr>
            <w:tcW w:w="1843" w:type="dxa"/>
            <w:tcBorders>
              <w:top w:val="single" w:sz="3" w:space="0" w:color="D6D6D6"/>
              <w:left w:val="single" w:sz="3" w:space="0" w:color="D6D6D6"/>
              <w:bottom w:val="single" w:sz="3" w:space="0" w:color="D6D6D6"/>
              <w:right w:val="single" w:sz="3" w:space="0" w:color="D6D6D6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A985A46" w14:textId="77777777" w:rsidR="006D360C" w:rsidRDefault="006D360C" w:rsidP="006D360C">
            <w:pPr>
              <w:spacing w:after="0"/>
              <w:jc w:val="center"/>
            </w:pPr>
            <w:r>
              <w:t>-</w:t>
            </w:r>
          </w:p>
        </w:tc>
      </w:tr>
      <w:tr w:rsidR="006D360C" w14:paraId="6DD71D86" w14:textId="77777777" w:rsidTr="006D360C">
        <w:trPr>
          <w:cantSplit/>
        </w:trPr>
        <w:tc>
          <w:tcPr>
            <w:tcW w:w="3341" w:type="dxa"/>
            <w:tcBorders>
              <w:top w:val="single" w:sz="3" w:space="0" w:color="D6D6D6"/>
              <w:left w:val="single" w:sz="3" w:space="0" w:color="D6D6D6"/>
              <w:bottom w:val="single" w:sz="3" w:space="0" w:color="D6D6D6"/>
              <w:right w:val="single" w:sz="3" w:space="0" w:color="D6D6D6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7DD9827" w14:textId="77777777" w:rsidR="006D360C" w:rsidRDefault="006D360C" w:rsidP="006D360C">
            <w:pPr>
              <w:spacing w:after="0"/>
            </w:pPr>
            <w:r>
              <w:rPr>
                <w:sz w:val="17"/>
              </w:rPr>
              <w:t>3 x 30 mins</w:t>
            </w:r>
          </w:p>
        </w:tc>
        <w:tc>
          <w:tcPr>
            <w:tcW w:w="1701" w:type="dxa"/>
            <w:tcBorders>
              <w:top w:val="single" w:sz="3" w:space="0" w:color="D6D6D6"/>
              <w:left w:val="single" w:sz="3" w:space="0" w:color="D6D6D6"/>
              <w:bottom w:val="single" w:sz="3" w:space="0" w:color="D6D6D6"/>
              <w:right w:val="single" w:sz="3" w:space="0" w:color="D6D6D6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B2318EA" w14:textId="77777777" w:rsidR="006D360C" w:rsidRDefault="00866830" w:rsidP="006D360C">
            <w:pPr>
              <w:spacing w:after="0"/>
              <w:jc w:val="center"/>
            </w:pPr>
            <w:sdt>
              <w:sdtPr>
                <w:rPr>
                  <w:rFonts w:ascii="DejaVu Sans" w:hAnsi="DejaVu Sans"/>
                  <w:sz w:val="17"/>
                </w:rPr>
                <w:id w:val="1668832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360C"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 w:rsidR="006D360C">
              <w:rPr>
                <w:rFonts w:ascii="DejaVu Sans" w:hAnsi="DejaVu Sans"/>
                <w:sz w:val="17"/>
              </w:rPr>
              <w:t>$330</w:t>
            </w:r>
          </w:p>
        </w:tc>
        <w:tc>
          <w:tcPr>
            <w:tcW w:w="1701" w:type="dxa"/>
            <w:tcBorders>
              <w:top w:val="single" w:sz="3" w:space="0" w:color="D6D6D6"/>
              <w:left w:val="single" w:sz="3" w:space="0" w:color="D6D6D6"/>
              <w:bottom w:val="single" w:sz="3" w:space="0" w:color="D6D6D6"/>
              <w:right w:val="single" w:sz="3" w:space="0" w:color="D6D6D6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C7F8F84" w14:textId="77777777" w:rsidR="006D360C" w:rsidRDefault="00866830" w:rsidP="006D360C">
            <w:pPr>
              <w:spacing w:after="0"/>
              <w:jc w:val="center"/>
            </w:pPr>
            <w:sdt>
              <w:sdtPr>
                <w:rPr>
                  <w:rFonts w:ascii="DejaVu Sans" w:hAnsi="DejaVu Sans"/>
                  <w:sz w:val="17"/>
                </w:rPr>
                <w:id w:val="993607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360C"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 w:rsidR="006D360C">
              <w:rPr>
                <w:rFonts w:ascii="DejaVu Sans" w:hAnsi="DejaVu Sans"/>
                <w:sz w:val="17"/>
              </w:rPr>
              <w:t>$500</w:t>
            </w:r>
          </w:p>
        </w:tc>
        <w:tc>
          <w:tcPr>
            <w:tcW w:w="1559" w:type="dxa"/>
            <w:tcBorders>
              <w:top w:val="single" w:sz="3" w:space="0" w:color="D6D6D6"/>
              <w:left w:val="single" w:sz="3" w:space="0" w:color="D6D6D6"/>
              <w:bottom w:val="single" w:sz="3" w:space="0" w:color="D6D6D6"/>
              <w:right w:val="single" w:sz="3" w:space="0" w:color="D6D6D6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4B191DF" w14:textId="77777777" w:rsidR="006D360C" w:rsidRDefault="006D360C" w:rsidP="006D360C">
            <w:pPr>
              <w:spacing w:after="0"/>
              <w:jc w:val="center"/>
            </w:pPr>
            <w:r>
              <w:t>-</w:t>
            </w:r>
          </w:p>
        </w:tc>
        <w:tc>
          <w:tcPr>
            <w:tcW w:w="1843" w:type="dxa"/>
            <w:tcBorders>
              <w:top w:val="single" w:sz="3" w:space="0" w:color="D6D6D6"/>
              <w:left w:val="single" w:sz="3" w:space="0" w:color="D6D6D6"/>
              <w:bottom w:val="single" w:sz="3" w:space="0" w:color="D6D6D6"/>
              <w:right w:val="single" w:sz="3" w:space="0" w:color="D6D6D6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B35E676" w14:textId="77777777" w:rsidR="006D360C" w:rsidRDefault="006D360C" w:rsidP="006D360C">
            <w:pPr>
              <w:spacing w:after="0"/>
              <w:jc w:val="center"/>
            </w:pPr>
            <w:r>
              <w:t>-</w:t>
            </w:r>
          </w:p>
        </w:tc>
      </w:tr>
      <w:tr w:rsidR="006D360C" w14:paraId="7A9DC58C" w14:textId="77777777" w:rsidTr="006D360C">
        <w:trPr>
          <w:cantSplit/>
        </w:trPr>
        <w:tc>
          <w:tcPr>
            <w:tcW w:w="3341" w:type="dxa"/>
            <w:tcBorders>
              <w:top w:val="single" w:sz="3" w:space="0" w:color="D6D6D6"/>
              <w:left w:val="single" w:sz="3" w:space="0" w:color="D6D6D6"/>
              <w:bottom w:val="single" w:sz="3" w:space="0" w:color="D6D6D6"/>
              <w:right w:val="single" w:sz="3" w:space="0" w:color="D6D6D6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09483A8" w14:textId="77777777" w:rsidR="006D360C" w:rsidRDefault="006D360C" w:rsidP="006D360C">
            <w:pPr>
              <w:spacing w:after="0"/>
            </w:pPr>
            <w:r>
              <w:rPr>
                <w:sz w:val="17"/>
              </w:rPr>
              <w:t>1 x 1 hour</w:t>
            </w:r>
          </w:p>
        </w:tc>
        <w:tc>
          <w:tcPr>
            <w:tcW w:w="1701" w:type="dxa"/>
            <w:tcBorders>
              <w:top w:val="single" w:sz="3" w:space="0" w:color="D6D6D6"/>
              <w:left w:val="single" w:sz="3" w:space="0" w:color="D6D6D6"/>
              <w:bottom w:val="single" w:sz="3" w:space="0" w:color="D6D6D6"/>
              <w:right w:val="single" w:sz="3" w:space="0" w:color="D6D6D6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C8BA61E" w14:textId="77777777" w:rsidR="006D360C" w:rsidRDefault="00866830" w:rsidP="006D360C">
            <w:pPr>
              <w:spacing w:after="0"/>
              <w:jc w:val="center"/>
            </w:pPr>
            <w:sdt>
              <w:sdtPr>
                <w:rPr>
                  <w:rFonts w:ascii="DejaVu Sans" w:hAnsi="DejaVu Sans"/>
                  <w:sz w:val="17"/>
                </w:rPr>
                <w:id w:val="12563232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360C"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 w:rsidR="006D360C" w:rsidRPr="003840F8">
              <w:rPr>
                <w:rFonts w:ascii="DejaVu Sans" w:hAnsi="DejaVu Sans"/>
                <w:sz w:val="17"/>
              </w:rPr>
              <w:t>$180</w:t>
            </w:r>
          </w:p>
        </w:tc>
        <w:tc>
          <w:tcPr>
            <w:tcW w:w="1701" w:type="dxa"/>
            <w:tcBorders>
              <w:top w:val="single" w:sz="3" w:space="0" w:color="D6D6D6"/>
              <w:left w:val="single" w:sz="3" w:space="0" w:color="D6D6D6"/>
              <w:bottom w:val="single" w:sz="3" w:space="0" w:color="D6D6D6"/>
              <w:right w:val="single" w:sz="3" w:space="0" w:color="D6D6D6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4707788" w14:textId="77777777" w:rsidR="006D360C" w:rsidRDefault="00866830" w:rsidP="006D360C">
            <w:pPr>
              <w:spacing w:after="0"/>
              <w:jc w:val="center"/>
            </w:pPr>
            <w:sdt>
              <w:sdtPr>
                <w:rPr>
                  <w:rFonts w:ascii="DejaVu Sans" w:hAnsi="DejaVu Sans"/>
                  <w:sz w:val="17"/>
                </w:rPr>
                <w:id w:val="1179623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360C"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 w:rsidR="006D360C">
              <w:rPr>
                <w:rFonts w:ascii="DejaVu Sans" w:hAnsi="DejaVu Sans"/>
                <w:sz w:val="17"/>
              </w:rPr>
              <w:t>$250</w:t>
            </w:r>
          </w:p>
        </w:tc>
        <w:tc>
          <w:tcPr>
            <w:tcW w:w="1559" w:type="dxa"/>
            <w:tcBorders>
              <w:top w:val="single" w:sz="3" w:space="0" w:color="D6D6D6"/>
              <w:left w:val="single" w:sz="3" w:space="0" w:color="D6D6D6"/>
              <w:bottom w:val="single" w:sz="3" w:space="0" w:color="D6D6D6"/>
              <w:right w:val="single" w:sz="3" w:space="0" w:color="D6D6D6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9A683CF" w14:textId="77777777" w:rsidR="006D360C" w:rsidRDefault="00866830" w:rsidP="006D360C">
            <w:pPr>
              <w:spacing w:after="0"/>
              <w:jc w:val="center"/>
            </w:pPr>
            <w:sdt>
              <w:sdtPr>
                <w:rPr>
                  <w:rFonts w:ascii="DejaVu Sans" w:hAnsi="DejaVu Sans"/>
                  <w:sz w:val="17"/>
                </w:rPr>
                <w:id w:val="1949033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360C"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 w:rsidR="006D360C">
              <w:rPr>
                <w:rFonts w:ascii="DejaVu Sans" w:hAnsi="DejaVu Sans"/>
                <w:sz w:val="17"/>
              </w:rPr>
              <w:t>$380</w:t>
            </w:r>
          </w:p>
        </w:tc>
        <w:tc>
          <w:tcPr>
            <w:tcW w:w="1843" w:type="dxa"/>
            <w:tcBorders>
              <w:top w:val="single" w:sz="3" w:space="0" w:color="D6D6D6"/>
              <w:left w:val="single" w:sz="3" w:space="0" w:color="D6D6D6"/>
              <w:bottom w:val="single" w:sz="3" w:space="0" w:color="D6D6D6"/>
              <w:right w:val="single" w:sz="3" w:space="0" w:color="D6D6D6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41B6927" w14:textId="77777777" w:rsidR="006D360C" w:rsidRDefault="00866830" w:rsidP="006D360C">
            <w:pPr>
              <w:spacing w:after="0"/>
              <w:jc w:val="center"/>
            </w:pPr>
            <w:sdt>
              <w:sdtPr>
                <w:rPr>
                  <w:rFonts w:ascii="DejaVu Sans" w:hAnsi="DejaVu Sans"/>
                  <w:sz w:val="17"/>
                </w:rPr>
                <w:id w:val="-150610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360C"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 w:rsidR="006D360C">
              <w:rPr>
                <w:rFonts w:ascii="DejaVu Sans" w:hAnsi="DejaVu Sans"/>
                <w:sz w:val="17"/>
              </w:rPr>
              <w:t>$500</w:t>
            </w:r>
          </w:p>
        </w:tc>
      </w:tr>
      <w:tr w:rsidR="006D360C" w14:paraId="30B69AD3" w14:textId="77777777" w:rsidTr="006D360C">
        <w:trPr>
          <w:cantSplit/>
        </w:trPr>
        <w:tc>
          <w:tcPr>
            <w:tcW w:w="3341" w:type="dxa"/>
            <w:tcBorders>
              <w:top w:val="single" w:sz="3" w:space="0" w:color="D6D6D6"/>
              <w:left w:val="single" w:sz="3" w:space="0" w:color="D6D6D6"/>
              <w:bottom w:val="single" w:sz="3" w:space="0" w:color="D6D6D6"/>
              <w:right w:val="single" w:sz="3" w:space="0" w:color="D6D6D6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1B07789" w14:textId="77777777" w:rsidR="006D360C" w:rsidRDefault="006D360C" w:rsidP="006D360C">
            <w:pPr>
              <w:spacing w:after="0"/>
            </w:pPr>
            <w:r>
              <w:rPr>
                <w:sz w:val="17"/>
              </w:rPr>
              <w:t>1 x 1.5 hours</w:t>
            </w:r>
          </w:p>
        </w:tc>
        <w:tc>
          <w:tcPr>
            <w:tcW w:w="1701" w:type="dxa"/>
            <w:tcBorders>
              <w:top w:val="single" w:sz="3" w:space="0" w:color="D6D6D6"/>
              <w:left w:val="single" w:sz="3" w:space="0" w:color="D6D6D6"/>
              <w:bottom w:val="single" w:sz="3" w:space="0" w:color="D6D6D6"/>
              <w:right w:val="single" w:sz="3" w:space="0" w:color="D6D6D6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9E676FF" w14:textId="77777777" w:rsidR="006D360C" w:rsidRDefault="00866830" w:rsidP="006D360C">
            <w:pPr>
              <w:spacing w:after="0"/>
              <w:jc w:val="center"/>
            </w:pPr>
            <w:sdt>
              <w:sdtPr>
                <w:rPr>
                  <w:rFonts w:ascii="DejaVu Sans" w:hAnsi="DejaVu Sans"/>
                  <w:sz w:val="17"/>
                </w:rPr>
                <w:id w:val="1617251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360C"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 w:rsidR="006D360C">
              <w:rPr>
                <w:rFonts w:ascii="DejaVu Sans" w:hAnsi="DejaVu Sans"/>
                <w:sz w:val="17"/>
              </w:rPr>
              <w:t>$270</w:t>
            </w:r>
          </w:p>
        </w:tc>
        <w:tc>
          <w:tcPr>
            <w:tcW w:w="1701" w:type="dxa"/>
            <w:tcBorders>
              <w:top w:val="single" w:sz="3" w:space="0" w:color="D6D6D6"/>
              <w:left w:val="single" w:sz="3" w:space="0" w:color="D6D6D6"/>
              <w:bottom w:val="single" w:sz="3" w:space="0" w:color="D6D6D6"/>
              <w:right w:val="single" w:sz="3" w:space="0" w:color="D6D6D6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596FDF44" w14:textId="77777777" w:rsidR="006D360C" w:rsidRDefault="00866830" w:rsidP="006D360C">
            <w:pPr>
              <w:spacing w:after="0"/>
              <w:jc w:val="center"/>
            </w:pPr>
            <w:sdt>
              <w:sdtPr>
                <w:rPr>
                  <w:rFonts w:ascii="DejaVu Sans" w:hAnsi="DejaVu Sans"/>
                  <w:sz w:val="17"/>
                </w:rPr>
                <w:id w:val="243082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360C"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 w:rsidR="006D360C">
              <w:rPr>
                <w:rFonts w:ascii="DejaVu Sans" w:hAnsi="DejaVu Sans"/>
                <w:sz w:val="17"/>
              </w:rPr>
              <w:t>$375</w:t>
            </w:r>
          </w:p>
        </w:tc>
        <w:tc>
          <w:tcPr>
            <w:tcW w:w="1559" w:type="dxa"/>
            <w:tcBorders>
              <w:top w:val="single" w:sz="3" w:space="0" w:color="D6D6D6"/>
              <w:left w:val="single" w:sz="3" w:space="0" w:color="D6D6D6"/>
              <w:bottom w:val="single" w:sz="3" w:space="0" w:color="D6D6D6"/>
              <w:right w:val="single" w:sz="3" w:space="0" w:color="D6D6D6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3D50A3F" w14:textId="77777777" w:rsidR="006D360C" w:rsidRDefault="00866830" w:rsidP="006D360C">
            <w:pPr>
              <w:spacing w:after="0"/>
              <w:jc w:val="center"/>
            </w:pPr>
            <w:sdt>
              <w:sdtPr>
                <w:rPr>
                  <w:rFonts w:ascii="DejaVu Sans" w:hAnsi="DejaVu Sans"/>
                  <w:sz w:val="17"/>
                </w:rPr>
                <w:id w:val="-316962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360C"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 w:rsidR="006D360C">
              <w:rPr>
                <w:rFonts w:ascii="DejaVu Sans" w:hAnsi="DejaVu Sans"/>
                <w:sz w:val="17"/>
              </w:rPr>
              <w:t>$570</w:t>
            </w:r>
          </w:p>
        </w:tc>
        <w:tc>
          <w:tcPr>
            <w:tcW w:w="1843" w:type="dxa"/>
            <w:tcBorders>
              <w:top w:val="single" w:sz="3" w:space="0" w:color="D6D6D6"/>
              <w:left w:val="single" w:sz="3" w:space="0" w:color="D6D6D6"/>
              <w:bottom w:val="single" w:sz="3" w:space="0" w:color="D6D6D6"/>
              <w:right w:val="single" w:sz="3" w:space="0" w:color="D6D6D6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EF6E4DD" w14:textId="77777777" w:rsidR="006D360C" w:rsidRDefault="00866830" w:rsidP="006D360C">
            <w:pPr>
              <w:spacing w:after="0"/>
              <w:jc w:val="center"/>
            </w:pPr>
            <w:sdt>
              <w:sdtPr>
                <w:rPr>
                  <w:rFonts w:ascii="DejaVu Sans" w:hAnsi="DejaVu Sans"/>
                  <w:sz w:val="17"/>
                </w:rPr>
                <w:id w:val="2018735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360C"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 w:rsidR="006D360C">
              <w:rPr>
                <w:rFonts w:ascii="DejaVu Sans" w:hAnsi="DejaVu Sans"/>
                <w:sz w:val="17"/>
              </w:rPr>
              <w:t>$750</w:t>
            </w:r>
          </w:p>
        </w:tc>
      </w:tr>
      <w:tr w:rsidR="006D360C" w14:paraId="24D111BD" w14:textId="77777777" w:rsidTr="006D360C">
        <w:trPr>
          <w:cantSplit/>
        </w:trPr>
        <w:tc>
          <w:tcPr>
            <w:tcW w:w="3341" w:type="dxa"/>
            <w:tcBorders>
              <w:top w:val="single" w:sz="3" w:space="0" w:color="D6D6D6"/>
              <w:left w:val="single" w:sz="3" w:space="0" w:color="D6D6D6"/>
              <w:bottom w:val="single" w:sz="3" w:space="0" w:color="D6D6D6"/>
              <w:right w:val="single" w:sz="3" w:space="0" w:color="D6D6D6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85E4E64" w14:textId="77777777" w:rsidR="006D360C" w:rsidRDefault="006D360C" w:rsidP="006D360C">
            <w:pPr>
              <w:spacing w:after="0"/>
              <w:rPr>
                <w:sz w:val="17"/>
              </w:rPr>
            </w:pPr>
            <w:r>
              <w:rPr>
                <w:sz w:val="17"/>
              </w:rPr>
              <w:t>2 x 1 hours</w:t>
            </w:r>
          </w:p>
        </w:tc>
        <w:tc>
          <w:tcPr>
            <w:tcW w:w="1701" w:type="dxa"/>
            <w:tcBorders>
              <w:top w:val="single" w:sz="3" w:space="0" w:color="D6D6D6"/>
              <w:left w:val="single" w:sz="3" w:space="0" w:color="D6D6D6"/>
              <w:bottom w:val="single" w:sz="3" w:space="0" w:color="D6D6D6"/>
              <w:right w:val="single" w:sz="3" w:space="0" w:color="D6D6D6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4F245F2" w14:textId="77777777" w:rsidR="006D360C" w:rsidRDefault="00866830" w:rsidP="006D360C">
            <w:pPr>
              <w:spacing w:after="0"/>
              <w:jc w:val="center"/>
              <w:rPr>
                <w:sz w:val="17"/>
              </w:rPr>
            </w:pPr>
            <w:sdt>
              <w:sdtPr>
                <w:rPr>
                  <w:rFonts w:ascii="DejaVu Sans" w:hAnsi="DejaVu Sans"/>
                  <w:sz w:val="17"/>
                </w:rPr>
                <w:id w:val="-1545900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360C"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 w:rsidR="006D360C">
              <w:rPr>
                <w:rFonts w:ascii="DejaVu Sans" w:hAnsi="DejaVu Sans"/>
                <w:sz w:val="17"/>
              </w:rPr>
              <w:t>$330</w:t>
            </w:r>
          </w:p>
        </w:tc>
        <w:tc>
          <w:tcPr>
            <w:tcW w:w="1701" w:type="dxa"/>
            <w:tcBorders>
              <w:top w:val="single" w:sz="3" w:space="0" w:color="D6D6D6"/>
              <w:left w:val="single" w:sz="3" w:space="0" w:color="D6D6D6"/>
              <w:bottom w:val="single" w:sz="3" w:space="0" w:color="D6D6D6"/>
              <w:right w:val="single" w:sz="3" w:space="0" w:color="D6D6D6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5D7212CE" w14:textId="339526DC" w:rsidR="006D360C" w:rsidRDefault="00866830" w:rsidP="006D360C">
            <w:pPr>
              <w:spacing w:after="0"/>
              <w:jc w:val="center"/>
              <w:rPr>
                <w:sz w:val="17"/>
              </w:rPr>
            </w:pPr>
            <w:sdt>
              <w:sdtPr>
                <w:rPr>
                  <w:rFonts w:ascii="DejaVu Sans" w:hAnsi="DejaVu Sans"/>
                  <w:sz w:val="17"/>
                </w:rPr>
                <w:id w:val="4849785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360C"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 w:rsidR="006D360C">
              <w:rPr>
                <w:rFonts w:ascii="DejaVu Sans" w:hAnsi="DejaVu Sans"/>
                <w:sz w:val="17"/>
              </w:rPr>
              <w:t>$</w:t>
            </w:r>
            <w:r w:rsidR="00BF48FC">
              <w:rPr>
                <w:rFonts w:ascii="DejaVu Sans" w:hAnsi="DejaVu Sans"/>
                <w:sz w:val="17"/>
              </w:rPr>
              <w:t>4</w:t>
            </w:r>
            <w:r w:rsidR="006D360C">
              <w:rPr>
                <w:rFonts w:ascii="DejaVu Sans" w:hAnsi="DejaVu Sans"/>
                <w:sz w:val="17"/>
              </w:rPr>
              <w:t>70</w:t>
            </w:r>
          </w:p>
        </w:tc>
        <w:tc>
          <w:tcPr>
            <w:tcW w:w="1559" w:type="dxa"/>
            <w:tcBorders>
              <w:top w:val="single" w:sz="3" w:space="0" w:color="D6D6D6"/>
              <w:left w:val="single" w:sz="3" w:space="0" w:color="D6D6D6"/>
              <w:bottom w:val="single" w:sz="3" w:space="0" w:color="D6D6D6"/>
              <w:right w:val="single" w:sz="3" w:space="0" w:color="D6D6D6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7C484405" w14:textId="77777777" w:rsidR="006D360C" w:rsidRDefault="00866830" w:rsidP="006D360C">
            <w:pPr>
              <w:spacing w:after="0"/>
              <w:jc w:val="center"/>
              <w:rPr>
                <w:rFonts w:ascii="MS Gothic" w:eastAsia="MS Gothic" w:hAnsi="MS Gothic"/>
                <w:sz w:val="17"/>
              </w:rPr>
            </w:pPr>
            <w:sdt>
              <w:sdtPr>
                <w:rPr>
                  <w:rFonts w:ascii="DejaVu Sans" w:hAnsi="DejaVu Sans"/>
                  <w:sz w:val="17"/>
                </w:rPr>
                <w:id w:val="3193915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360C"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 w:rsidR="006D360C">
              <w:rPr>
                <w:rFonts w:ascii="DejaVu Sans" w:hAnsi="DejaVu Sans"/>
                <w:sz w:val="17"/>
              </w:rPr>
              <w:t>$730</w:t>
            </w:r>
          </w:p>
        </w:tc>
        <w:tc>
          <w:tcPr>
            <w:tcW w:w="1843" w:type="dxa"/>
            <w:tcBorders>
              <w:top w:val="single" w:sz="3" w:space="0" w:color="D6D6D6"/>
              <w:left w:val="single" w:sz="3" w:space="0" w:color="D6D6D6"/>
              <w:bottom w:val="single" w:sz="3" w:space="0" w:color="D6D6D6"/>
              <w:right w:val="single" w:sz="3" w:space="0" w:color="D6D6D6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7B667630" w14:textId="77777777" w:rsidR="006D360C" w:rsidRDefault="00866830" w:rsidP="006D360C">
            <w:pPr>
              <w:spacing w:after="0"/>
              <w:jc w:val="center"/>
              <w:rPr>
                <w:sz w:val="17"/>
              </w:rPr>
            </w:pPr>
            <w:sdt>
              <w:sdtPr>
                <w:rPr>
                  <w:rFonts w:ascii="DejaVu Sans" w:hAnsi="DejaVu Sans"/>
                  <w:sz w:val="17"/>
                </w:rPr>
                <w:id w:val="956295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360C"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 w:rsidR="006D360C">
              <w:rPr>
                <w:rFonts w:ascii="DejaVu Sans" w:hAnsi="DejaVu Sans"/>
                <w:sz w:val="17"/>
              </w:rPr>
              <w:t>$970</w:t>
            </w:r>
          </w:p>
        </w:tc>
      </w:tr>
      <w:tr w:rsidR="006D360C" w14:paraId="2FD2167E" w14:textId="77777777" w:rsidTr="006D360C">
        <w:trPr>
          <w:cantSplit/>
        </w:trPr>
        <w:tc>
          <w:tcPr>
            <w:tcW w:w="3341" w:type="dxa"/>
            <w:tcBorders>
              <w:top w:val="single" w:sz="3" w:space="0" w:color="D6D6D6"/>
              <w:left w:val="single" w:sz="3" w:space="0" w:color="D6D6D6"/>
              <w:bottom w:val="single" w:sz="3" w:space="0" w:color="D6D6D6"/>
              <w:right w:val="single" w:sz="3" w:space="0" w:color="D6D6D6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3A254B5" w14:textId="77777777" w:rsidR="006D360C" w:rsidRDefault="006D360C" w:rsidP="006D360C">
            <w:pPr>
              <w:spacing w:after="0"/>
              <w:rPr>
                <w:sz w:val="17"/>
              </w:rPr>
            </w:pPr>
            <w:r>
              <w:rPr>
                <w:sz w:val="17"/>
              </w:rPr>
              <w:t>3 x 1 or 2 x 1.5 hours</w:t>
            </w:r>
          </w:p>
        </w:tc>
        <w:tc>
          <w:tcPr>
            <w:tcW w:w="1701" w:type="dxa"/>
            <w:tcBorders>
              <w:top w:val="single" w:sz="3" w:space="0" w:color="D6D6D6"/>
              <w:left w:val="single" w:sz="3" w:space="0" w:color="D6D6D6"/>
              <w:bottom w:val="single" w:sz="3" w:space="0" w:color="D6D6D6"/>
              <w:right w:val="single" w:sz="3" w:space="0" w:color="D6D6D6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5985D74" w14:textId="77777777" w:rsidR="006D360C" w:rsidRDefault="00866830" w:rsidP="006D360C">
            <w:pPr>
              <w:spacing w:after="0"/>
              <w:jc w:val="center"/>
              <w:rPr>
                <w:sz w:val="17"/>
              </w:rPr>
            </w:pPr>
            <w:sdt>
              <w:sdtPr>
                <w:rPr>
                  <w:rFonts w:ascii="DejaVu Sans" w:hAnsi="DejaVu Sans"/>
                  <w:sz w:val="17"/>
                </w:rPr>
                <w:id w:val="-1266991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360C"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 w:rsidR="006D360C">
              <w:rPr>
                <w:rFonts w:ascii="DejaVu Sans" w:hAnsi="DejaVu Sans"/>
                <w:sz w:val="17"/>
              </w:rPr>
              <w:t>$480</w:t>
            </w:r>
          </w:p>
        </w:tc>
        <w:tc>
          <w:tcPr>
            <w:tcW w:w="1701" w:type="dxa"/>
            <w:tcBorders>
              <w:top w:val="single" w:sz="3" w:space="0" w:color="D6D6D6"/>
              <w:left w:val="single" w:sz="3" w:space="0" w:color="D6D6D6"/>
              <w:bottom w:val="single" w:sz="3" w:space="0" w:color="D6D6D6"/>
              <w:right w:val="single" w:sz="3" w:space="0" w:color="D6D6D6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145D95F" w14:textId="77777777" w:rsidR="006D360C" w:rsidRDefault="00866830" w:rsidP="006D360C">
            <w:pPr>
              <w:spacing w:after="0"/>
              <w:jc w:val="center"/>
              <w:rPr>
                <w:sz w:val="17"/>
              </w:rPr>
            </w:pPr>
            <w:sdt>
              <w:sdtPr>
                <w:rPr>
                  <w:rFonts w:ascii="DejaVu Sans" w:hAnsi="DejaVu Sans"/>
                  <w:sz w:val="17"/>
                </w:rPr>
                <w:id w:val="-1925406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360C"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 w:rsidR="006D360C">
              <w:rPr>
                <w:rFonts w:ascii="DejaVu Sans" w:hAnsi="DejaVu Sans"/>
                <w:sz w:val="17"/>
              </w:rPr>
              <w:t>$690</w:t>
            </w:r>
          </w:p>
        </w:tc>
        <w:tc>
          <w:tcPr>
            <w:tcW w:w="1559" w:type="dxa"/>
            <w:tcBorders>
              <w:top w:val="single" w:sz="3" w:space="0" w:color="D6D6D6"/>
              <w:left w:val="single" w:sz="3" w:space="0" w:color="D6D6D6"/>
              <w:bottom w:val="single" w:sz="3" w:space="0" w:color="D6D6D6"/>
              <w:right w:val="single" w:sz="3" w:space="0" w:color="D6D6D6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FB0EE20" w14:textId="77777777" w:rsidR="006D360C" w:rsidRDefault="00866830" w:rsidP="006D360C">
            <w:pPr>
              <w:spacing w:after="0"/>
              <w:jc w:val="center"/>
              <w:rPr>
                <w:rFonts w:ascii="MS Gothic" w:eastAsia="MS Gothic" w:hAnsi="MS Gothic"/>
                <w:sz w:val="17"/>
              </w:rPr>
            </w:pPr>
            <w:sdt>
              <w:sdtPr>
                <w:rPr>
                  <w:rFonts w:ascii="DejaVu Sans" w:hAnsi="DejaVu Sans"/>
                  <w:sz w:val="17"/>
                </w:rPr>
                <w:id w:val="696587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360C"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 w:rsidR="006D360C">
              <w:rPr>
                <w:rFonts w:ascii="DejaVu Sans" w:hAnsi="DejaVu Sans"/>
                <w:sz w:val="17"/>
              </w:rPr>
              <w:t>$1080</w:t>
            </w:r>
          </w:p>
        </w:tc>
        <w:tc>
          <w:tcPr>
            <w:tcW w:w="1843" w:type="dxa"/>
            <w:tcBorders>
              <w:top w:val="single" w:sz="3" w:space="0" w:color="D6D6D6"/>
              <w:left w:val="single" w:sz="3" w:space="0" w:color="D6D6D6"/>
              <w:bottom w:val="single" w:sz="3" w:space="0" w:color="D6D6D6"/>
              <w:right w:val="single" w:sz="3" w:space="0" w:color="D6D6D6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1AC0895" w14:textId="77777777" w:rsidR="006D360C" w:rsidRDefault="00866830" w:rsidP="006D360C">
            <w:pPr>
              <w:spacing w:after="0"/>
              <w:jc w:val="center"/>
              <w:rPr>
                <w:sz w:val="17"/>
              </w:rPr>
            </w:pPr>
            <w:sdt>
              <w:sdtPr>
                <w:rPr>
                  <w:rFonts w:ascii="DejaVu Sans" w:hAnsi="DejaVu Sans"/>
                  <w:sz w:val="17"/>
                </w:rPr>
                <w:id w:val="1115182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360C"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 w:rsidR="006D360C">
              <w:rPr>
                <w:rFonts w:ascii="DejaVu Sans" w:hAnsi="DejaVu Sans"/>
                <w:sz w:val="17"/>
              </w:rPr>
              <w:t>1440</w:t>
            </w:r>
          </w:p>
        </w:tc>
      </w:tr>
      <w:tr w:rsidR="006D360C" w14:paraId="5C613D36" w14:textId="77777777" w:rsidTr="006D360C">
        <w:trPr>
          <w:cantSplit/>
        </w:trPr>
        <w:tc>
          <w:tcPr>
            <w:tcW w:w="3341" w:type="dxa"/>
            <w:tcBorders>
              <w:top w:val="single" w:sz="3" w:space="0" w:color="D6D6D6"/>
              <w:left w:val="single" w:sz="3" w:space="0" w:color="D6D6D6"/>
              <w:bottom w:val="single" w:sz="3" w:space="0" w:color="D6D6D6"/>
              <w:right w:val="single" w:sz="3" w:space="0" w:color="D6D6D6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9B5BBDD" w14:textId="77777777" w:rsidR="006D360C" w:rsidRDefault="006D360C" w:rsidP="006D360C">
            <w:pPr>
              <w:spacing w:after="0"/>
              <w:rPr>
                <w:sz w:val="17"/>
              </w:rPr>
            </w:pPr>
            <w:r>
              <w:rPr>
                <w:sz w:val="17"/>
              </w:rPr>
              <w:t xml:space="preserve">4 x 1 hours or 2 x 90 mins &amp; 1 x 60 mins </w:t>
            </w:r>
          </w:p>
          <w:p w14:paraId="3BF4C9D4" w14:textId="77777777" w:rsidR="006D360C" w:rsidRPr="006D360C" w:rsidRDefault="006D360C" w:rsidP="006D360C">
            <w:pPr>
              <w:spacing w:after="0"/>
              <w:rPr>
                <w:b/>
                <w:sz w:val="17"/>
              </w:rPr>
            </w:pPr>
            <w:r w:rsidRPr="006D360C">
              <w:rPr>
                <w:b/>
                <w:sz w:val="17"/>
              </w:rPr>
              <w:t>(full day)</w:t>
            </w:r>
          </w:p>
        </w:tc>
        <w:tc>
          <w:tcPr>
            <w:tcW w:w="1701" w:type="dxa"/>
            <w:tcBorders>
              <w:top w:val="single" w:sz="3" w:space="0" w:color="D6D6D6"/>
              <w:left w:val="single" w:sz="3" w:space="0" w:color="D6D6D6"/>
              <w:bottom w:val="single" w:sz="3" w:space="0" w:color="D6D6D6"/>
              <w:right w:val="single" w:sz="3" w:space="0" w:color="D6D6D6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8EF9ADD" w14:textId="77777777" w:rsidR="006D360C" w:rsidRDefault="00866830" w:rsidP="006D360C">
            <w:pPr>
              <w:spacing w:after="0"/>
              <w:jc w:val="center"/>
              <w:rPr>
                <w:sz w:val="17"/>
              </w:rPr>
            </w:pPr>
            <w:sdt>
              <w:sdtPr>
                <w:rPr>
                  <w:rFonts w:ascii="DejaVu Sans" w:hAnsi="DejaVu Sans"/>
                  <w:sz w:val="17"/>
                </w:rPr>
                <w:id w:val="2126961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360C"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 w:rsidR="006D360C">
              <w:rPr>
                <w:rFonts w:ascii="DejaVu Sans" w:hAnsi="DejaVu Sans"/>
                <w:sz w:val="17"/>
              </w:rPr>
              <w:t>$620</w:t>
            </w:r>
          </w:p>
        </w:tc>
        <w:tc>
          <w:tcPr>
            <w:tcW w:w="1701" w:type="dxa"/>
            <w:tcBorders>
              <w:top w:val="single" w:sz="3" w:space="0" w:color="D6D6D6"/>
              <w:left w:val="single" w:sz="3" w:space="0" w:color="D6D6D6"/>
              <w:bottom w:val="single" w:sz="3" w:space="0" w:color="D6D6D6"/>
              <w:right w:val="single" w:sz="3" w:space="0" w:color="D6D6D6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5B14E9C0" w14:textId="77777777" w:rsidR="006D360C" w:rsidRDefault="00866830" w:rsidP="006D360C">
            <w:pPr>
              <w:spacing w:after="0"/>
              <w:jc w:val="center"/>
              <w:rPr>
                <w:sz w:val="17"/>
              </w:rPr>
            </w:pPr>
            <w:sdt>
              <w:sdtPr>
                <w:rPr>
                  <w:rFonts w:ascii="DejaVu Sans" w:hAnsi="DejaVu Sans"/>
                  <w:sz w:val="17"/>
                </w:rPr>
                <w:id w:val="-2072656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360C"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 w:rsidR="006D360C">
              <w:rPr>
                <w:rFonts w:ascii="DejaVu Sans" w:hAnsi="DejaVu Sans"/>
                <w:sz w:val="17"/>
              </w:rPr>
              <w:t>$900</w:t>
            </w:r>
          </w:p>
        </w:tc>
        <w:tc>
          <w:tcPr>
            <w:tcW w:w="1559" w:type="dxa"/>
            <w:tcBorders>
              <w:top w:val="single" w:sz="3" w:space="0" w:color="D6D6D6"/>
              <w:left w:val="single" w:sz="3" w:space="0" w:color="D6D6D6"/>
              <w:bottom w:val="single" w:sz="3" w:space="0" w:color="D6D6D6"/>
              <w:right w:val="single" w:sz="3" w:space="0" w:color="D6D6D6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C583FF1" w14:textId="77777777" w:rsidR="006D360C" w:rsidRDefault="00866830" w:rsidP="006D360C">
            <w:pPr>
              <w:spacing w:after="0"/>
              <w:jc w:val="center"/>
              <w:rPr>
                <w:rFonts w:ascii="MS Gothic" w:eastAsia="MS Gothic" w:hAnsi="MS Gothic"/>
                <w:sz w:val="17"/>
              </w:rPr>
            </w:pPr>
            <w:sdt>
              <w:sdtPr>
                <w:rPr>
                  <w:rFonts w:ascii="DejaVu Sans" w:hAnsi="DejaVu Sans"/>
                  <w:sz w:val="17"/>
                </w:rPr>
                <w:id w:val="-4570294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360C"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 w:rsidR="006D360C">
              <w:rPr>
                <w:rFonts w:ascii="DejaVu Sans" w:hAnsi="DejaVu Sans"/>
                <w:sz w:val="17"/>
              </w:rPr>
              <w:t>$1420</w:t>
            </w:r>
          </w:p>
        </w:tc>
        <w:tc>
          <w:tcPr>
            <w:tcW w:w="1843" w:type="dxa"/>
            <w:tcBorders>
              <w:top w:val="single" w:sz="3" w:space="0" w:color="D6D6D6"/>
              <w:left w:val="single" w:sz="3" w:space="0" w:color="D6D6D6"/>
              <w:bottom w:val="single" w:sz="3" w:space="0" w:color="D6D6D6"/>
              <w:right w:val="single" w:sz="3" w:space="0" w:color="D6D6D6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7099EE8B" w14:textId="77777777" w:rsidR="006D360C" w:rsidRDefault="00866830" w:rsidP="006D360C">
            <w:pPr>
              <w:spacing w:after="0"/>
              <w:jc w:val="center"/>
              <w:rPr>
                <w:sz w:val="17"/>
              </w:rPr>
            </w:pPr>
            <w:sdt>
              <w:sdtPr>
                <w:rPr>
                  <w:rFonts w:ascii="DejaVu Sans" w:hAnsi="DejaVu Sans"/>
                  <w:sz w:val="17"/>
                </w:rPr>
                <w:id w:val="-796294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360C"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 w:rsidR="006D360C">
              <w:rPr>
                <w:rFonts w:ascii="DejaVu Sans" w:hAnsi="DejaVu Sans"/>
                <w:sz w:val="17"/>
              </w:rPr>
              <w:t>$1900</w:t>
            </w:r>
          </w:p>
        </w:tc>
      </w:tr>
    </w:tbl>
    <w:p w14:paraId="14D7F2BB" w14:textId="19761E0E" w:rsidR="00284027" w:rsidRDefault="002B450F" w:rsidP="006D360C">
      <w:pPr>
        <w:spacing w:after="20" w:line="240" w:lineRule="auto"/>
      </w:pPr>
      <w:r>
        <w:rPr>
          <w:sz w:val="2"/>
        </w:rPr>
        <w:t xml:space="preserve"> </w:t>
      </w:r>
      <w:r w:rsidR="006D360C">
        <w:rPr>
          <w:sz w:val="17"/>
        </w:rPr>
        <w:t>2 or more hours can be for the same day or separate days</w:t>
      </w:r>
    </w:p>
    <w:p w14:paraId="3B87A043" w14:textId="77777777" w:rsidR="00284027" w:rsidRDefault="002B450F">
      <w:r>
        <w:rPr>
          <w:sz w:val="17"/>
        </w:rPr>
        <w:t>Custom programs and larger groups: contact our team to discuss group size, dates, venue and workshop goals.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205"/>
      </w:tblGrid>
      <w:tr w:rsidR="00284027" w14:paraId="17C1FFE9" w14:textId="77777777">
        <w:tc>
          <w:tcPr>
            <w:tcW w:w="10205" w:type="dxa"/>
            <w:shd w:val="clear" w:color="auto" w:fill="FFFFFF"/>
            <w:tcMar>
              <w:top w:w="45" w:type="dxa"/>
              <w:left w:w="130" w:type="dxa"/>
              <w:bottom w:w="45" w:type="dxa"/>
              <w:right w:w="130" w:type="dxa"/>
            </w:tcMar>
          </w:tcPr>
          <w:p w14:paraId="5D1C0A3F" w14:textId="77777777" w:rsidR="00284027" w:rsidRDefault="002B450F">
            <w:pPr>
              <w:keepNext/>
              <w:spacing w:after="0"/>
            </w:pPr>
            <w:r>
              <w:rPr>
                <w:color w:val="333333"/>
                <w:spacing w:val="20"/>
              </w:rPr>
              <w:t>AVAILABILITY AND LESSON DETAILS</w:t>
            </w:r>
          </w:p>
        </w:tc>
      </w:tr>
    </w:tbl>
    <w:p w14:paraId="72003D05" w14:textId="50F7FD25" w:rsidR="006D360C" w:rsidRPr="006D360C" w:rsidRDefault="002B450F" w:rsidP="006D360C">
      <w:pPr>
        <w:keepNext/>
        <w:spacing w:after="20" w:line="240" w:lineRule="auto"/>
        <w:rPr>
          <w:sz w:val="17"/>
        </w:rPr>
      </w:pPr>
      <w:r>
        <w:rPr>
          <w:sz w:val="2"/>
        </w:rPr>
        <w:t xml:space="preserve"> </w:t>
      </w:r>
      <w:r>
        <w:rPr>
          <w:sz w:val="17"/>
        </w:rPr>
        <w:t>Enter your availability and dates within our opening hours.</w:t>
      </w:r>
      <w:r w:rsidR="006D360C">
        <w:rPr>
          <w:sz w:val="17"/>
        </w:rPr>
        <w:t xml:space="preserve">  For any hours not listed below please contact our team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928"/>
        <w:gridCol w:w="1655"/>
        <w:gridCol w:w="1655"/>
        <w:gridCol w:w="1655"/>
        <w:gridCol w:w="1655"/>
        <w:gridCol w:w="1655"/>
      </w:tblGrid>
      <w:tr w:rsidR="00284027" w14:paraId="7048AC91" w14:textId="77777777">
        <w:trPr>
          <w:cantSplit/>
          <w:tblHeader/>
        </w:trPr>
        <w:tc>
          <w:tcPr>
            <w:tcW w:w="1928" w:type="dxa"/>
            <w:tcBorders>
              <w:top w:val="single" w:sz="3" w:space="0" w:color="D6D6D6"/>
              <w:left w:val="single" w:sz="3" w:space="0" w:color="D6D6D6"/>
              <w:bottom w:val="single" w:sz="3" w:space="0" w:color="D6D6D6"/>
              <w:right w:val="single" w:sz="3" w:space="0" w:color="D6D6D6"/>
            </w:tcBorders>
            <w:shd w:val="clear" w:color="auto" w:fill="E3192A"/>
            <w:tcMar>
              <w:top w:w="55" w:type="dxa"/>
              <w:left w:w="95" w:type="dxa"/>
              <w:bottom w:w="55" w:type="dxa"/>
              <w:right w:w="95" w:type="dxa"/>
            </w:tcMar>
            <w:vAlign w:val="center"/>
          </w:tcPr>
          <w:p w14:paraId="6F865F23" w14:textId="77777777" w:rsidR="00284027" w:rsidRDefault="00284027">
            <w:pPr>
              <w:spacing w:after="0"/>
            </w:pPr>
          </w:p>
        </w:tc>
        <w:tc>
          <w:tcPr>
            <w:tcW w:w="1655" w:type="dxa"/>
            <w:tcBorders>
              <w:top w:val="single" w:sz="3" w:space="0" w:color="D6D6D6"/>
              <w:left w:val="single" w:sz="3" w:space="0" w:color="D6D6D6"/>
              <w:bottom w:val="single" w:sz="3" w:space="0" w:color="D6D6D6"/>
              <w:right w:val="single" w:sz="3" w:space="0" w:color="D6D6D6"/>
            </w:tcBorders>
            <w:shd w:val="clear" w:color="auto" w:fill="E3192A"/>
            <w:tcMar>
              <w:top w:w="55" w:type="dxa"/>
              <w:left w:w="95" w:type="dxa"/>
              <w:bottom w:w="55" w:type="dxa"/>
              <w:right w:w="95" w:type="dxa"/>
            </w:tcMar>
            <w:vAlign w:val="center"/>
          </w:tcPr>
          <w:p w14:paraId="10FCC704" w14:textId="77777777" w:rsidR="00284027" w:rsidRDefault="002B450F">
            <w:pPr>
              <w:spacing w:after="0"/>
            </w:pPr>
            <w:r>
              <w:rPr>
                <w:b/>
                <w:color w:val="FFFFFF"/>
                <w:sz w:val="16"/>
              </w:rPr>
              <w:t>Mon</w:t>
            </w:r>
          </w:p>
        </w:tc>
        <w:tc>
          <w:tcPr>
            <w:tcW w:w="1655" w:type="dxa"/>
            <w:tcBorders>
              <w:top w:val="single" w:sz="3" w:space="0" w:color="D6D6D6"/>
              <w:left w:val="single" w:sz="3" w:space="0" w:color="D6D6D6"/>
              <w:bottom w:val="single" w:sz="3" w:space="0" w:color="D6D6D6"/>
              <w:right w:val="single" w:sz="3" w:space="0" w:color="D6D6D6"/>
            </w:tcBorders>
            <w:shd w:val="clear" w:color="auto" w:fill="E3192A"/>
            <w:tcMar>
              <w:top w:w="55" w:type="dxa"/>
              <w:left w:w="95" w:type="dxa"/>
              <w:bottom w:w="55" w:type="dxa"/>
              <w:right w:w="95" w:type="dxa"/>
            </w:tcMar>
            <w:vAlign w:val="center"/>
          </w:tcPr>
          <w:p w14:paraId="4C6B9D53" w14:textId="77777777" w:rsidR="00284027" w:rsidRDefault="002B450F">
            <w:pPr>
              <w:spacing w:after="0"/>
            </w:pPr>
            <w:r>
              <w:rPr>
                <w:b/>
                <w:color w:val="FFFFFF"/>
                <w:sz w:val="16"/>
              </w:rPr>
              <w:t>Tue</w:t>
            </w:r>
          </w:p>
        </w:tc>
        <w:tc>
          <w:tcPr>
            <w:tcW w:w="1655" w:type="dxa"/>
            <w:tcBorders>
              <w:top w:val="single" w:sz="3" w:space="0" w:color="D6D6D6"/>
              <w:left w:val="single" w:sz="3" w:space="0" w:color="D6D6D6"/>
              <w:bottom w:val="single" w:sz="3" w:space="0" w:color="D6D6D6"/>
              <w:right w:val="single" w:sz="3" w:space="0" w:color="D6D6D6"/>
            </w:tcBorders>
            <w:shd w:val="clear" w:color="auto" w:fill="E3192A"/>
            <w:tcMar>
              <w:top w:w="55" w:type="dxa"/>
              <w:left w:w="95" w:type="dxa"/>
              <w:bottom w:w="55" w:type="dxa"/>
              <w:right w:w="95" w:type="dxa"/>
            </w:tcMar>
            <w:vAlign w:val="center"/>
          </w:tcPr>
          <w:p w14:paraId="577F4DD2" w14:textId="77777777" w:rsidR="00284027" w:rsidRDefault="002B450F">
            <w:pPr>
              <w:spacing w:after="0"/>
            </w:pPr>
            <w:r>
              <w:rPr>
                <w:b/>
                <w:color w:val="FFFFFF"/>
                <w:sz w:val="16"/>
              </w:rPr>
              <w:t>Wed</w:t>
            </w:r>
          </w:p>
        </w:tc>
        <w:tc>
          <w:tcPr>
            <w:tcW w:w="1655" w:type="dxa"/>
            <w:tcBorders>
              <w:top w:val="single" w:sz="3" w:space="0" w:color="D6D6D6"/>
              <w:left w:val="single" w:sz="3" w:space="0" w:color="D6D6D6"/>
              <w:bottom w:val="single" w:sz="3" w:space="0" w:color="D6D6D6"/>
              <w:right w:val="single" w:sz="3" w:space="0" w:color="D6D6D6"/>
            </w:tcBorders>
            <w:shd w:val="clear" w:color="auto" w:fill="E3192A"/>
            <w:tcMar>
              <w:top w:w="55" w:type="dxa"/>
              <w:left w:w="95" w:type="dxa"/>
              <w:bottom w:w="55" w:type="dxa"/>
              <w:right w:w="95" w:type="dxa"/>
            </w:tcMar>
            <w:vAlign w:val="center"/>
          </w:tcPr>
          <w:p w14:paraId="49D954DE" w14:textId="77777777" w:rsidR="00284027" w:rsidRDefault="002B450F">
            <w:pPr>
              <w:spacing w:after="0"/>
            </w:pPr>
            <w:r>
              <w:rPr>
                <w:b/>
                <w:color w:val="FFFFFF"/>
                <w:sz w:val="16"/>
              </w:rPr>
              <w:t>Thu</w:t>
            </w:r>
          </w:p>
        </w:tc>
        <w:tc>
          <w:tcPr>
            <w:tcW w:w="1655" w:type="dxa"/>
            <w:tcBorders>
              <w:top w:val="single" w:sz="3" w:space="0" w:color="D6D6D6"/>
              <w:left w:val="single" w:sz="3" w:space="0" w:color="D6D6D6"/>
              <w:bottom w:val="single" w:sz="3" w:space="0" w:color="D6D6D6"/>
              <w:right w:val="single" w:sz="3" w:space="0" w:color="D6D6D6"/>
            </w:tcBorders>
            <w:shd w:val="clear" w:color="auto" w:fill="E3192A"/>
            <w:tcMar>
              <w:top w:w="55" w:type="dxa"/>
              <w:left w:w="95" w:type="dxa"/>
              <w:bottom w:w="55" w:type="dxa"/>
              <w:right w:w="95" w:type="dxa"/>
            </w:tcMar>
            <w:vAlign w:val="center"/>
          </w:tcPr>
          <w:p w14:paraId="3199B1D9" w14:textId="77777777" w:rsidR="00284027" w:rsidRDefault="002B450F">
            <w:pPr>
              <w:spacing w:after="0"/>
            </w:pPr>
            <w:r>
              <w:rPr>
                <w:b/>
                <w:color w:val="FFFFFF"/>
                <w:sz w:val="16"/>
              </w:rPr>
              <w:t>Sat</w:t>
            </w:r>
          </w:p>
        </w:tc>
      </w:tr>
      <w:tr w:rsidR="00284027" w14:paraId="7468F77A" w14:textId="77777777">
        <w:trPr>
          <w:cantSplit/>
        </w:trPr>
        <w:tc>
          <w:tcPr>
            <w:tcW w:w="1928" w:type="dxa"/>
            <w:tcBorders>
              <w:top w:val="single" w:sz="3" w:space="0" w:color="D6D6D6"/>
              <w:left w:val="single" w:sz="3" w:space="0" w:color="D6D6D6"/>
              <w:bottom w:val="single" w:sz="3" w:space="0" w:color="D6D6D6"/>
              <w:right w:val="single" w:sz="3" w:space="0" w:color="D6D6D6"/>
            </w:tcBorders>
            <w:shd w:val="clear" w:color="auto" w:fill="FFFFFF"/>
            <w:tcMar>
              <w:top w:w="55" w:type="dxa"/>
              <w:left w:w="95" w:type="dxa"/>
              <w:bottom w:w="55" w:type="dxa"/>
              <w:right w:w="95" w:type="dxa"/>
            </w:tcMar>
            <w:vAlign w:val="center"/>
          </w:tcPr>
          <w:p w14:paraId="2F11359B" w14:textId="77777777" w:rsidR="00284027" w:rsidRDefault="002B450F">
            <w:pPr>
              <w:spacing w:after="0"/>
            </w:pPr>
            <w:r>
              <w:rPr>
                <w:sz w:val="16"/>
              </w:rPr>
              <w:t>Opening hours</w:t>
            </w:r>
          </w:p>
        </w:tc>
        <w:tc>
          <w:tcPr>
            <w:tcW w:w="1655" w:type="dxa"/>
            <w:tcBorders>
              <w:top w:val="single" w:sz="3" w:space="0" w:color="D6D6D6"/>
              <w:left w:val="single" w:sz="3" w:space="0" w:color="D6D6D6"/>
              <w:bottom w:val="single" w:sz="3" w:space="0" w:color="D6D6D6"/>
              <w:right w:val="single" w:sz="3" w:space="0" w:color="D6D6D6"/>
            </w:tcBorders>
            <w:shd w:val="clear" w:color="auto" w:fill="FFFFFF"/>
            <w:tcMar>
              <w:top w:w="55" w:type="dxa"/>
              <w:left w:w="95" w:type="dxa"/>
              <w:bottom w:w="55" w:type="dxa"/>
              <w:right w:w="95" w:type="dxa"/>
            </w:tcMar>
            <w:vAlign w:val="center"/>
          </w:tcPr>
          <w:p w14:paraId="424249C2" w14:textId="77777777" w:rsidR="00284027" w:rsidRDefault="002B450F">
            <w:pPr>
              <w:spacing w:after="0"/>
            </w:pPr>
            <w:r>
              <w:rPr>
                <w:sz w:val="16"/>
              </w:rPr>
              <w:t>9:30am-8:30pm</w:t>
            </w:r>
          </w:p>
        </w:tc>
        <w:tc>
          <w:tcPr>
            <w:tcW w:w="1655" w:type="dxa"/>
            <w:tcBorders>
              <w:top w:val="single" w:sz="3" w:space="0" w:color="D6D6D6"/>
              <w:left w:val="single" w:sz="3" w:space="0" w:color="D6D6D6"/>
              <w:bottom w:val="single" w:sz="3" w:space="0" w:color="D6D6D6"/>
              <w:right w:val="single" w:sz="3" w:space="0" w:color="D6D6D6"/>
            </w:tcBorders>
            <w:shd w:val="clear" w:color="auto" w:fill="FFFFFF"/>
            <w:tcMar>
              <w:top w:w="55" w:type="dxa"/>
              <w:left w:w="95" w:type="dxa"/>
              <w:bottom w:w="55" w:type="dxa"/>
              <w:right w:w="95" w:type="dxa"/>
            </w:tcMar>
            <w:vAlign w:val="center"/>
          </w:tcPr>
          <w:p w14:paraId="04147823" w14:textId="77777777" w:rsidR="00284027" w:rsidRDefault="002B450F">
            <w:pPr>
              <w:spacing w:after="0"/>
            </w:pPr>
            <w:r>
              <w:rPr>
                <w:sz w:val="16"/>
              </w:rPr>
              <w:t>9:30am-8:30pm</w:t>
            </w:r>
          </w:p>
        </w:tc>
        <w:tc>
          <w:tcPr>
            <w:tcW w:w="1655" w:type="dxa"/>
            <w:tcBorders>
              <w:top w:val="single" w:sz="3" w:space="0" w:color="D6D6D6"/>
              <w:left w:val="single" w:sz="3" w:space="0" w:color="D6D6D6"/>
              <w:bottom w:val="single" w:sz="3" w:space="0" w:color="D6D6D6"/>
              <w:right w:val="single" w:sz="3" w:space="0" w:color="D6D6D6"/>
            </w:tcBorders>
            <w:shd w:val="clear" w:color="auto" w:fill="FFFFFF"/>
            <w:tcMar>
              <w:top w:w="55" w:type="dxa"/>
              <w:left w:w="95" w:type="dxa"/>
              <w:bottom w:w="55" w:type="dxa"/>
              <w:right w:w="95" w:type="dxa"/>
            </w:tcMar>
            <w:vAlign w:val="center"/>
          </w:tcPr>
          <w:p w14:paraId="20519655" w14:textId="77777777" w:rsidR="00284027" w:rsidRDefault="002B450F">
            <w:pPr>
              <w:spacing w:after="0"/>
            </w:pPr>
            <w:r>
              <w:rPr>
                <w:sz w:val="16"/>
              </w:rPr>
              <w:t>9:30am-8:30pm</w:t>
            </w:r>
          </w:p>
        </w:tc>
        <w:tc>
          <w:tcPr>
            <w:tcW w:w="1655" w:type="dxa"/>
            <w:tcBorders>
              <w:top w:val="single" w:sz="3" w:space="0" w:color="D6D6D6"/>
              <w:left w:val="single" w:sz="3" w:space="0" w:color="D6D6D6"/>
              <w:bottom w:val="single" w:sz="3" w:space="0" w:color="D6D6D6"/>
              <w:right w:val="single" w:sz="3" w:space="0" w:color="D6D6D6"/>
            </w:tcBorders>
            <w:shd w:val="clear" w:color="auto" w:fill="FFFFFF"/>
            <w:tcMar>
              <w:top w:w="55" w:type="dxa"/>
              <w:left w:w="95" w:type="dxa"/>
              <w:bottom w:w="55" w:type="dxa"/>
              <w:right w:w="95" w:type="dxa"/>
            </w:tcMar>
            <w:vAlign w:val="center"/>
          </w:tcPr>
          <w:p w14:paraId="7500F685" w14:textId="77777777" w:rsidR="00284027" w:rsidRDefault="002B450F">
            <w:pPr>
              <w:spacing w:after="0"/>
            </w:pPr>
            <w:r>
              <w:rPr>
                <w:sz w:val="16"/>
              </w:rPr>
              <w:t>9:30am-8:30pm</w:t>
            </w:r>
          </w:p>
        </w:tc>
        <w:tc>
          <w:tcPr>
            <w:tcW w:w="1655" w:type="dxa"/>
            <w:tcBorders>
              <w:top w:val="single" w:sz="3" w:space="0" w:color="D6D6D6"/>
              <w:left w:val="single" w:sz="3" w:space="0" w:color="D6D6D6"/>
              <w:bottom w:val="single" w:sz="3" w:space="0" w:color="D6D6D6"/>
              <w:right w:val="single" w:sz="3" w:space="0" w:color="D6D6D6"/>
            </w:tcBorders>
            <w:shd w:val="clear" w:color="auto" w:fill="FFFFFF"/>
            <w:tcMar>
              <w:top w:w="55" w:type="dxa"/>
              <w:left w:w="95" w:type="dxa"/>
              <w:bottom w:w="55" w:type="dxa"/>
              <w:right w:w="95" w:type="dxa"/>
            </w:tcMar>
            <w:vAlign w:val="center"/>
          </w:tcPr>
          <w:p w14:paraId="40FE3CA2" w14:textId="77777777" w:rsidR="00284027" w:rsidRDefault="002B450F">
            <w:pPr>
              <w:spacing w:after="0"/>
            </w:pPr>
            <w:r>
              <w:rPr>
                <w:sz w:val="16"/>
              </w:rPr>
              <w:t>9:30am-3pm</w:t>
            </w:r>
          </w:p>
        </w:tc>
      </w:tr>
      <w:tr w:rsidR="00284027" w14:paraId="4957B8E8" w14:textId="77777777">
        <w:trPr>
          <w:cantSplit/>
        </w:trPr>
        <w:tc>
          <w:tcPr>
            <w:tcW w:w="1928" w:type="dxa"/>
            <w:tcBorders>
              <w:top w:val="single" w:sz="3" w:space="0" w:color="D6D6D6"/>
              <w:left w:val="single" w:sz="3" w:space="0" w:color="D6D6D6"/>
              <w:bottom w:val="single" w:sz="3" w:space="0" w:color="D6D6D6"/>
              <w:right w:val="single" w:sz="3" w:space="0" w:color="D6D6D6"/>
            </w:tcBorders>
            <w:shd w:val="clear" w:color="auto" w:fill="FFFFFF"/>
            <w:tcMar>
              <w:top w:w="55" w:type="dxa"/>
              <w:left w:w="95" w:type="dxa"/>
              <w:bottom w:w="55" w:type="dxa"/>
              <w:right w:w="95" w:type="dxa"/>
            </w:tcMar>
            <w:vAlign w:val="center"/>
          </w:tcPr>
          <w:p w14:paraId="79EB0159" w14:textId="77777777" w:rsidR="00284027" w:rsidRDefault="002B450F">
            <w:pPr>
              <w:spacing w:after="0"/>
            </w:pPr>
            <w:r>
              <w:rPr>
                <w:sz w:val="16"/>
              </w:rPr>
              <w:t>Your availability</w:t>
            </w:r>
          </w:p>
        </w:tc>
        <w:tc>
          <w:tcPr>
            <w:tcW w:w="1655" w:type="dxa"/>
            <w:tcBorders>
              <w:top w:val="single" w:sz="3" w:space="0" w:color="D6D6D6"/>
              <w:left w:val="single" w:sz="3" w:space="0" w:color="D6D6D6"/>
              <w:bottom w:val="single" w:sz="3" w:space="0" w:color="D6D6D6"/>
              <w:right w:val="single" w:sz="3" w:space="0" w:color="D6D6D6"/>
            </w:tcBorders>
            <w:shd w:val="clear" w:color="auto" w:fill="FFFFFF"/>
            <w:tcMar>
              <w:top w:w="55" w:type="dxa"/>
              <w:left w:w="95" w:type="dxa"/>
              <w:bottom w:w="55" w:type="dxa"/>
              <w:right w:w="95" w:type="dxa"/>
            </w:tcMar>
            <w:vAlign w:val="center"/>
          </w:tcPr>
          <w:p w14:paraId="479FA140" w14:textId="77777777" w:rsidR="00284027" w:rsidRDefault="00284027">
            <w:pPr>
              <w:spacing w:after="0"/>
            </w:pPr>
          </w:p>
        </w:tc>
        <w:tc>
          <w:tcPr>
            <w:tcW w:w="1655" w:type="dxa"/>
            <w:tcBorders>
              <w:top w:val="single" w:sz="3" w:space="0" w:color="D6D6D6"/>
              <w:left w:val="single" w:sz="3" w:space="0" w:color="D6D6D6"/>
              <w:bottom w:val="single" w:sz="3" w:space="0" w:color="D6D6D6"/>
              <w:right w:val="single" w:sz="3" w:space="0" w:color="D6D6D6"/>
            </w:tcBorders>
            <w:shd w:val="clear" w:color="auto" w:fill="FFFFFF"/>
            <w:tcMar>
              <w:top w:w="55" w:type="dxa"/>
              <w:left w:w="95" w:type="dxa"/>
              <w:bottom w:w="55" w:type="dxa"/>
              <w:right w:w="95" w:type="dxa"/>
            </w:tcMar>
            <w:vAlign w:val="center"/>
          </w:tcPr>
          <w:p w14:paraId="51FA0012" w14:textId="77777777" w:rsidR="00284027" w:rsidRDefault="00284027">
            <w:pPr>
              <w:spacing w:after="0"/>
            </w:pPr>
          </w:p>
        </w:tc>
        <w:tc>
          <w:tcPr>
            <w:tcW w:w="1655" w:type="dxa"/>
            <w:tcBorders>
              <w:top w:val="single" w:sz="3" w:space="0" w:color="D6D6D6"/>
              <w:left w:val="single" w:sz="3" w:space="0" w:color="D6D6D6"/>
              <w:bottom w:val="single" w:sz="3" w:space="0" w:color="D6D6D6"/>
              <w:right w:val="single" w:sz="3" w:space="0" w:color="D6D6D6"/>
            </w:tcBorders>
            <w:shd w:val="clear" w:color="auto" w:fill="FFFFFF"/>
            <w:tcMar>
              <w:top w:w="55" w:type="dxa"/>
              <w:left w:w="95" w:type="dxa"/>
              <w:bottom w:w="55" w:type="dxa"/>
              <w:right w:w="95" w:type="dxa"/>
            </w:tcMar>
            <w:vAlign w:val="center"/>
          </w:tcPr>
          <w:p w14:paraId="7EE19AFC" w14:textId="77777777" w:rsidR="00284027" w:rsidRDefault="00284027">
            <w:pPr>
              <w:spacing w:after="0"/>
            </w:pPr>
          </w:p>
        </w:tc>
        <w:tc>
          <w:tcPr>
            <w:tcW w:w="1655" w:type="dxa"/>
            <w:tcBorders>
              <w:top w:val="single" w:sz="3" w:space="0" w:color="D6D6D6"/>
              <w:left w:val="single" w:sz="3" w:space="0" w:color="D6D6D6"/>
              <w:bottom w:val="single" w:sz="3" w:space="0" w:color="D6D6D6"/>
              <w:right w:val="single" w:sz="3" w:space="0" w:color="D6D6D6"/>
            </w:tcBorders>
            <w:shd w:val="clear" w:color="auto" w:fill="FFFFFF"/>
            <w:tcMar>
              <w:top w:w="55" w:type="dxa"/>
              <w:left w:w="95" w:type="dxa"/>
              <w:bottom w:w="55" w:type="dxa"/>
              <w:right w:w="95" w:type="dxa"/>
            </w:tcMar>
            <w:vAlign w:val="center"/>
          </w:tcPr>
          <w:p w14:paraId="3003BDB1" w14:textId="77777777" w:rsidR="00284027" w:rsidRDefault="00284027">
            <w:pPr>
              <w:spacing w:after="0"/>
            </w:pPr>
          </w:p>
        </w:tc>
        <w:tc>
          <w:tcPr>
            <w:tcW w:w="1655" w:type="dxa"/>
            <w:tcBorders>
              <w:top w:val="single" w:sz="3" w:space="0" w:color="D6D6D6"/>
              <w:left w:val="single" w:sz="3" w:space="0" w:color="D6D6D6"/>
              <w:bottom w:val="single" w:sz="3" w:space="0" w:color="D6D6D6"/>
              <w:right w:val="single" w:sz="3" w:space="0" w:color="D6D6D6"/>
            </w:tcBorders>
            <w:shd w:val="clear" w:color="auto" w:fill="FFFFFF"/>
            <w:tcMar>
              <w:top w:w="55" w:type="dxa"/>
              <w:left w:w="95" w:type="dxa"/>
              <w:bottom w:w="55" w:type="dxa"/>
              <w:right w:w="95" w:type="dxa"/>
            </w:tcMar>
            <w:vAlign w:val="center"/>
          </w:tcPr>
          <w:p w14:paraId="1A910ACA" w14:textId="77777777" w:rsidR="00284027" w:rsidRDefault="00284027">
            <w:pPr>
              <w:spacing w:after="0"/>
            </w:pPr>
          </w:p>
        </w:tc>
      </w:tr>
      <w:tr w:rsidR="00284027" w14:paraId="2477A39F" w14:textId="77777777">
        <w:trPr>
          <w:cantSplit/>
        </w:trPr>
        <w:tc>
          <w:tcPr>
            <w:tcW w:w="1928" w:type="dxa"/>
            <w:tcBorders>
              <w:top w:val="single" w:sz="3" w:space="0" w:color="D6D6D6"/>
              <w:left w:val="single" w:sz="3" w:space="0" w:color="D6D6D6"/>
              <w:bottom w:val="single" w:sz="3" w:space="0" w:color="D6D6D6"/>
              <w:right w:val="single" w:sz="3" w:space="0" w:color="D6D6D6"/>
            </w:tcBorders>
            <w:shd w:val="clear" w:color="auto" w:fill="FFFFFF"/>
            <w:tcMar>
              <w:top w:w="55" w:type="dxa"/>
              <w:left w:w="95" w:type="dxa"/>
              <w:bottom w:w="55" w:type="dxa"/>
              <w:right w:w="95" w:type="dxa"/>
            </w:tcMar>
            <w:vAlign w:val="center"/>
          </w:tcPr>
          <w:p w14:paraId="455D67BC" w14:textId="77777777" w:rsidR="00284027" w:rsidRDefault="002B450F">
            <w:pPr>
              <w:spacing w:after="0"/>
            </w:pPr>
            <w:r>
              <w:rPr>
                <w:sz w:val="16"/>
              </w:rPr>
              <w:t>Dates required</w:t>
            </w:r>
          </w:p>
        </w:tc>
        <w:tc>
          <w:tcPr>
            <w:tcW w:w="1655" w:type="dxa"/>
            <w:tcBorders>
              <w:top w:val="single" w:sz="3" w:space="0" w:color="D6D6D6"/>
              <w:left w:val="single" w:sz="3" w:space="0" w:color="D6D6D6"/>
              <w:bottom w:val="single" w:sz="3" w:space="0" w:color="D6D6D6"/>
              <w:right w:val="single" w:sz="3" w:space="0" w:color="D6D6D6"/>
            </w:tcBorders>
            <w:shd w:val="clear" w:color="auto" w:fill="FFFFFF"/>
            <w:tcMar>
              <w:top w:w="55" w:type="dxa"/>
              <w:left w:w="95" w:type="dxa"/>
              <w:bottom w:w="55" w:type="dxa"/>
              <w:right w:w="95" w:type="dxa"/>
            </w:tcMar>
            <w:vAlign w:val="center"/>
          </w:tcPr>
          <w:p w14:paraId="2B616DC4" w14:textId="77777777" w:rsidR="00284027" w:rsidRDefault="00284027">
            <w:pPr>
              <w:spacing w:after="0"/>
            </w:pPr>
          </w:p>
        </w:tc>
        <w:tc>
          <w:tcPr>
            <w:tcW w:w="1655" w:type="dxa"/>
            <w:tcBorders>
              <w:top w:val="single" w:sz="3" w:space="0" w:color="D6D6D6"/>
              <w:left w:val="single" w:sz="3" w:space="0" w:color="D6D6D6"/>
              <w:bottom w:val="single" w:sz="3" w:space="0" w:color="D6D6D6"/>
              <w:right w:val="single" w:sz="3" w:space="0" w:color="D6D6D6"/>
            </w:tcBorders>
            <w:shd w:val="clear" w:color="auto" w:fill="FFFFFF"/>
            <w:tcMar>
              <w:top w:w="55" w:type="dxa"/>
              <w:left w:w="95" w:type="dxa"/>
              <w:bottom w:w="55" w:type="dxa"/>
              <w:right w:w="95" w:type="dxa"/>
            </w:tcMar>
            <w:vAlign w:val="center"/>
          </w:tcPr>
          <w:p w14:paraId="53BCC335" w14:textId="77777777" w:rsidR="00284027" w:rsidRDefault="00284027">
            <w:pPr>
              <w:spacing w:after="0"/>
            </w:pPr>
          </w:p>
        </w:tc>
        <w:tc>
          <w:tcPr>
            <w:tcW w:w="1655" w:type="dxa"/>
            <w:tcBorders>
              <w:top w:val="single" w:sz="3" w:space="0" w:color="D6D6D6"/>
              <w:left w:val="single" w:sz="3" w:space="0" w:color="D6D6D6"/>
              <w:bottom w:val="single" w:sz="3" w:space="0" w:color="D6D6D6"/>
              <w:right w:val="single" w:sz="3" w:space="0" w:color="D6D6D6"/>
            </w:tcBorders>
            <w:shd w:val="clear" w:color="auto" w:fill="FFFFFF"/>
            <w:tcMar>
              <w:top w:w="55" w:type="dxa"/>
              <w:left w:w="95" w:type="dxa"/>
              <w:bottom w:w="55" w:type="dxa"/>
              <w:right w:w="95" w:type="dxa"/>
            </w:tcMar>
            <w:vAlign w:val="center"/>
          </w:tcPr>
          <w:p w14:paraId="0B999B47" w14:textId="77777777" w:rsidR="00284027" w:rsidRDefault="00284027">
            <w:pPr>
              <w:spacing w:after="0"/>
            </w:pPr>
          </w:p>
        </w:tc>
        <w:tc>
          <w:tcPr>
            <w:tcW w:w="1655" w:type="dxa"/>
            <w:tcBorders>
              <w:top w:val="single" w:sz="3" w:space="0" w:color="D6D6D6"/>
              <w:left w:val="single" w:sz="3" w:space="0" w:color="D6D6D6"/>
              <w:bottom w:val="single" w:sz="3" w:space="0" w:color="D6D6D6"/>
              <w:right w:val="single" w:sz="3" w:space="0" w:color="D6D6D6"/>
            </w:tcBorders>
            <w:shd w:val="clear" w:color="auto" w:fill="FFFFFF"/>
            <w:tcMar>
              <w:top w:w="55" w:type="dxa"/>
              <w:left w:w="95" w:type="dxa"/>
              <w:bottom w:w="55" w:type="dxa"/>
              <w:right w:w="95" w:type="dxa"/>
            </w:tcMar>
            <w:vAlign w:val="center"/>
          </w:tcPr>
          <w:p w14:paraId="1EE6B029" w14:textId="77777777" w:rsidR="00284027" w:rsidRDefault="00284027">
            <w:pPr>
              <w:spacing w:after="0"/>
            </w:pPr>
          </w:p>
        </w:tc>
        <w:tc>
          <w:tcPr>
            <w:tcW w:w="1655" w:type="dxa"/>
            <w:tcBorders>
              <w:top w:val="single" w:sz="3" w:space="0" w:color="D6D6D6"/>
              <w:left w:val="single" w:sz="3" w:space="0" w:color="D6D6D6"/>
              <w:bottom w:val="single" w:sz="3" w:space="0" w:color="D6D6D6"/>
              <w:right w:val="single" w:sz="3" w:space="0" w:color="D6D6D6"/>
            </w:tcBorders>
            <w:shd w:val="clear" w:color="auto" w:fill="FFFFFF"/>
            <w:tcMar>
              <w:top w:w="55" w:type="dxa"/>
              <w:left w:w="95" w:type="dxa"/>
              <w:bottom w:w="55" w:type="dxa"/>
              <w:right w:w="95" w:type="dxa"/>
            </w:tcMar>
            <w:vAlign w:val="center"/>
          </w:tcPr>
          <w:p w14:paraId="1300E5AC" w14:textId="77777777" w:rsidR="00284027" w:rsidRDefault="00284027">
            <w:pPr>
              <w:spacing w:after="0"/>
            </w:pPr>
          </w:p>
        </w:tc>
      </w:tr>
    </w:tbl>
    <w:p w14:paraId="7596DCBC" w14:textId="55E647F7" w:rsidR="00284027" w:rsidRDefault="002B450F">
      <w:pPr>
        <w:spacing w:before="40" w:after="80"/>
      </w:pPr>
      <w:r>
        <w:rPr>
          <w:sz w:val="18"/>
        </w:rPr>
        <w:t>Style of dance</w:t>
      </w:r>
      <w:r w:rsidR="0052784A">
        <w:rPr>
          <w:sz w:val="18"/>
        </w:rPr>
        <w:t>:</w:t>
      </w:r>
    </w:p>
    <w:p w14:paraId="379F0E89" w14:textId="77777777" w:rsidR="00284027" w:rsidRDefault="002B450F">
      <w:r>
        <w:rPr>
          <w:sz w:val="16"/>
        </w:rPr>
        <w:t>E.g. jazz, hip hop, contemporary, tap, wedding waltz, ballet.</w:t>
      </w:r>
    </w:p>
    <w:p w14:paraId="6BFD6985" w14:textId="7E63AF76" w:rsidR="00284027" w:rsidRDefault="002B450F">
      <w:pPr>
        <w:spacing w:before="40" w:after="80"/>
      </w:pPr>
      <w:r>
        <w:rPr>
          <w:sz w:val="18"/>
        </w:rPr>
        <w:t>Music choice(s)</w:t>
      </w:r>
      <w:r w:rsidR="0052784A">
        <w:rPr>
          <w:sz w:val="18"/>
        </w:rPr>
        <w:t>:</w:t>
      </w:r>
    </w:p>
    <w:p w14:paraId="73C605A7" w14:textId="23E50783" w:rsidR="00284027" w:rsidRDefault="002B450F">
      <w:r>
        <w:rPr>
          <w:rFonts w:ascii="DejaVu Sans" w:hAnsi="DejaVu Sans"/>
          <w:sz w:val="18"/>
        </w:rPr>
        <w:t xml:space="preserve">Standard   </w:t>
      </w:r>
      <w:sdt>
        <w:sdtPr>
          <w:rPr>
            <w:rFonts w:ascii="DejaVu Sans" w:hAnsi="DejaVu Sans"/>
            <w:sz w:val="18"/>
          </w:rPr>
          <w:id w:val="-14083046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F48FC">
            <w:rPr>
              <w:rFonts w:ascii="MS Gothic" w:eastAsia="MS Gothic" w:hAnsi="MS Gothic" w:hint="eastAsia"/>
              <w:sz w:val="18"/>
            </w:rPr>
            <w:t>☐</w:t>
          </w:r>
        </w:sdtContent>
      </w:sdt>
      <w:r>
        <w:rPr>
          <w:rFonts w:ascii="DejaVu Sans" w:hAnsi="DejaVu Sans"/>
          <w:sz w:val="18"/>
        </w:rPr>
        <w:t xml:space="preserve"> Beginner   </w:t>
      </w:r>
      <w:sdt>
        <w:sdtPr>
          <w:rPr>
            <w:rFonts w:ascii="DejaVu Sans" w:hAnsi="DejaVu Sans"/>
            <w:sz w:val="18"/>
          </w:rPr>
          <w:id w:val="4119078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2784A">
            <w:rPr>
              <w:rFonts w:ascii="MS Gothic" w:eastAsia="MS Gothic" w:hAnsi="MS Gothic" w:hint="eastAsia"/>
              <w:sz w:val="18"/>
            </w:rPr>
            <w:t>☐</w:t>
          </w:r>
        </w:sdtContent>
      </w:sdt>
      <w:r>
        <w:rPr>
          <w:rFonts w:ascii="DejaVu Sans" w:hAnsi="DejaVu Sans"/>
          <w:sz w:val="18"/>
        </w:rPr>
        <w:t xml:space="preserve"> Intermediate   </w:t>
      </w:r>
      <w:sdt>
        <w:sdtPr>
          <w:rPr>
            <w:rFonts w:ascii="DejaVu Sans" w:hAnsi="DejaVu Sans"/>
            <w:sz w:val="18"/>
          </w:rPr>
          <w:id w:val="-20364190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2784A">
            <w:rPr>
              <w:rFonts w:ascii="MS Gothic" w:eastAsia="MS Gothic" w:hAnsi="MS Gothic" w:hint="eastAsia"/>
              <w:sz w:val="18"/>
            </w:rPr>
            <w:t>☐</w:t>
          </w:r>
        </w:sdtContent>
      </w:sdt>
      <w:r>
        <w:rPr>
          <w:rFonts w:ascii="DejaVu Sans" w:hAnsi="DejaVu Sans"/>
          <w:sz w:val="18"/>
        </w:rPr>
        <w:t>Advanced</w:t>
      </w:r>
    </w:p>
    <w:p w14:paraId="0ED3DF11" w14:textId="65C3BF98" w:rsidR="00284027" w:rsidRDefault="002B450F">
      <w:pPr>
        <w:spacing w:before="40" w:after="80"/>
      </w:pPr>
      <w:r>
        <w:rPr>
          <w:sz w:val="18"/>
        </w:rPr>
        <w:t>Extra lesson details / workshop goals</w:t>
      </w:r>
      <w:r w:rsidR="0052784A">
        <w:rPr>
          <w:sz w:val="18"/>
        </w:rPr>
        <w:t>:</w:t>
      </w:r>
      <w:r>
        <w:rPr>
          <w:sz w:val="18"/>
        </w:rPr>
        <w:br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205"/>
      </w:tblGrid>
      <w:tr w:rsidR="00284027" w14:paraId="25544357" w14:textId="77777777">
        <w:tc>
          <w:tcPr>
            <w:tcW w:w="10205" w:type="dxa"/>
            <w:shd w:val="clear" w:color="auto" w:fill="FFFFFF"/>
            <w:tcMar>
              <w:top w:w="45" w:type="dxa"/>
              <w:left w:w="130" w:type="dxa"/>
              <w:bottom w:w="45" w:type="dxa"/>
              <w:right w:w="130" w:type="dxa"/>
            </w:tcMar>
          </w:tcPr>
          <w:p w14:paraId="71214B57" w14:textId="77777777" w:rsidR="00284027" w:rsidRDefault="002B450F">
            <w:pPr>
              <w:keepNext/>
              <w:spacing w:after="0"/>
            </w:pPr>
            <w:r>
              <w:rPr>
                <w:color w:val="333333"/>
                <w:spacing w:val="20"/>
              </w:rPr>
              <w:t>PAYMENT</w:t>
            </w:r>
          </w:p>
        </w:tc>
      </w:tr>
    </w:tbl>
    <w:p w14:paraId="4A251820" w14:textId="074BAD41" w:rsidR="00284027" w:rsidRDefault="002B450F" w:rsidP="002B450F">
      <w:pPr>
        <w:keepNext/>
        <w:spacing w:after="20" w:line="240" w:lineRule="auto"/>
      </w:pPr>
      <w:r>
        <w:rPr>
          <w:sz w:val="2"/>
        </w:rPr>
        <w:t xml:space="preserve"> </w:t>
      </w:r>
      <w:r>
        <w:rPr>
          <w:sz w:val="18"/>
        </w:rPr>
        <w:t>Pay by EFTPOS / credit card, credit card by phone, or bank transfer.</w:t>
      </w:r>
    </w:p>
    <w:p w14:paraId="0C1B54A0" w14:textId="77777777" w:rsidR="00284027" w:rsidRDefault="002B450F">
      <w:r>
        <w:rPr>
          <w:sz w:val="18"/>
        </w:rPr>
        <w:t xml:space="preserve">Bank transfer: BSB 063 </w:t>
      </w:r>
      <w:proofErr w:type="gramStart"/>
      <w:r>
        <w:rPr>
          <w:sz w:val="18"/>
        </w:rPr>
        <w:t>166  |</w:t>
      </w:r>
      <w:proofErr w:type="gramEnd"/>
      <w:r>
        <w:rPr>
          <w:sz w:val="18"/>
        </w:rPr>
        <w:t xml:space="preserve">  Account 1002 4887  |  Enter your name in the description.</w:t>
      </w:r>
    </w:p>
    <w:p w14:paraId="0F8A3F2B" w14:textId="77777777" w:rsidR="00284027" w:rsidRDefault="002B450F">
      <w:r>
        <w:rPr>
          <w:sz w:val="17"/>
        </w:rPr>
        <w:t>To authorise a credit card debit, complete the details below and return to Dance Factory.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520"/>
        <w:gridCol w:w="3685"/>
      </w:tblGrid>
      <w:tr w:rsidR="00284027" w14:paraId="09833850" w14:textId="77777777">
        <w:trPr>
          <w:cantSplit/>
        </w:trPr>
        <w:tc>
          <w:tcPr>
            <w:tcW w:w="6520" w:type="dxa"/>
            <w:tcBorders>
              <w:top w:val="nil"/>
              <w:left w:val="nil"/>
              <w:bottom w:val="single" w:sz="3" w:space="0" w:color="D6D6D6"/>
              <w:right w:val="nil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5A5FB36" w14:textId="071E5080" w:rsidR="00284027" w:rsidRDefault="002B450F">
            <w:pPr>
              <w:spacing w:after="0"/>
            </w:pPr>
            <w:r>
              <w:rPr>
                <w:sz w:val="18"/>
              </w:rPr>
              <w:t xml:space="preserve">Type of card </w:t>
            </w:r>
            <w:r w:rsidR="007813BB">
              <w:rPr>
                <w:sz w:val="18"/>
              </w:rPr>
              <w:t xml:space="preserve">                                          </w:t>
            </w:r>
            <w:r>
              <w:rPr>
                <w:sz w:val="18"/>
              </w:rPr>
              <w:t xml:space="preserve">  Name on card 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3" w:space="0" w:color="D6D6D6"/>
              <w:right w:val="nil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BA30F00" w14:textId="0072324C" w:rsidR="00284027" w:rsidRDefault="002B450F">
            <w:pPr>
              <w:spacing w:after="0"/>
            </w:pPr>
            <w:r>
              <w:rPr>
                <w:sz w:val="18"/>
              </w:rPr>
              <w:t>Amount $</w:t>
            </w:r>
          </w:p>
        </w:tc>
      </w:tr>
      <w:tr w:rsidR="00284027" w14:paraId="7B4CDC3D" w14:textId="77777777">
        <w:trPr>
          <w:cantSplit/>
        </w:trPr>
        <w:tc>
          <w:tcPr>
            <w:tcW w:w="6520" w:type="dxa"/>
            <w:tcBorders>
              <w:top w:val="nil"/>
              <w:left w:val="nil"/>
              <w:bottom w:val="single" w:sz="3" w:space="0" w:color="D6D6D6"/>
              <w:right w:val="nil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A140937" w14:textId="2E04BCB0" w:rsidR="00284027" w:rsidRDefault="002B450F">
            <w:pPr>
              <w:spacing w:after="0"/>
            </w:pPr>
            <w:r>
              <w:rPr>
                <w:sz w:val="18"/>
              </w:rPr>
              <w:t>Card number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3" w:space="0" w:color="D6D6D6"/>
              <w:right w:val="nil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DB246A4" w14:textId="38FB4D4F" w:rsidR="00284027" w:rsidRDefault="002B450F">
            <w:pPr>
              <w:spacing w:after="0"/>
            </w:pPr>
            <w:r>
              <w:rPr>
                <w:sz w:val="18"/>
              </w:rPr>
              <w:t>Expiry</w:t>
            </w:r>
            <w:r w:rsidR="007813BB">
              <w:rPr>
                <w:sz w:val="18"/>
              </w:rPr>
              <w:t xml:space="preserve">        /                  </w:t>
            </w:r>
            <w:r w:rsidR="00E85CC2">
              <w:rPr>
                <w:sz w:val="18"/>
              </w:rPr>
              <w:t xml:space="preserve">  CVC</w:t>
            </w:r>
            <w:r>
              <w:rPr>
                <w:sz w:val="18"/>
              </w:rPr>
              <w:t xml:space="preserve"> </w:t>
            </w:r>
          </w:p>
        </w:tc>
      </w:tr>
      <w:tr w:rsidR="00284027" w14:paraId="4B946ECA" w14:textId="77777777">
        <w:trPr>
          <w:cantSplit/>
        </w:trPr>
        <w:tc>
          <w:tcPr>
            <w:tcW w:w="6520" w:type="dxa"/>
            <w:tcBorders>
              <w:top w:val="nil"/>
              <w:left w:val="nil"/>
              <w:bottom w:val="single" w:sz="3" w:space="0" w:color="D6D6D6"/>
              <w:right w:val="nil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EAA081F" w14:textId="77777777" w:rsidR="00284027" w:rsidRDefault="002B450F">
            <w:pPr>
              <w:spacing w:after="0"/>
            </w:pPr>
            <w:r>
              <w:rPr>
                <w:sz w:val="18"/>
              </w:rPr>
              <w:t>Cardholder signature __________________________________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3" w:space="0" w:color="D6D6D6"/>
              <w:right w:val="nil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C065FC1" w14:textId="77777777" w:rsidR="00284027" w:rsidRDefault="00284027">
            <w:pPr>
              <w:spacing w:after="0"/>
            </w:pPr>
          </w:p>
        </w:tc>
      </w:tr>
    </w:tbl>
    <w:p w14:paraId="186B2901" w14:textId="77777777" w:rsidR="00284027" w:rsidRDefault="002B450F">
      <w:pPr>
        <w:spacing w:after="20" w:line="240" w:lineRule="auto"/>
      </w:pPr>
      <w:r>
        <w:rPr>
          <w:sz w:val="2"/>
        </w:rPr>
        <w:t xml:space="preserve"> </w:t>
      </w:r>
    </w:p>
    <w:p w14:paraId="6210DB3C" w14:textId="77777777" w:rsidR="00284027" w:rsidRDefault="002B450F">
      <w:r>
        <w:rPr>
          <w:sz w:val="17"/>
        </w:rPr>
        <w:t>Private lesson cancellations: at least 48 hours notice is required. Reschedule within 6 days; fees are non-refundable. Thank you!</w:t>
      </w:r>
    </w:p>
    <w:p w14:paraId="0986E33F" w14:textId="35C20B2A" w:rsidR="00284027" w:rsidRDefault="002B450F">
      <w:r>
        <w:rPr>
          <w:sz w:val="17"/>
        </w:rPr>
        <w:t xml:space="preserve">(03) 9429 </w:t>
      </w:r>
      <w:proofErr w:type="gramStart"/>
      <w:r>
        <w:rPr>
          <w:sz w:val="17"/>
        </w:rPr>
        <w:t>9492  |</w:t>
      </w:r>
      <w:proofErr w:type="gramEnd"/>
      <w:r>
        <w:rPr>
          <w:sz w:val="17"/>
        </w:rPr>
        <w:t xml:space="preserve">  225 Swan Street, Richmond VIC 3121</w:t>
      </w:r>
      <w:r w:rsidR="00E85CC2">
        <w:t xml:space="preserve">     </w:t>
      </w:r>
      <w:r>
        <w:rPr>
          <w:sz w:val="17"/>
        </w:rPr>
        <w:t>dancefactoryreception@gmail.com</w:t>
      </w:r>
    </w:p>
    <w:sectPr w:rsidR="00284027" w:rsidSect="00034616">
      <w:footerReference w:type="default" r:id="rId10"/>
      <w:pgSz w:w="11906" w:h="16838"/>
      <w:pgMar w:top="624" w:right="850" w:bottom="567" w:left="850" w:header="720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BA1CAA" w14:textId="77777777" w:rsidR="003A2F3E" w:rsidRDefault="003A2F3E">
      <w:pPr>
        <w:spacing w:after="0" w:line="240" w:lineRule="auto"/>
      </w:pPr>
      <w:r>
        <w:separator/>
      </w:r>
    </w:p>
  </w:endnote>
  <w:endnote w:type="continuationSeparator" w:id="0">
    <w:p w14:paraId="46344FC6" w14:textId="77777777" w:rsidR="003A2F3E" w:rsidRDefault="003A2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852B84" w14:textId="77777777" w:rsidR="00284027" w:rsidRDefault="002B450F">
    <w:pPr>
      <w:pStyle w:val="Footer"/>
    </w:pPr>
    <w:r>
      <w:rPr>
        <w:color w:val="666666"/>
        <w:sz w:val="16"/>
      </w:rPr>
      <w:t xml:space="preserve">DANCE FACTORY </w:t>
    </w:r>
    <w:proofErr w:type="gramStart"/>
    <w:r>
      <w:rPr>
        <w:color w:val="666666"/>
        <w:sz w:val="16"/>
      </w:rPr>
      <w:t>RICHMOND  |</w:t>
    </w:r>
    <w:proofErr w:type="gramEnd"/>
    <w:r>
      <w:rPr>
        <w:color w:val="666666"/>
        <w:sz w:val="16"/>
      </w:rPr>
      <w:t xml:space="preserve">  PRIVATE AND GROUP DANCE EXPERIENCES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521A20" w14:textId="77777777" w:rsidR="003A2F3E" w:rsidRDefault="003A2F3E">
      <w:pPr>
        <w:spacing w:after="0" w:line="240" w:lineRule="auto"/>
      </w:pPr>
      <w:r>
        <w:separator/>
      </w:r>
    </w:p>
  </w:footnote>
  <w:footnote w:type="continuationSeparator" w:id="0">
    <w:p w14:paraId="00921CC0" w14:textId="77777777" w:rsidR="003A2F3E" w:rsidRDefault="003A2F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15B32"/>
    <w:rsid w:val="00034616"/>
    <w:rsid w:val="0006063C"/>
    <w:rsid w:val="0015074B"/>
    <w:rsid w:val="00284027"/>
    <w:rsid w:val="0029639D"/>
    <w:rsid w:val="002B450F"/>
    <w:rsid w:val="00326F90"/>
    <w:rsid w:val="003A2F3E"/>
    <w:rsid w:val="004C1094"/>
    <w:rsid w:val="0052784A"/>
    <w:rsid w:val="006D360C"/>
    <w:rsid w:val="007813BB"/>
    <w:rsid w:val="00812D76"/>
    <w:rsid w:val="008B1A98"/>
    <w:rsid w:val="008C3010"/>
    <w:rsid w:val="00AA1D8D"/>
    <w:rsid w:val="00B47730"/>
    <w:rsid w:val="00B94D4C"/>
    <w:rsid w:val="00BF48FC"/>
    <w:rsid w:val="00CB0664"/>
    <w:rsid w:val="00D72082"/>
    <w:rsid w:val="00E6362A"/>
    <w:rsid w:val="00E85CC2"/>
    <w:rsid w:val="00EB379B"/>
    <w:rsid w:val="00F37D0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2C2D6A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2" w:lineRule="auto"/>
    </w:pPr>
    <w:rPr>
      <w:rFonts w:ascii="Calibri" w:hAnsi="Calibri"/>
      <w:color w:val="202020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85C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5CC2"/>
    <w:rPr>
      <w:rFonts w:ascii="Tahoma" w:hAnsi="Tahoma" w:cs="Tahoma"/>
      <w:color w:val="20202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2" w:lineRule="auto"/>
    </w:pPr>
    <w:rPr>
      <w:rFonts w:ascii="Calibri" w:hAnsi="Calibri"/>
      <w:color w:val="202020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85C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5CC2"/>
    <w:rPr>
      <w:rFonts w:ascii="Tahoma" w:hAnsi="Tahoma" w:cs="Tahoma"/>
      <w:color w:val="20202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8BD6602-AA60-46B8-83CA-51C8E38AEC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Dance Factory Private and Group Dance Booking Form</vt:lpstr>
    </vt:vector>
  </TitlesOfParts>
  <Company/>
  <LinksUpToDate>false</LinksUpToDate>
  <CharactersWithSpaces>2073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Dance Factory Private and Group Dance Booking Form</dc:title>
  <dc:creator>Dance Factory</dc:creator>
  <dc:description>generated by python-docx</dc:description>
  <cp:lastModifiedBy>Mark Laguerre</cp:lastModifiedBy>
  <cp:revision>2</cp:revision>
  <dcterms:created xsi:type="dcterms:W3CDTF">2026-10-22T06:52:00Z</dcterms:created>
  <dcterms:modified xsi:type="dcterms:W3CDTF">2026-10-22T06:52:00Z</dcterms:modified>
</cp:coreProperties>
</file>