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E58D9" w14:textId="77777777" w:rsidR="0076545D" w:rsidRDefault="00BB6518">
      <w:pPr>
        <w:spacing w:after="40"/>
      </w:pPr>
      <w:r>
        <w:rPr>
          <w:b/>
          <w:color w:val="A8222A"/>
        </w:rPr>
        <w:t>DANCE FACTORY  /  SUMMER SCHOOL 2027</w:t>
      </w:r>
    </w:p>
    <w:p w14:paraId="5D532272" w14:textId="77777777" w:rsidR="0076545D" w:rsidRDefault="00BB6518">
      <w:pPr>
        <w:pStyle w:val="Title"/>
        <w:spacing w:after="40"/>
      </w:pPr>
      <w:r>
        <w:t>Enrolment Form</w:t>
      </w:r>
    </w:p>
    <w:p w14:paraId="595D504C" w14:textId="77777777" w:rsidR="0076545D" w:rsidRDefault="00BB6518">
      <w:r>
        <w:rPr>
          <w:sz w:val="17"/>
        </w:rPr>
        <w:t>Please fill out the enrolment form and return to dancefactoryreception@gmail.com with your payment.</w:t>
      </w:r>
    </w:p>
    <w:p w14:paraId="6BDE4820" w14:textId="77777777" w:rsidR="0076545D" w:rsidRDefault="00BB6518">
      <w:pPr>
        <w:spacing w:before="60"/>
      </w:pPr>
      <w:r>
        <w:rPr>
          <w:b/>
          <w:color w:val="A8222A"/>
          <w:sz w:val="20"/>
        </w:rPr>
        <w:t>STUDENT DETAILS</w:t>
      </w:r>
    </w:p>
    <w:tbl>
      <w:tblPr>
        <w:tblW w:w="0" w:type="auto"/>
        <w:jc w:val="center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ayout w:type="fixed"/>
        <w:tblLook w:val="04A0" w:firstRow="1" w:lastRow="0" w:firstColumn="1" w:lastColumn="0" w:noHBand="0" w:noVBand="1"/>
      </w:tblPr>
      <w:tblGrid>
        <w:gridCol w:w="3477"/>
        <w:gridCol w:w="1739"/>
        <w:gridCol w:w="1738"/>
        <w:gridCol w:w="3478"/>
      </w:tblGrid>
      <w:tr w:rsidR="0076545D" w14:paraId="6DA83851" w14:textId="77777777">
        <w:trPr>
          <w:trHeight w:val="369"/>
          <w:jc w:val="center"/>
        </w:trPr>
        <w:tc>
          <w:tcPr>
            <w:tcW w:w="5216" w:type="dxa"/>
            <w:gridSpan w:val="2"/>
          </w:tcPr>
          <w:p w14:paraId="4981EFA2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First name</w:t>
            </w:r>
          </w:p>
        </w:tc>
        <w:tc>
          <w:tcPr>
            <w:tcW w:w="5216" w:type="dxa"/>
            <w:gridSpan w:val="2"/>
          </w:tcPr>
          <w:p w14:paraId="18D2E502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Surname</w:t>
            </w:r>
          </w:p>
        </w:tc>
      </w:tr>
      <w:tr w:rsidR="0076545D" w14:paraId="4123DE64" w14:textId="77777777">
        <w:trPr>
          <w:trHeight w:val="369"/>
          <w:jc w:val="center"/>
        </w:trPr>
        <w:tc>
          <w:tcPr>
            <w:tcW w:w="10432" w:type="dxa"/>
            <w:gridSpan w:val="4"/>
          </w:tcPr>
          <w:p w14:paraId="69857D46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Street number and name</w:t>
            </w:r>
          </w:p>
        </w:tc>
      </w:tr>
      <w:tr w:rsidR="0076545D" w14:paraId="3C923C5E" w14:textId="77777777">
        <w:trPr>
          <w:trHeight w:val="369"/>
          <w:jc w:val="center"/>
        </w:trPr>
        <w:tc>
          <w:tcPr>
            <w:tcW w:w="3477" w:type="dxa"/>
          </w:tcPr>
          <w:p w14:paraId="181774C1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Suburb</w:t>
            </w:r>
          </w:p>
        </w:tc>
        <w:tc>
          <w:tcPr>
            <w:tcW w:w="3477" w:type="dxa"/>
            <w:gridSpan w:val="2"/>
          </w:tcPr>
          <w:p w14:paraId="56E6BC18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State</w:t>
            </w:r>
          </w:p>
        </w:tc>
        <w:tc>
          <w:tcPr>
            <w:tcW w:w="3477" w:type="dxa"/>
          </w:tcPr>
          <w:p w14:paraId="6CCAD675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Postcode</w:t>
            </w:r>
          </w:p>
        </w:tc>
      </w:tr>
      <w:tr w:rsidR="0076545D" w14:paraId="3AFA7CF2" w14:textId="77777777">
        <w:trPr>
          <w:trHeight w:val="369"/>
          <w:jc w:val="center"/>
        </w:trPr>
        <w:tc>
          <w:tcPr>
            <w:tcW w:w="10432" w:type="dxa"/>
            <w:gridSpan w:val="4"/>
          </w:tcPr>
          <w:p w14:paraId="5122B159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Email address</w:t>
            </w:r>
          </w:p>
        </w:tc>
      </w:tr>
      <w:tr w:rsidR="00BB6518" w14:paraId="56D8A53A" w14:textId="77777777" w:rsidTr="00BB6518">
        <w:trPr>
          <w:trHeight w:val="484"/>
          <w:jc w:val="center"/>
        </w:trPr>
        <w:tc>
          <w:tcPr>
            <w:tcW w:w="10432" w:type="dxa"/>
            <w:gridSpan w:val="4"/>
          </w:tcPr>
          <w:p w14:paraId="04E4C14F" w14:textId="2DE802F1" w:rsidR="00BB6518" w:rsidRDefault="00BB6518">
            <w:pPr>
              <w:spacing w:after="0"/>
              <w:rPr>
                <w:b/>
                <w:color w:val="55565A"/>
                <w:sz w:val="16"/>
              </w:rPr>
            </w:pPr>
            <w:r>
              <w:rPr>
                <w:b/>
                <w:color w:val="55565A"/>
                <w:sz w:val="16"/>
              </w:rPr>
              <w:t>If under 18, parent or guardian of student and relationship to student</w:t>
            </w:r>
          </w:p>
        </w:tc>
      </w:tr>
      <w:tr w:rsidR="0076545D" w14:paraId="603B1CD9" w14:textId="77777777">
        <w:trPr>
          <w:trHeight w:val="369"/>
          <w:jc w:val="center"/>
        </w:trPr>
        <w:tc>
          <w:tcPr>
            <w:tcW w:w="5216" w:type="dxa"/>
            <w:gridSpan w:val="2"/>
          </w:tcPr>
          <w:p w14:paraId="3698330C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Mobile</w:t>
            </w:r>
          </w:p>
        </w:tc>
        <w:tc>
          <w:tcPr>
            <w:tcW w:w="5216" w:type="dxa"/>
            <w:gridSpan w:val="2"/>
          </w:tcPr>
          <w:p w14:paraId="07EB12C1" w14:textId="35F0EB1C" w:rsidR="0076545D" w:rsidRDefault="0076545D">
            <w:pPr>
              <w:spacing w:after="0"/>
            </w:pPr>
          </w:p>
        </w:tc>
      </w:tr>
      <w:tr w:rsidR="0076545D" w14:paraId="1A9AC115" w14:textId="77777777">
        <w:trPr>
          <w:trHeight w:val="369"/>
          <w:jc w:val="center"/>
        </w:trPr>
        <w:tc>
          <w:tcPr>
            <w:tcW w:w="5216" w:type="dxa"/>
            <w:gridSpan w:val="2"/>
          </w:tcPr>
          <w:p w14:paraId="56CEAD83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Date of birth (DD/MM/YYYY)</w:t>
            </w:r>
          </w:p>
        </w:tc>
        <w:tc>
          <w:tcPr>
            <w:tcW w:w="5216" w:type="dxa"/>
            <w:gridSpan w:val="2"/>
          </w:tcPr>
          <w:p w14:paraId="51E35E05" w14:textId="36524E89" w:rsidR="0076545D" w:rsidRDefault="00BB6518" w:rsidP="00BB6518">
            <w:pPr>
              <w:spacing w:after="0"/>
            </w:pPr>
            <w:r>
              <w:rPr>
                <w:b/>
                <w:color w:val="55565A"/>
                <w:sz w:val="16"/>
              </w:rPr>
              <w:t>Age (if under 18)</w:t>
            </w:r>
          </w:p>
        </w:tc>
      </w:tr>
    </w:tbl>
    <w:p w14:paraId="3DEDFF3F" w14:textId="452A003C" w:rsidR="0076545D" w:rsidRDefault="00BB6518">
      <w:r>
        <w:t xml:space="preserve">Gender:     </w:t>
      </w:r>
      <w:sdt>
        <w:sdtPr>
          <w:id w:val="1165210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Female        </w:t>
      </w:r>
      <w:sdt>
        <w:sdtPr>
          <w:id w:val="-167117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Male        </w:t>
      </w:r>
      <w:sdt>
        <w:sdtPr>
          <w:id w:val="-2092682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Other</w:t>
      </w:r>
    </w:p>
    <w:p w14:paraId="6E65EBB3" w14:textId="77777777" w:rsidR="0076545D" w:rsidRDefault="00BB6518">
      <w:pPr>
        <w:spacing w:before="60"/>
      </w:pPr>
      <w:r>
        <w:rPr>
          <w:b/>
          <w:color w:val="A8222A"/>
          <w:sz w:val="20"/>
        </w:rPr>
        <w:t>EMERGENCY CONTACTS</w:t>
      </w:r>
    </w:p>
    <w:tbl>
      <w:tblPr>
        <w:tblW w:w="0" w:type="auto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76545D" w14:paraId="03C0EC7B" w14:textId="77777777">
        <w:tc>
          <w:tcPr>
            <w:tcW w:w="3477" w:type="dxa"/>
            <w:shd w:val="clear" w:color="auto" w:fill="EEEEEE"/>
          </w:tcPr>
          <w:p w14:paraId="57102DBC" w14:textId="77777777" w:rsidR="0076545D" w:rsidRDefault="00BB6518">
            <w:r>
              <w:rPr>
                <w:b/>
              </w:rPr>
              <w:t>Name</w:t>
            </w:r>
          </w:p>
        </w:tc>
        <w:tc>
          <w:tcPr>
            <w:tcW w:w="3477" w:type="dxa"/>
            <w:shd w:val="clear" w:color="auto" w:fill="EEEEEE"/>
          </w:tcPr>
          <w:p w14:paraId="22B75AF1" w14:textId="7B70A32E" w:rsidR="0076545D" w:rsidRDefault="00BB6518">
            <w:r>
              <w:rPr>
                <w:b/>
              </w:rPr>
              <w:t xml:space="preserve">Phone </w:t>
            </w:r>
          </w:p>
        </w:tc>
        <w:tc>
          <w:tcPr>
            <w:tcW w:w="3477" w:type="dxa"/>
            <w:shd w:val="clear" w:color="auto" w:fill="EEEEEE"/>
          </w:tcPr>
          <w:p w14:paraId="6F289AA0" w14:textId="7E5F571B" w:rsidR="0076545D" w:rsidRDefault="00BB6518">
            <w:r>
              <w:rPr>
                <w:b/>
              </w:rPr>
              <w:t>Relationship to student</w:t>
            </w:r>
          </w:p>
        </w:tc>
      </w:tr>
      <w:tr w:rsidR="0076545D" w14:paraId="74F90A37" w14:textId="77777777">
        <w:trPr>
          <w:trHeight w:val="295"/>
        </w:trPr>
        <w:tc>
          <w:tcPr>
            <w:tcW w:w="3477" w:type="dxa"/>
          </w:tcPr>
          <w:p w14:paraId="1B3CE402" w14:textId="77777777" w:rsidR="0076545D" w:rsidRDefault="0076545D"/>
        </w:tc>
        <w:tc>
          <w:tcPr>
            <w:tcW w:w="3477" w:type="dxa"/>
          </w:tcPr>
          <w:p w14:paraId="0A03D27C" w14:textId="77777777" w:rsidR="0076545D" w:rsidRDefault="0076545D"/>
        </w:tc>
        <w:tc>
          <w:tcPr>
            <w:tcW w:w="3477" w:type="dxa"/>
          </w:tcPr>
          <w:p w14:paraId="4FAE8389" w14:textId="77777777" w:rsidR="0076545D" w:rsidRDefault="0076545D"/>
        </w:tc>
      </w:tr>
      <w:tr w:rsidR="0076545D" w14:paraId="510A27A9" w14:textId="77777777">
        <w:trPr>
          <w:trHeight w:val="295"/>
        </w:trPr>
        <w:tc>
          <w:tcPr>
            <w:tcW w:w="3477" w:type="dxa"/>
          </w:tcPr>
          <w:p w14:paraId="1109CBF5" w14:textId="77777777" w:rsidR="0076545D" w:rsidRDefault="0076545D"/>
        </w:tc>
        <w:tc>
          <w:tcPr>
            <w:tcW w:w="3477" w:type="dxa"/>
          </w:tcPr>
          <w:p w14:paraId="3FE21FBD" w14:textId="77777777" w:rsidR="0076545D" w:rsidRDefault="0076545D"/>
        </w:tc>
        <w:tc>
          <w:tcPr>
            <w:tcW w:w="3477" w:type="dxa"/>
          </w:tcPr>
          <w:p w14:paraId="60E8762B" w14:textId="77777777" w:rsidR="0076545D" w:rsidRDefault="0076545D"/>
        </w:tc>
      </w:tr>
    </w:tbl>
    <w:p w14:paraId="0DA068A5" w14:textId="77777777" w:rsidR="0076545D" w:rsidRDefault="00BB6518">
      <w:pPr>
        <w:spacing w:before="60"/>
      </w:pPr>
      <w:r>
        <w:rPr>
          <w:b/>
          <w:color w:val="A8222A"/>
          <w:sz w:val="20"/>
        </w:rPr>
        <w:t>HOW DID YOU HEAR ABOUT DANCE FACTORY? PLEASE SPECIFY</w:t>
      </w:r>
    </w:p>
    <w:tbl>
      <w:tblPr>
        <w:tblW w:w="0" w:type="auto"/>
        <w:jc w:val="center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ayout w:type="fixed"/>
        <w:tblLook w:val="04A0" w:firstRow="1" w:lastRow="0" w:firstColumn="1" w:lastColumn="0" w:noHBand="0" w:noVBand="1"/>
      </w:tblPr>
      <w:tblGrid>
        <w:gridCol w:w="10432"/>
      </w:tblGrid>
      <w:tr w:rsidR="0076545D" w14:paraId="40DEB60A" w14:textId="77777777">
        <w:trPr>
          <w:trHeight w:val="295"/>
          <w:jc w:val="center"/>
        </w:trPr>
        <w:tc>
          <w:tcPr>
            <w:tcW w:w="10432" w:type="dxa"/>
          </w:tcPr>
          <w:p w14:paraId="5DDB4B25" w14:textId="77777777" w:rsidR="0076545D" w:rsidRDefault="0076545D">
            <w:pPr>
              <w:spacing w:after="0"/>
            </w:pPr>
          </w:p>
        </w:tc>
      </w:tr>
    </w:tbl>
    <w:p w14:paraId="3AFA712E" w14:textId="77777777" w:rsidR="0076545D" w:rsidRDefault="00BB6518">
      <w:pPr>
        <w:spacing w:before="60"/>
      </w:pPr>
      <w:r>
        <w:rPr>
          <w:b/>
          <w:color w:val="A8222A"/>
          <w:sz w:val="20"/>
        </w:rPr>
        <w:t>SELECT PROGRAM AND AGE GROUP</w:t>
      </w:r>
    </w:p>
    <w:p w14:paraId="34D4B97E" w14:textId="22A2B137" w:rsidR="0076545D" w:rsidRDefault="00BB6518">
      <w:sdt>
        <w:sdtPr>
          <w:id w:val="-1690598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Kids 3–6 years       </w:t>
      </w:r>
      <w:sdt>
        <w:sdtPr>
          <w:id w:val="210155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Kids 7–10 years       </w:t>
      </w:r>
      <w:sdt>
        <w:sdtPr>
          <w:id w:val="-1903205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Kids 11–14 years</w:t>
      </w:r>
      <w:r w:rsidR="003053BE">
        <w:br/>
      </w:r>
      <w:sdt>
        <w:sdtPr>
          <w:id w:val="-137961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Open / Adults 15 years &amp; over</w:t>
      </w:r>
    </w:p>
    <w:p w14:paraId="5FDCF10F" w14:textId="34E7EAD8" w:rsidR="0076545D" w:rsidRDefault="00BB6518">
      <w:sdt>
        <w:sdtPr>
          <w:id w:val="-102170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Two days       </w:t>
      </w:r>
      <w:sdt>
        <w:sdtPr>
          <w:id w:val="-1016065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One day       </w:t>
      </w:r>
      <w:sdt>
        <w:sdtPr>
          <w:id w:val="-84548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 w:rsidR="003053BE">
        <w:t xml:space="preserve"> Per class</w:t>
      </w:r>
    </w:p>
    <w:p w14:paraId="3A18C7EF" w14:textId="37506DE8" w:rsidR="0076545D" w:rsidRDefault="00BB6518">
      <w:r>
        <w:t xml:space="preserve">Which day, if only attending one day?       </w:t>
      </w:r>
      <w:sdt>
        <w:sdtPr>
          <w:id w:val="75208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Tuesday       </w:t>
      </w:r>
      <w:sdt>
        <w:sdtPr>
          <w:id w:val="-105577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3B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Wednesday</w:t>
      </w:r>
    </w:p>
    <w:p w14:paraId="63BADC7C" w14:textId="77777777" w:rsidR="0076545D" w:rsidRDefault="00BB6518">
      <w:pPr>
        <w:spacing w:before="60"/>
      </w:pPr>
      <w:r>
        <w:rPr>
          <w:b/>
          <w:color w:val="A8222A"/>
          <w:sz w:val="20"/>
        </w:rPr>
        <w:t>SINGLE CLASSES</w:t>
      </w:r>
    </w:p>
    <w:p w14:paraId="12A977E3" w14:textId="77777777" w:rsidR="0076545D" w:rsidRDefault="00BB6518">
      <w:r>
        <w:t xml:space="preserve">If only </w:t>
      </w:r>
      <w:r>
        <w:t>attending single classes, please list below the classes you will be attending.</w:t>
      </w:r>
    </w:p>
    <w:tbl>
      <w:tblPr>
        <w:tblW w:w="0" w:type="auto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76545D" w14:paraId="1B2E6AE7" w14:textId="77777777">
        <w:tc>
          <w:tcPr>
            <w:tcW w:w="3477" w:type="dxa"/>
            <w:shd w:val="clear" w:color="auto" w:fill="333333"/>
          </w:tcPr>
          <w:p w14:paraId="0A68F617" w14:textId="77777777" w:rsidR="0076545D" w:rsidRDefault="00BB6518">
            <w:r>
              <w:rPr>
                <w:b/>
                <w:color w:val="FFFFFF"/>
              </w:rPr>
              <w:t>No.</w:t>
            </w:r>
          </w:p>
        </w:tc>
        <w:tc>
          <w:tcPr>
            <w:tcW w:w="3477" w:type="dxa"/>
            <w:shd w:val="clear" w:color="auto" w:fill="333333"/>
          </w:tcPr>
          <w:p w14:paraId="77B593CA" w14:textId="77777777" w:rsidR="0076545D" w:rsidRDefault="00BB6518">
            <w:r>
              <w:rPr>
                <w:b/>
                <w:color w:val="FFFFFF"/>
              </w:rPr>
              <w:t>Day / Time</w:t>
            </w:r>
          </w:p>
        </w:tc>
        <w:tc>
          <w:tcPr>
            <w:tcW w:w="3477" w:type="dxa"/>
            <w:shd w:val="clear" w:color="auto" w:fill="333333"/>
          </w:tcPr>
          <w:p w14:paraId="0BF39882" w14:textId="77777777" w:rsidR="0076545D" w:rsidRDefault="00BB6518">
            <w:r>
              <w:rPr>
                <w:b/>
                <w:color w:val="FFFFFF"/>
              </w:rPr>
              <w:t>Class</w:t>
            </w:r>
          </w:p>
        </w:tc>
      </w:tr>
      <w:tr w:rsidR="0076545D" w14:paraId="0037B052" w14:textId="77777777">
        <w:trPr>
          <w:trHeight w:val="272"/>
        </w:trPr>
        <w:tc>
          <w:tcPr>
            <w:tcW w:w="3477" w:type="dxa"/>
          </w:tcPr>
          <w:p w14:paraId="5EC7D1D2" w14:textId="77777777" w:rsidR="0076545D" w:rsidRDefault="00BB6518">
            <w:r>
              <w:t>1</w:t>
            </w:r>
          </w:p>
        </w:tc>
        <w:tc>
          <w:tcPr>
            <w:tcW w:w="3477" w:type="dxa"/>
          </w:tcPr>
          <w:p w14:paraId="32C93E15" w14:textId="77777777" w:rsidR="0076545D" w:rsidRDefault="0076545D"/>
        </w:tc>
        <w:tc>
          <w:tcPr>
            <w:tcW w:w="3477" w:type="dxa"/>
          </w:tcPr>
          <w:p w14:paraId="6D5F6878" w14:textId="77777777" w:rsidR="0076545D" w:rsidRDefault="0076545D"/>
        </w:tc>
      </w:tr>
      <w:tr w:rsidR="0076545D" w14:paraId="073BB7AF" w14:textId="77777777">
        <w:trPr>
          <w:trHeight w:val="272"/>
        </w:trPr>
        <w:tc>
          <w:tcPr>
            <w:tcW w:w="3477" w:type="dxa"/>
          </w:tcPr>
          <w:p w14:paraId="7373DC7A" w14:textId="57737192" w:rsidR="0076545D" w:rsidRDefault="00BB6518">
            <w:r>
              <w:t>2</w:t>
            </w:r>
            <w:r w:rsidR="003053BE">
              <w:t xml:space="preserve"> </w:t>
            </w:r>
          </w:p>
        </w:tc>
        <w:tc>
          <w:tcPr>
            <w:tcW w:w="3477" w:type="dxa"/>
          </w:tcPr>
          <w:p w14:paraId="3EDE3859" w14:textId="77777777" w:rsidR="0076545D" w:rsidRDefault="0076545D"/>
        </w:tc>
        <w:tc>
          <w:tcPr>
            <w:tcW w:w="3477" w:type="dxa"/>
          </w:tcPr>
          <w:p w14:paraId="6E247224" w14:textId="77777777" w:rsidR="0076545D" w:rsidRDefault="0076545D"/>
        </w:tc>
      </w:tr>
      <w:tr w:rsidR="0076545D" w14:paraId="3DA57F3F" w14:textId="77777777">
        <w:trPr>
          <w:trHeight w:val="272"/>
        </w:trPr>
        <w:tc>
          <w:tcPr>
            <w:tcW w:w="3477" w:type="dxa"/>
          </w:tcPr>
          <w:p w14:paraId="19025792" w14:textId="77777777" w:rsidR="0076545D" w:rsidRDefault="00BB6518">
            <w:r>
              <w:t>3</w:t>
            </w:r>
          </w:p>
        </w:tc>
        <w:tc>
          <w:tcPr>
            <w:tcW w:w="3477" w:type="dxa"/>
          </w:tcPr>
          <w:p w14:paraId="09E628DA" w14:textId="77777777" w:rsidR="0076545D" w:rsidRDefault="0076545D"/>
        </w:tc>
        <w:tc>
          <w:tcPr>
            <w:tcW w:w="3477" w:type="dxa"/>
          </w:tcPr>
          <w:p w14:paraId="5DB9D822" w14:textId="77777777" w:rsidR="0076545D" w:rsidRDefault="0076545D"/>
        </w:tc>
      </w:tr>
      <w:tr w:rsidR="0076545D" w14:paraId="3F461E64" w14:textId="77777777">
        <w:trPr>
          <w:trHeight w:val="272"/>
        </w:trPr>
        <w:tc>
          <w:tcPr>
            <w:tcW w:w="3477" w:type="dxa"/>
          </w:tcPr>
          <w:p w14:paraId="110F6723" w14:textId="77777777" w:rsidR="0076545D" w:rsidRDefault="00BB6518">
            <w:r>
              <w:t>4</w:t>
            </w:r>
          </w:p>
        </w:tc>
        <w:tc>
          <w:tcPr>
            <w:tcW w:w="3477" w:type="dxa"/>
          </w:tcPr>
          <w:p w14:paraId="16F455A0" w14:textId="77777777" w:rsidR="0076545D" w:rsidRDefault="0076545D"/>
        </w:tc>
        <w:tc>
          <w:tcPr>
            <w:tcW w:w="3477" w:type="dxa"/>
          </w:tcPr>
          <w:p w14:paraId="36859F89" w14:textId="77777777" w:rsidR="0076545D" w:rsidRDefault="0076545D"/>
        </w:tc>
      </w:tr>
      <w:tr w:rsidR="0076545D" w14:paraId="5CAD3011" w14:textId="77777777">
        <w:trPr>
          <w:trHeight w:val="272"/>
        </w:trPr>
        <w:tc>
          <w:tcPr>
            <w:tcW w:w="3477" w:type="dxa"/>
          </w:tcPr>
          <w:p w14:paraId="0008B115" w14:textId="77777777" w:rsidR="0076545D" w:rsidRDefault="00BB6518">
            <w:r>
              <w:t>5</w:t>
            </w:r>
          </w:p>
        </w:tc>
        <w:tc>
          <w:tcPr>
            <w:tcW w:w="3477" w:type="dxa"/>
          </w:tcPr>
          <w:p w14:paraId="687E226E" w14:textId="77777777" w:rsidR="0076545D" w:rsidRDefault="0076545D"/>
        </w:tc>
        <w:tc>
          <w:tcPr>
            <w:tcW w:w="3477" w:type="dxa"/>
          </w:tcPr>
          <w:p w14:paraId="49FBD1D2" w14:textId="77777777" w:rsidR="0076545D" w:rsidRDefault="0076545D"/>
        </w:tc>
      </w:tr>
      <w:tr w:rsidR="0076545D" w14:paraId="56820678" w14:textId="77777777">
        <w:trPr>
          <w:trHeight w:val="272"/>
        </w:trPr>
        <w:tc>
          <w:tcPr>
            <w:tcW w:w="3477" w:type="dxa"/>
          </w:tcPr>
          <w:p w14:paraId="7B19E0A7" w14:textId="77777777" w:rsidR="0076545D" w:rsidRDefault="00BB6518">
            <w:r>
              <w:t>6</w:t>
            </w:r>
          </w:p>
        </w:tc>
        <w:tc>
          <w:tcPr>
            <w:tcW w:w="3477" w:type="dxa"/>
          </w:tcPr>
          <w:p w14:paraId="2ACC56C3" w14:textId="77777777" w:rsidR="0076545D" w:rsidRDefault="0076545D"/>
        </w:tc>
        <w:tc>
          <w:tcPr>
            <w:tcW w:w="3477" w:type="dxa"/>
          </w:tcPr>
          <w:p w14:paraId="7C29467C" w14:textId="77777777" w:rsidR="0076545D" w:rsidRDefault="0076545D"/>
        </w:tc>
      </w:tr>
    </w:tbl>
    <w:p w14:paraId="553F1A82" w14:textId="77777777" w:rsidR="0076545D" w:rsidRDefault="00BB6518">
      <w:pPr>
        <w:spacing w:before="60"/>
      </w:pPr>
      <w:r>
        <w:rPr>
          <w:b/>
          <w:color w:val="A8222A"/>
          <w:sz w:val="20"/>
        </w:rPr>
        <w:t>TRAINING EXPERIENCE</w:t>
      </w:r>
    </w:p>
    <w:p w14:paraId="70E8E329" w14:textId="77777777" w:rsidR="0076545D" w:rsidRDefault="00BB6518">
      <w:r>
        <w:t>Give a brief description of any training you have, including where and for how long.</w:t>
      </w:r>
    </w:p>
    <w:tbl>
      <w:tblPr>
        <w:tblW w:w="0" w:type="auto"/>
        <w:jc w:val="center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ayout w:type="fixed"/>
        <w:tblLook w:val="04A0" w:firstRow="1" w:lastRow="0" w:firstColumn="1" w:lastColumn="0" w:noHBand="0" w:noVBand="1"/>
      </w:tblPr>
      <w:tblGrid>
        <w:gridCol w:w="10432"/>
      </w:tblGrid>
      <w:tr w:rsidR="0076545D" w14:paraId="3B64834C" w14:textId="77777777">
        <w:trPr>
          <w:trHeight w:val="765"/>
          <w:jc w:val="center"/>
        </w:trPr>
        <w:tc>
          <w:tcPr>
            <w:tcW w:w="10432" w:type="dxa"/>
          </w:tcPr>
          <w:p w14:paraId="315F985A" w14:textId="77777777" w:rsidR="0076545D" w:rsidRDefault="0076545D">
            <w:pPr>
              <w:spacing w:after="0"/>
            </w:pPr>
          </w:p>
        </w:tc>
      </w:tr>
    </w:tbl>
    <w:p w14:paraId="1A0DC2D8" w14:textId="77777777" w:rsidR="0076545D" w:rsidRDefault="00BB6518">
      <w:pPr>
        <w:spacing w:before="60"/>
      </w:pPr>
      <w:r>
        <w:rPr>
          <w:b/>
          <w:color w:val="A8222A"/>
          <w:sz w:val="20"/>
        </w:rPr>
        <w:t>PAYMENT</w:t>
      </w:r>
    </w:p>
    <w:p w14:paraId="1CF88FD8" w14:textId="77777777" w:rsidR="0076545D" w:rsidRDefault="00BB6518">
      <w:r>
        <w:rPr>
          <w:b/>
        </w:rPr>
        <w:t xml:space="preserve">Payment </w:t>
      </w:r>
      <w:r>
        <w:rPr>
          <w:b/>
        </w:rPr>
        <w:t>is required upon booking.</w:t>
      </w:r>
    </w:p>
    <w:p w14:paraId="06B30DDD" w14:textId="77777777" w:rsidR="0076545D" w:rsidRDefault="00BB6518">
      <w:r>
        <w:t>Bank transfer: BSB 063 166   |   A</w:t>
      </w:r>
      <w:bookmarkStart w:id="0" w:name="_GoBack"/>
      <w:bookmarkEnd w:id="0"/>
      <w:r>
        <w:t>CC NO. 1002 4887</w:t>
      </w:r>
      <w:r>
        <w:br/>
        <w:t>Please enter your name in the description field.</w:t>
      </w:r>
    </w:p>
    <w:p w14:paraId="1E279A33" w14:textId="77777777" w:rsidR="0076545D" w:rsidRDefault="00BB6518">
      <w:r>
        <w:t>Or pay by credit card:</w:t>
      </w:r>
    </w:p>
    <w:tbl>
      <w:tblPr>
        <w:tblW w:w="0" w:type="auto"/>
        <w:jc w:val="center"/>
        <w:tblBorders>
          <w:top w:val="single" w:sz="5" w:space="0" w:color="D6D6D6"/>
          <w:left w:val="single" w:sz="5" w:space="0" w:color="D6D6D6"/>
          <w:bottom w:val="single" w:sz="5" w:space="0" w:color="D6D6D6"/>
          <w:right w:val="single" w:sz="5" w:space="0" w:color="D6D6D6"/>
          <w:insideH w:val="single" w:sz="5" w:space="0" w:color="D6D6D6"/>
          <w:insideV w:val="single" w:sz="5" w:space="0" w:color="D6D6D6"/>
        </w:tblBorders>
        <w:tblLayout w:type="fixed"/>
        <w:tblLook w:val="04A0" w:firstRow="1" w:lastRow="0" w:firstColumn="1" w:lastColumn="0" w:noHBand="0" w:noVBand="1"/>
      </w:tblPr>
      <w:tblGrid>
        <w:gridCol w:w="3477"/>
        <w:gridCol w:w="1739"/>
        <w:gridCol w:w="1738"/>
        <w:gridCol w:w="3478"/>
      </w:tblGrid>
      <w:tr w:rsidR="0076545D" w14:paraId="7B7CD340" w14:textId="77777777">
        <w:trPr>
          <w:trHeight w:val="369"/>
          <w:jc w:val="center"/>
        </w:trPr>
        <w:tc>
          <w:tcPr>
            <w:tcW w:w="5216" w:type="dxa"/>
            <w:gridSpan w:val="2"/>
          </w:tcPr>
          <w:p w14:paraId="705351DE" w14:textId="127B6618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Type of car</w:t>
            </w:r>
            <w:r w:rsidR="003053BE">
              <w:rPr>
                <w:b/>
                <w:color w:val="55565A"/>
                <w:sz w:val="16"/>
              </w:rPr>
              <w:t xml:space="preserve">d. </w:t>
            </w:r>
          </w:p>
        </w:tc>
        <w:tc>
          <w:tcPr>
            <w:tcW w:w="5216" w:type="dxa"/>
            <w:gridSpan w:val="2"/>
          </w:tcPr>
          <w:p w14:paraId="4778AC75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Card number</w:t>
            </w:r>
          </w:p>
        </w:tc>
      </w:tr>
      <w:tr w:rsidR="0076545D" w14:paraId="55F8E04C" w14:textId="77777777">
        <w:trPr>
          <w:trHeight w:val="369"/>
          <w:jc w:val="center"/>
        </w:trPr>
        <w:tc>
          <w:tcPr>
            <w:tcW w:w="10432" w:type="dxa"/>
            <w:gridSpan w:val="4"/>
          </w:tcPr>
          <w:p w14:paraId="7EC13AC7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Name on card</w:t>
            </w:r>
          </w:p>
        </w:tc>
      </w:tr>
      <w:tr w:rsidR="0076545D" w14:paraId="3BF326FF" w14:textId="77777777">
        <w:trPr>
          <w:trHeight w:val="369"/>
          <w:jc w:val="center"/>
        </w:trPr>
        <w:tc>
          <w:tcPr>
            <w:tcW w:w="3477" w:type="dxa"/>
          </w:tcPr>
          <w:p w14:paraId="47C1B520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Signature</w:t>
            </w:r>
          </w:p>
        </w:tc>
        <w:tc>
          <w:tcPr>
            <w:tcW w:w="3477" w:type="dxa"/>
            <w:gridSpan w:val="2"/>
          </w:tcPr>
          <w:p w14:paraId="6D4E6D94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Expiry date</w:t>
            </w:r>
          </w:p>
        </w:tc>
        <w:tc>
          <w:tcPr>
            <w:tcW w:w="3477" w:type="dxa"/>
          </w:tcPr>
          <w:p w14:paraId="74CEC89D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Verification No.</w:t>
            </w:r>
          </w:p>
        </w:tc>
      </w:tr>
      <w:tr w:rsidR="0076545D" w14:paraId="7EE90CAA" w14:textId="77777777">
        <w:trPr>
          <w:trHeight w:val="369"/>
          <w:jc w:val="center"/>
        </w:trPr>
        <w:tc>
          <w:tcPr>
            <w:tcW w:w="10432" w:type="dxa"/>
            <w:gridSpan w:val="4"/>
          </w:tcPr>
          <w:p w14:paraId="7A2BD721" w14:textId="77777777" w:rsidR="0076545D" w:rsidRDefault="00BB6518">
            <w:pPr>
              <w:spacing w:after="0"/>
            </w:pPr>
            <w:r>
              <w:rPr>
                <w:b/>
                <w:color w:val="55565A"/>
                <w:sz w:val="16"/>
              </w:rPr>
              <w:t>Amount to be debited $</w:t>
            </w:r>
          </w:p>
        </w:tc>
      </w:tr>
    </w:tbl>
    <w:p w14:paraId="4D97C361" w14:textId="77777777" w:rsidR="0076545D" w:rsidRDefault="00BB6518">
      <w:pPr>
        <w:spacing w:before="60"/>
      </w:pPr>
      <w:r>
        <w:rPr>
          <w:b/>
          <w:color w:val="A8222A"/>
          <w:sz w:val="16"/>
        </w:rPr>
        <w:t>PLEASE NOTE: Payments cannot be refunded or transferred.</w:t>
      </w:r>
    </w:p>
    <w:sectPr w:rsidR="0076545D" w:rsidSect="00034616">
      <w:pgSz w:w="11906" w:h="16838"/>
      <w:pgMar w:top="482" w:right="737" w:bottom="45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53BE"/>
    <w:rsid w:val="00326F90"/>
    <w:rsid w:val="0076545D"/>
    <w:rsid w:val="00AA1D8D"/>
    <w:rsid w:val="00AE5C8C"/>
    <w:rsid w:val="00B47730"/>
    <w:rsid w:val="00BB651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F53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171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171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171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B6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171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171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171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B6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6FEA00-C032-4611-A978-51FB5A76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Mark Laguerre</cp:lastModifiedBy>
  <cp:revision>2</cp:revision>
  <cp:lastPrinted>2026-10-27T23:42:00Z</cp:lastPrinted>
  <dcterms:created xsi:type="dcterms:W3CDTF">2026-10-28T01:06:00Z</dcterms:created>
  <dcterms:modified xsi:type="dcterms:W3CDTF">2026-10-28T01:06:00Z</dcterms:modified>
</cp:coreProperties>
</file>